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99594" w:themeColor="accent2" w:themeTint="99"/>
  <w:body>
    <w:p w14:paraId="5C130E88" w14:textId="3BB11D4D" w:rsidR="00153C39" w:rsidRPr="00BA0F91" w:rsidRDefault="00BA0F91">
      <w:pPr>
        <w:jc w:val="center"/>
        <w:rPr>
          <w:sz w:val="14"/>
          <w:szCs w:val="14"/>
        </w:rPr>
      </w:pPr>
      <w:r w:rsidRPr="00D6481E">
        <w:rPr>
          <w:noProof/>
          <w:sz w:val="14"/>
          <w:szCs w:val="14"/>
          <w:highlight w:val="yellow"/>
        </w:rPr>
        <mc:AlternateContent>
          <mc:Choice Requires="wps">
            <w:drawing>
              <wp:anchor distT="45720" distB="45720" distL="114300" distR="114300" simplePos="0" relativeHeight="251623936" behindDoc="0" locked="0" layoutInCell="1" allowOverlap="1" wp14:anchorId="5EECE93D" wp14:editId="71980C81">
                <wp:simplePos x="0" y="0"/>
                <wp:positionH relativeFrom="column">
                  <wp:posOffset>2019300</wp:posOffset>
                </wp:positionH>
                <wp:positionV relativeFrom="paragraph">
                  <wp:posOffset>406400</wp:posOffset>
                </wp:positionV>
                <wp:extent cx="1079500" cy="1409700"/>
                <wp:effectExtent l="0" t="0" r="2540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9500" cy="1409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575CB" w14:textId="43C01C06" w:rsidR="00BA0F91" w:rsidRDefault="00BA0F91">
                            <w:r w:rsidRPr="00BA0F91">
                              <w:drawing>
                                <wp:inline distT="0" distB="0" distL="0" distR="0" wp14:anchorId="3BFFEF77" wp14:editId="2E972750">
                                  <wp:extent cx="1009650" cy="1309370"/>
                                  <wp:effectExtent l="0" t="0" r="0" b="508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9650" cy="1309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1726FC" wp14:editId="15F5470B">
                                  <wp:extent cx="1219200" cy="1358900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9200" cy="1358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ECE9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59pt;margin-top:32pt;width:85pt;height:111pt;z-index:25162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">
                <v:textbox>
                  <w:txbxContent>
                    <w:p w14:paraId="144575CB" w14:textId="43C01C06" w:rsidR="00BA0F91" w:rsidRDefault="00BA0F91">
                      <w:r w:rsidRPr="00BA0F91">
                        <w:drawing>
                          <wp:inline distT="0" distB="0" distL="0" distR="0" wp14:anchorId="3BFFEF77" wp14:editId="2E972750">
                            <wp:extent cx="1009650" cy="1309370"/>
                            <wp:effectExtent l="0" t="0" r="0" b="508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9650" cy="1309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31726FC" wp14:editId="15F5470B">
                            <wp:extent cx="1219200" cy="1358900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9200" cy="1358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07F6E" w:rsidRPr="00D6481E">
        <w:rPr>
          <w:b/>
          <w:sz w:val="20"/>
          <w:szCs w:val="14"/>
          <w:highlight w:val="yellow"/>
        </w:rPr>
        <w:t>CLASSROOM TEACHING REPORT</w:t>
      </w:r>
      <w:r w:rsidR="00707F6E" w:rsidRPr="00BA0F91">
        <w:rPr>
          <w:b/>
          <w:sz w:val="20"/>
          <w:szCs w:val="14"/>
        </w:rPr>
        <w:br/>
      </w:r>
    </w:p>
    <w:p w14:paraId="3516B9F6" w14:textId="1B872325" w:rsidR="00153C39" w:rsidRPr="00BA0F91" w:rsidRDefault="00707F6E">
      <w:pPr>
        <w:rPr>
          <w:rFonts w:ascii="Arial Black" w:hAnsi="Arial Black"/>
          <w:sz w:val="14"/>
          <w:szCs w:val="14"/>
        </w:rPr>
      </w:pPr>
      <w:r w:rsidRPr="00D6481E">
        <w:rPr>
          <w:b/>
          <w:bCs/>
          <w:sz w:val="14"/>
          <w:szCs w:val="14"/>
        </w:rPr>
        <w:t xml:space="preserve">School: </w:t>
      </w:r>
      <w:r w:rsidR="00E4120B" w:rsidRPr="00D6481E">
        <w:rPr>
          <w:b/>
          <w:bCs/>
          <w:sz w:val="14"/>
          <w:szCs w:val="14"/>
        </w:rPr>
        <w:t>Nangron Pittayakhom</w:t>
      </w:r>
      <w:r w:rsidR="00E4120B" w:rsidRPr="00BA0F91">
        <w:rPr>
          <w:sz w:val="14"/>
          <w:szCs w:val="14"/>
        </w:rPr>
        <w:t xml:space="preserve"> </w:t>
      </w:r>
      <w:r w:rsidRPr="00BA0F91">
        <w:rPr>
          <w:sz w:val="14"/>
          <w:szCs w:val="14"/>
        </w:rPr>
        <w:br/>
      </w:r>
      <w:r w:rsidRPr="00BA0F91">
        <w:rPr>
          <w:rFonts w:ascii="Arial Black" w:hAnsi="Arial Black"/>
          <w:sz w:val="14"/>
          <w:szCs w:val="14"/>
        </w:rPr>
        <w:t xml:space="preserve">Teacher: </w:t>
      </w:r>
      <w:r w:rsidR="00BA0F91" w:rsidRPr="00BA0F91">
        <w:rPr>
          <w:rFonts w:ascii="Arial Black" w:hAnsi="Arial Black"/>
          <w:sz w:val="14"/>
          <w:szCs w:val="14"/>
          <w:u w:val="single"/>
        </w:rPr>
        <w:t xml:space="preserve">Besong </w:t>
      </w:r>
      <w:r w:rsidR="00E4120B" w:rsidRPr="00BA0F91">
        <w:rPr>
          <w:rFonts w:ascii="Arial Black" w:hAnsi="Arial Black"/>
          <w:sz w:val="14"/>
          <w:szCs w:val="14"/>
          <w:u w:val="single"/>
        </w:rPr>
        <w:t>Thompson</w:t>
      </w:r>
      <w:r w:rsidRPr="00BA0F91">
        <w:rPr>
          <w:rFonts w:ascii="Arial Black" w:hAnsi="Arial Black"/>
          <w:sz w:val="14"/>
          <w:szCs w:val="14"/>
        </w:rPr>
        <w:br/>
        <w:t xml:space="preserve">Date: </w:t>
      </w:r>
      <w:r w:rsidR="00E4120B" w:rsidRPr="00BA0F91">
        <w:rPr>
          <w:rFonts w:ascii="Arial Black" w:hAnsi="Arial Black"/>
          <w:sz w:val="14"/>
          <w:szCs w:val="14"/>
        </w:rPr>
        <w:t xml:space="preserve"> 02/06/2026</w:t>
      </w:r>
      <w:r w:rsidRPr="00BA0F91">
        <w:rPr>
          <w:rFonts w:ascii="Arial Black" w:hAnsi="Arial Black"/>
          <w:sz w:val="14"/>
          <w:szCs w:val="14"/>
        </w:rPr>
        <w:br/>
        <w:t xml:space="preserve">Class: </w:t>
      </w:r>
      <w:r w:rsidR="00E4120B" w:rsidRPr="00BA0F91">
        <w:rPr>
          <w:rFonts w:ascii="Arial Black" w:hAnsi="Arial Black"/>
          <w:sz w:val="14"/>
          <w:szCs w:val="14"/>
        </w:rPr>
        <w:t xml:space="preserve">M6 </w:t>
      </w:r>
      <w:r w:rsidRPr="00BA0F91">
        <w:rPr>
          <w:rFonts w:ascii="Arial Black" w:hAnsi="Arial Black"/>
          <w:sz w:val="14"/>
          <w:szCs w:val="14"/>
        </w:rPr>
        <w:t xml:space="preserve"> ESL</w:t>
      </w:r>
      <w:r w:rsidRPr="00BA0F91">
        <w:rPr>
          <w:rFonts w:ascii="Arial Black" w:hAnsi="Arial Black"/>
          <w:sz w:val="14"/>
          <w:szCs w:val="14"/>
        </w:rPr>
        <w:br/>
        <w:t>Topic: Surfing the Internet</w:t>
      </w:r>
    </w:p>
    <w:p w14:paraId="43E8EE14" w14:textId="3C8EA63B" w:rsidR="00153C39" w:rsidRPr="00BA0F91" w:rsidRDefault="00707F6E">
      <w:pPr>
        <w:pStyle w:val="Heading2"/>
        <w:rPr>
          <w:rFonts w:ascii="Arial Black" w:hAnsi="Arial Black"/>
          <w:sz w:val="18"/>
          <w:szCs w:val="18"/>
        </w:rPr>
      </w:pPr>
      <w:r w:rsidRPr="00D6481E">
        <w:rPr>
          <w:rFonts w:ascii="Arial Black" w:hAnsi="Arial Black"/>
          <w:sz w:val="18"/>
          <w:szCs w:val="18"/>
          <w:highlight w:val="yellow"/>
        </w:rPr>
        <w:t>Lesson Objective</w:t>
      </w:r>
    </w:p>
    <w:p w14:paraId="32C731F5" w14:textId="0FA80414" w:rsidR="00E4120B" w:rsidRPr="00BA0F91" w:rsidRDefault="00707F6E">
      <w:pPr>
        <w:rPr>
          <w:rFonts w:ascii="Arial Black" w:hAnsi="Arial Black"/>
          <w:sz w:val="14"/>
          <w:szCs w:val="14"/>
        </w:rPr>
      </w:pPr>
      <w:r w:rsidRPr="00BA0F91">
        <w:rPr>
          <w:rFonts w:ascii="Arial Black" w:hAnsi="Arial Black"/>
          <w:sz w:val="14"/>
          <w:szCs w:val="14"/>
        </w:rPr>
        <w:t xml:space="preserve">To develop students' </w:t>
      </w:r>
    </w:p>
    <w:p w14:paraId="519FF5FB" w14:textId="1B15D919" w:rsidR="00E4120B" w:rsidRPr="00BA0F91" w:rsidRDefault="00707F6E">
      <w:pPr>
        <w:rPr>
          <w:rFonts w:ascii="Arial Black" w:hAnsi="Arial Black"/>
          <w:sz w:val="14"/>
          <w:szCs w:val="14"/>
        </w:rPr>
      </w:pPr>
      <w:r w:rsidRPr="00BA0F91">
        <w:rPr>
          <w:rFonts w:ascii="Arial Black" w:hAnsi="Arial Black"/>
          <w:sz w:val="14"/>
          <w:szCs w:val="14"/>
        </w:rPr>
        <w:t xml:space="preserve">understanding of internet use, </w:t>
      </w:r>
    </w:p>
    <w:p w14:paraId="08BF2505" w14:textId="77777777" w:rsidR="00D6481E" w:rsidRDefault="00707F6E">
      <w:pPr>
        <w:rPr>
          <w:rFonts w:ascii="Arial Black" w:hAnsi="Arial Black"/>
          <w:sz w:val="14"/>
          <w:szCs w:val="14"/>
        </w:rPr>
      </w:pPr>
      <w:r w:rsidRPr="00BA0F91">
        <w:rPr>
          <w:rFonts w:ascii="Arial Black" w:hAnsi="Arial Black"/>
          <w:sz w:val="14"/>
          <w:szCs w:val="14"/>
        </w:rPr>
        <w:t xml:space="preserve">online communication, and digital </w:t>
      </w:r>
    </w:p>
    <w:p w14:paraId="5A025BB1" w14:textId="6F5AC832" w:rsidR="00153C39" w:rsidRPr="00BA0F91" w:rsidRDefault="00707F6E">
      <w:pPr>
        <w:rPr>
          <w:rFonts w:ascii="Arial Black" w:hAnsi="Arial Black"/>
          <w:sz w:val="14"/>
          <w:szCs w:val="14"/>
        </w:rPr>
      </w:pPr>
      <w:r w:rsidRPr="00BA0F91">
        <w:rPr>
          <w:rFonts w:ascii="Arial Black" w:hAnsi="Arial Black"/>
          <w:sz w:val="14"/>
          <w:szCs w:val="14"/>
        </w:rPr>
        <w:t>activities while expanding their English vocabulary related to technology.</w:t>
      </w:r>
    </w:p>
    <w:p w14:paraId="27847AC1" w14:textId="480DBA72" w:rsidR="00153C39" w:rsidRPr="00BA0F91" w:rsidRDefault="00707F6E">
      <w:pPr>
        <w:pStyle w:val="Heading2"/>
        <w:rPr>
          <w:rFonts w:ascii="Arial Black" w:hAnsi="Arial Black"/>
          <w:sz w:val="18"/>
          <w:szCs w:val="18"/>
        </w:rPr>
      </w:pPr>
      <w:r w:rsidRPr="00D6481E">
        <w:rPr>
          <w:rFonts w:ascii="Arial Black" w:hAnsi="Arial Black"/>
          <w:sz w:val="18"/>
          <w:szCs w:val="18"/>
          <w:highlight w:val="yellow"/>
        </w:rPr>
        <w:t>Teaching and Learning Activities</w:t>
      </w:r>
    </w:p>
    <w:p w14:paraId="206615B5" w14:textId="430831AD" w:rsidR="00153C39" w:rsidRPr="00BA0F91" w:rsidRDefault="00707F6E">
      <w:pPr>
        <w:rPr>
          <w:rFonts w:ascii="Arial Black" w:hAnsi="Arial Black"/>
          <w:sz w:val="14"/>
          <w:szCs w:val="14"/>
        </w:rPr>
      </w:pPr>
      <w:r w:rsidRPr="00BA0F91">
        <w:rPr>
          <w:rFonts w:ascii="Arial Black" w:hAnsi="Arial Black"/>
          <w:sz w:val="14"/>
          <w:szCs w:val="14"/>
        </w:rPr>
        <w:t>The lesson began with an introduction to the topic 'Surfing the Internet'. Students were taught key vocabulary inc</w:t>
      </w:r>
      <w:r w:rsidRPr="00BA0F91">
        <w:rPr>
          <w:rFonts w:ascii="Arial Black" w:hAnsi="Arial Black"/>
          <w:sz w:val="14"/>
          <w:szCs w:val="14"/>
        </w:rPr>
        <w:t>luding browser, website, download, upload, search engine, password, Wi</w:t>
      </w:r>
      <w:r w:rsidRPr="00BA0F91">
        <w:rPr>
          <w:rFonts w:ascii="Cambria Math" w:hAnsi="Cambria Math" w:cs="Cambria Math"/>
          <w:sz w:val="14"/>
          <w:szCs w:val="14"/>
        </w:rPr>
        <w:t>‑</w:t>
      </w:r>
      <w:r w:rsidRPr="00BA0F91">
        <w:rPr>
          <w:rFonts w:ascii="Arial Black" w:hAnsi="Arial Black"/>
          <w:sz w:val="14"/>
          <w:szCs w:val="14"/>
        </w:rPr>
        <w:t>Fi, social media, online shopping, email, stream, and account. Vocabulary meanings were explained and practiced through class discussions and question-and-answer activities. Students pa</w:t>
      </w:r>
      <w:r w:rsidRPr="00BA0F91">
        <w:rPr>
          <w:rFonts w:ascii="Arial Black" w:hAnsi="Arial Black"/>
          <w:sz w:val="14"/>
          <w:szCs w:val="14"/>
        </w:rPr>
        <w:t>rticipated actively and demonstrated understanding of the terms and their practical use.</w:t>
      </w:r>
    </w:p>
    <w:p w14:paraId="075B8132" w14:textId="77777777" w:rsidR="00153C39" w:rsidRPr="00BA0F91" w:rsidRDefault="00707F6E">
      <w:pPr>
        <w:pStyle w:val="Heading2"/>
        <w:rPr>
          <w:rFonts w:ascii="Arial Black" w:hAnsi="Arial Black"/>
          <w:sz w:val="18"/>
          <w:szCs w:val="18"/>
        </w:rPr>
      </w:pPr>
      <w:r w:rsidRPr="00D6481E">
        <w:rPr>
          <w:rFonts w:ascii="Arial Black" w:hAnsi="Arial Black"/>
          <w:sz w:val="18"/>
          <w:szCs w:val="18"/>
          <w:highlight w:val="yellow"/>
        </w:rPr>
        <w:t>Learning Outcome</w:t>
      </w:r>
    </w:p>
    <w:p w14:paraId="5C7816BB" w14:textId="77777777" w:rsidR="00153C39" w:rsidRPr="00BA0F91" w:rsidRDefault="00707F6E">
      <w:pPr>
        <w:rPr>
          <w:rFonts w:ascii="Arial Black" w:hAnsi="Arial Black"/>
          <w:sz w:val="14"/>
          <w:szCs w:val="14"/>
        </w:rPr>
      </w:pPr>
      <w:r w:rsidRPr="00BA0F91">
        <w:rPr>
          <w:rFonts w:ascii="Arial Black" w:hAnsi="Arial Black"/>
          <w:sz w:val="14"/>
          <w:szCs w:val="14"/>
        </w:rPr>
        <w:t xml:space="preserve">Most students were able to identify and use internet-related vocabulary correctly. They showed increased confidence when discussing online activities </w:t>
      </w:r>
      <w:r w:rsidRPr="00BA0F91">
        <w:rPr>
          <w:rFonts w:ascii="Arial Black" w:hAnsi="Arial Black"/>
          <w:sz w:val="14"/>
          <w:szCs w:val="14"/>
        </w:rPr>
        <w:t>and digital communication.</w:t>
      </w:r>
    </w:p>
    <w:p w14:paraId="060CED49" w14:textId="54E53B16" w:rsidR="00153C39" w:rsidRPr="00BA0F91" w:rsidRDefault="00707F6E">
      <w:pPr>
        <w:pStyle w:val="Heading2"/>
        <w:rPr>
          <w:rFonts w:ascii="Arial Black" w:hAnsi="Arial Black"/>
          <w:sz w:val="18"/>
          <w:szCs w:val="18"/>
        </w:rPr>
      </w:pPr>
      <w:r w:rsidRPr="00D6481E">
        <w:rPr>
          <w:rFonts w:ascii="Arial Black" w:hAnsi="Arial Black"/>
          <w:sz w:val="18"/>
          <w:szCs w:val="18"/>
          <w:highlight w:val="yellow"/>
        </w:rPr>
        <w:t>Remarks</w:t>
      </w:r>
    </w:p>
    <w:p w14:paraId="576244B9" w14:textId="2E80F971" w:rsidR="00BA0F91" w:rsidRPr="00BA0F91" w:rsidRDefault="00707F6E">
      <w:pPr>
        <w:rPr>
          <w:rFonts w:ascii="Arial Black" w:hAnsi="Arial Black"/>
          <w:sz w:val="14"/>
          <w:szCs w:val="14"/>
        </w:rPr>
      </w:pPr>
      <w:r w:rsidRPr="00BA0F91">
        <w:rPr>
          <w:rFonts w:ascii="Arial Black" w:hAnsi="Arial Black"/>
          <w:sz w:val="14"/>
          <w:szCs w:val="14"/>
        </w:rPr>
        <w:t>Students were engaged throughout the lesson and responded positively to the activities.</w:t>
      </w:r>
      <w:r w:rsidR="00BA0F91" w:rsidRPr="00BA0F91">
        <w:rPr>
          <w:rFonts w:ascii="Arial Black" w:hAnsi="Arial Black"/>
          <w:sz w:val="14"/>
          <w:szCs w:val="14"/>
        </w:rPr>
        <w:t xml:space="preserve"> They submitted their task as requested</w:t>
      </w:r>
    </w:p>
    <w:p w14:paraId="1F9829C1" w14:textId="03D6BA1C" w:rsidR="00BA0F91" w:rsidRPr="00D6481E" w:rsidRDefault="00707F6E" w:rsidP="00BA0F91">
      <w:pPr>
        <w:rPr>
          <w:b/>
          <w:bCs/>
          <w:sz w:val="16"/>
          <w:szCs w:val="16"/>
        </w:rPr>
      </w:pPr>
      <w:r w:rsidRPr="00D6481E">
        <w:rPr>
          <w:b/>
          <w:bCs/>
          <w:sz w:val="16"/>
          <w:szCs w:val="16"/>
        </w:rPr>
        <w:t xml:space="preserve">Teacher's Signature: </w:t>
      </w:r>
      <w:r w:rsidR="00BA0F91" w:rsidRPr="00D6481E">
        <w:rPr>
          <w:b/>
          <w:bCs/>
          <w:sz w:val="16"/>
          <w:szCs w:val="16"/>
        </w:rPr>
        <w:t>Besong Thompson</w:t>
      </w:r>
      <w:r>
        <w:rPr>
          <w:b/>
          <w:bCs/>
          <w:sz w:val="16"/>
          <w:szCs w:val="16"/>
        </w:rPr>
        <w:t>.</w:t>
      </w:r>
    </w:p>
    <w:p w14:paraId="15537AB4" w14:textId="12246FD0" w:rsidR="00153C39" w:rsidRPr="00E4120B" w:rsidRDefault="007B1707">
      <w:pPr>
        <w:rPr>
          <w:sz w:val="16"/>
          <w:szCs w:val="16"/>
        </w:rPr>
      </w:pPr>
      <w:r>
        <w:rPr>
          <w:noProof/>
        </w:rPr>
        <w:drawing>
          <wp:inline distT="0" distB="0" distL="0" distR="0" wp14:anchorId="5A855F03" wp14:editId="1CEF8436">
            <wp:extent cx="1248410" cy="852026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61527" cy="86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E15A2F" wp14:editId="234D76FF">
            <wp:extent cx="1381574" cy="777240"/>
            <wp:effectExtent l="0" t="0" r="9525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89092" cy="78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603C7B" wp14:editId="4EFD218F">
            <wp:extent cx="1630680" cy="78232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30680" cy="78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09895F" wp14:editId="15725EB7">
            <wp:extent cx="1318260" cy="970174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4969" cy="98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7E4F4" wp14:editId="35B9A617">
            <wp:extent cx="1318260" cy="97525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44012" cy="99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3FED86" wp14:editId="7F87E4D3">
            <wp:extent cx="952731" cy="1007745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61260" cy="101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955F1F" wp14:editId="5A66628A">
            <wp:extent cx="1212850" cy="108712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20063" cy="109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0F91">
        <w:rPr>
          <w:noProof/>
        </w:rPr>
        <w:drawing>
          <wp:inline distT="0" distB="0" distL="0" distR="0" wp14:anchorId="51482D79" wp14:editId="601809E7">
            <wp:extent cx="1026160" cy="137160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0637" cy="137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8D1A8F" wp14:editId="00563B32">
            <wp:extent cx="1193800" cy="136144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96761" cy="136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0F91">
        <w:rPr>
          <w:noProof/>
        </w:rPr>
        <w:drawing>
          <wp:inline distT="0" distB="0" distL="0" distR="0" wp14:anchorId="571BB417" wp14:editId="5CD8A900">
            <wp:extent cx="1200150" cy="13030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05756" cy="1309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0F91">
        <w:rPr>
          <w:noProof/>
        </w:rPr>
        <w:drawing>
          <wp:inline distT="0" distB="0" distL="0" distR="0" wp14:anchorId="1AE2290D" wp14:editId="087BE679">
            <wp:extent cx="1179830" cy="1363695"/>
            <wp:effectExtent l="0" t="0" r="127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93476" cy="137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3C39" w:rsidRPr="00E4120B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153C39"/>
    <w:rsid w:val="0029639D"/>
    <w:rsid w:val="00326F90"/>
    <w:rsid w:val="00707F6E"/>
    <w:rsid w:val="007B1707"/>
    <w:rsid w:val="00AA1D8D"/>
    <w:rsid w:val="00B47730"/>
    <w:rsid w:val="00BA0F91"/>
    <w:rsid w:val="00CB0664"/>
    <w:rsid w:val="00D6481E"/>
    <w:rsid w:val="00E4120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DE2CBA"/>
  <w14:defaultImageDpi w14:val="300"/>
  <w15:docId w15:val="{4C05120F-3025-418D-A510-CC5A2D3E75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178</Words>
  <Characters>1017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1193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Besong Thompson</cp:lastModifiedBy>
  <cp:revision>4</cp:revision>
  <dcterms:created xsi:type="dcterms:W3CDTF">2026-06-02T05:01:00Z</dcterms:created>
  <dcterms:modified xsi:type="dcterms:W3CDTF">2026-06-02T05:01:00Z</dcterms:modified>
  <cp:category/>
</cp:coreProperties>
</file>