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AEC9" w14:textId="77777777" w:rsidR="001C47A2" w:rsidRPr="000F23F0" w:rsidRDefault="0000000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</w:rPr>
      </w:pPr>
      <w:r w:rsidRPr="000F23F0">
        <w:rPr>
          <w:rFonts w:ascii="TH SarabunPSK" w:hAnsi="TH SarabunPSK" w:cs="TH SarabunPSK"/>
          <w:b/>
          <w:szCs w:val="32"/>
        </w:rPr>
        <w:br/>
      </w:r>
      <w:r w:rsidRPr="000F23F0">
        <w:rPr>
          <w:rFonts w:ascii="TH SarabunPSK" w:hAnsi="TH SarabunPSK" w:cs="TH SarabunPSK"/>
          <w:b/>
          <w:sz w:val="72"/>
          <w:szCs w:val="72"/>
          <w:lang w:bidi="th-TH"/>
        </w:rPr>
        <w:t>รายงานการวิเคราะห์ผู้เรียนเป็นรายบุคคล</w:t>
      </w:r>
    </w:p>
    <w:p w14:paraId="5D560BB7" w14:textId="77777777" w:rsidR="001C47A2" w:rsidRPr="000F23F0" w:rsidRDefault="0000000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</w:rPr>
      </w:pPr>
      <w:r w:rsidRPr="000F23F0">
        <w:rPr>
          <w:rFonts w:ascii="TH SarabunPSK" w:hAnsi="TH SarabunPSK" w:cs="TH SarabunPSK"/>
          <w:b/>
          <w:sz w:val="72"/>
          <w:szCs w:val="72"/>
          <w:lang w:bidi="th-TH"/>
        </w:rPr>
        <w:t>ระดับชั้นมัธยมศึกษาปีที่</w:t>
      </w:r>
      <w:r w:rsidRPr="000F23F0">
        <w:rPr>
          <w:rFonts w:ascii="TH SarabunPSK" w:hAnsi="TH SarabunPSK" w:cs="TH SarabunPSK"/>
          <w:b/>
          <w:sz w:val="72"/>
          <w:szCs w:val="72"/>
        </w:rPr>
        <w:t xml:space="preserve"> 4</w:t>
      </w:r>
    </w:p>
    <w:p w14:paraId="490C5C3F" w14:textId="52CD8A7C" w:rsidR="001C47A2" w:rsidRPr="000F23F0" w:rsidRDefault="0000000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</w:rPr>
      </w:pPr>
      <w:r w:rsidRPr="000F23F0">
        <w:rPr>
          <w:rFonts w:ascii="TH SarabunPSK" w:hAnsi="TH SarabunPSK" w:cs="TH SarabunPSK"/>
          <w:b/>
          <w:sz w:val="72"/>
          <w:szCs w:val="72"/>
          <w:lang w:bidi="th-TH"/>
        </w:rPr>
        <w:t>ปีการศึกษา</w:t>
      </w:r>
      <w:r w:rsidRPr="000F23F0">
        <w:rPr>
          <w:rFonts w:ascii="TH SarabunPSK" w:hAnsi="TH SarabunPSK" w:cs="TH SarabunPSK"/>
          <w:b/>
          <w:sz w:val="72"/>
          <w:szCs w:val="72"/>
        </w:rPr>
        <w:t xml:space="preserve"> 2569</w:t>
      </w:r>
    </w:p>
    <w:p w14:paraId="57A44C79" w14:textId="77777777" w:rsidR="000F23F0" w:rsidRDefault="000F23F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  <w:lang w:bidi="th-TH"/>
        </w:rPr>
      </w:pPr>
    </w:p>
    <w:p w14:paraId="603D0E19" w14:textId="77777777" w:rsidR="000F23F0" w:rsidRDefault="000F23F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  <w:lang w:bidi="th-TH"/>
        </w:rPr>
      </w:pPr>
    </w:p>
    <w:p w14:paraId="7CCDFCBD" w14:textId="77777777" w:rsidR="000F23F0" w:rsidRDefault="000F23F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  <w:lang w:bidi="th-TH"/>
        </w:rPr>
      </w:pPr>
    </w:p>
    <w:p w14:paraId="2EF003CC" w14:textId="66CC9EC0" w:rsidR="000F23F0" w:rsidRDefault="0000000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  <w:lang w:bidi="th-TH"/>
        </w:rPr>
      </w:pPr>
      <w:r w:rsidRPr="000F23F0">
        <w:rPr>
          <w:rFonts w:ascii="TH SarabunPSK" w:hAnsi="TH SarabunPSK" w:cs="TH SarabunPSK"/>
          <w:b/>
          <w:sz w:val="72"/>
          <w:szCs w:val="72"/>
        </w:rPr>
        <w:br/>
      </w:r>
      <w:r w:rsidR="000F23F0" w:rsidRPr="000F23F0">
        <w:rPr>
          <w:rFonts w:ascii="TH SarabunPSK" w:hAnsi="TH SarabunPSK" w:cs="TH SarabunPSK" w:hint="cs"/>
          <w:bCs/>
          <w:sz w:val="56"/>
          <w:szCs w:val="56"/>
          <w:cs/>
          <w:lang w:bidi="th-TH"/>
        </w:rPr>
        <w:t>นาง</w:t>
      </w:r>
      <w:r w:rsidRPr="000F23F0">
        <w:rPr>
          <w:rFonts w:ascii="TH SarabunPSK" w:hAnsi="TH SarabunPSK" w:cs="TH SarabunPSK"/>
          <w:b/>
          <w:sz w:val="56"/>
          <w:szCs w:val="56"/>
          <w:lang w:bidi="th-TH"/>
        </w:rPr>
        <w:t>ขนิษฐา</w:t>
      </w:r>
      <w:r w:rsidRPr="000F23F0">
        <w:rPr>
          <w:rFonts w:ascii="TH SarabunPSK" w:hAnsi="TH SarabunPSK" w:cs="TH SarabunPSK"/>
          <w:b/>
          <w:sz w:val="56"/>
          <w:szCs w:val="56"/>
        </w:rPr>
        <w:t xml:space="preserve"> </w:t>
      </w:r>
      <w:r w:rsidRPr="000F23F0">
        <w:rPr>
          <w:rFonts w:ascii="TH SarabunPSK" w:hAnsi="TH SarabunPSK" w:cs="TH SarabunPSK"/>
          <w:b/>
          <w:sz w:val="56"/>
          <w:szCs w:val="56"/>
          <w:lang w:bidi="th-TH"/>
        </w:rPr>
        <w:t>ศรีสุวรรณ</w:t>
      </w:r>
      <w:r w:rsidRPr="000F23F0">
        <w:rPr>
          <w:rFonts w:ascii="TH SarabunPSK" w:hAnsi="TH SarabunPSK" w:cs="TH SarabunPSK"/>
          <w:b/>
          <w:sz w:val="56"/>
          <w:szCs w:val="56"/>
        </w:rPr>
        <w:br/>
      </w:r>
      <w:r w:rsidRPr="000F23F0">
        <w:rPr>
          <w:rFonts w:ascii="TH SarabunPSK" w:hAnsi="TH SarabunPSK" w:cs="TH SarabunPSK"/>
          <w:b/>
          <w:sz w:val="56"/>
          <w:szCs w:val="56"/>
          <w:lang w:bidi="th-TH"/>
        </w:rPr>
        <w:t>กลุ่มสาระการเรียนรู้วิทยาศาสตร์และเทคโนโลยี</w:t>
      </w:r>
      <w:r w:rsidRPr="000F23F0">
        <w:rPr>
          <w:rFonts w:ascii="TH SarabunPSK" w:hAnsi="TH SarabunPSK" w:cs="TH SarabunPSK"/>
          <w:b/>
          <w:sz w:val="56"/>
          <w:szCs w:val="56"/>
        </w:rPr>
        <w:br/>
      </w:r>
    </w:p>
    <w:p w14:paraId="3288B839" w14:textId="77777777" w:rsidR="000F23F0" w:rsidRDefault="000F23F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  <w:lang w:bidi="th-TH"/>
        </w:rPr>
      </w:pPr>
    </w:p>
    <w:p w14:paraId="1639C6BF" w14:textId="77777777" w:rsidR="000F23F0" w:rsidRDefault="000F23F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  <w:lang w:bidi="th-TH"/>
        </w:rPr>
      </w:pPr>
    </w:p>
    <w:p w14:paraId="730C0BBE" w14:textId="77777777" w:rsidR="000F23F0" w:rsidRDefault="000F23F0" w:rsidP="000F23F0">
      <w:pPr>
        <w:spacing w:after="0" w:line="240" w:lineRule="auto"/>
        <w:jc w:val="center"/>
        <w:rPr>
          <w:rFonts w:ascii="TH SarabunPSK" w:hAnsi="TH SarabunPSK" w:cs="TH SarabunPSK"/>
          <w:b/>
          <w:sz w:val="72"/>
          <w:szCs w:val="72"/>
          <w:lang w:bidi="th-TH"/>
        </w:rPr>
      </w:pPr>
    </w:p>
    <w:p w14:paraId="0E2BE0C5" w14:textId="77777777" w:rsidR="000F23F0" w:rsidRDefault="000F23F0" w:rsidP="000F23F0">
      <w:pPr>
        <w:spacing w:after="0" w:line="240" w:lineRule="auto"/>
        <w:jc w:val="center"/>
        <w:rPr>
          <w:rFonts w:ascii="TH SarabunPSK" w:hAnsi="TH SarabunPSK" w:cs="TH SarabunPSK" w:hint="cs"/>
          <w:b/>
          <w:sz w:val="72"/>
          <w:szCs w:val="72"/>
          <w:lang w:bidi="th-TH"/>
        </w:rPr>
      </w:pPr>
    </w:p>
    <w:p w14:paraId="7A3BC4E2" w14:textId="52F31D6A" w:rsidR="001C47A2" w:rsidRDefault="00000000" w:rsidP="000F23F0">
      <w:pPr>
        <w:spacing w:after="0" w:line="240" w:lineRule="auto"/>
        <w:jc w:val="center"/>
        <w:rPr>
          <w:rFonts w:ascii="TH SarabunPSK" w:hAnsi="TH SarabunPSK" w:cs="TH SarabunPSK"/>
          <w:b/>
          <w:sz w:val="56"/>
          <w:szCs w:val="56"/>
          <w:lang w:bidi="th-TH"/>
        </w:rPr>
      </w:pPr>
      <w:r w:rsidRPr="000F23F0">
        <w:rPr>
          <w:rFonts w:ascii="TH SarabunPSK" w:hAnsi="TH SarabunPSK" w:cs="TH SarabunPSK"/>
          <w:b/>
          <w:sz w:val="56"/>
          <w:szCs w:val="56"/>
          <w:lang w:bidi="th-TH"/>
        </w:rPr>
        <w:t>โรงเรียนนางรองพิทยาคม</w:t>
      </w:r>
      <w:r w:rsidR="000F23F0" w:rsidRPr="000F23F0">
        <w:rPr>
          <w:rFonts w:ascii="TH SarabunPSK" w:hAnsi="TH SarabunPSK" w:cs="TH SarabunPSK" w:hint="cs"/>
          <w:b/>
          <w:sz w:val="56"/>
          <w:szCs w:val="56"/>
          <w:cs/>
          <w:lang w:bidi="th-TH"/>
        </w:rPr>
        <w:t xml:space="preserve">   </w:t>
      </w:r>
      <w:r w:rsidRPr="000F23F0">
        <w:rPr>
          <w:rFonts w:ascii="TH SarabunPSK" w:hAnsi="TH SarabunPSK" w:cs="TH SarabunPSK"/>
          <w:b/>
          <w:sz w:val="56"/>
          <w:szCs w:val="56"/>
          <w:lang w:bidi="th-TH"/>
        </w:rPr>
        <w:t>อำเภอนางรอง</w:t>
      </w:r>
      <w:r w:rsidR="000F23F0">
        <w:rPr>
          <w:rFonts w:ascii="TH SarabunPSK" w:hAnsi="TH SarabunPSK" w:cs="TH SarabunPSK" w:hint="cs"/>
          <w:b/>
          <w:sz w:val="56"/>
          <w:szCs w:val="56"/>
          <w:cs/>
          <w:lang w:bidi="th-TH"/>
        </w:rPr>
        <w:t xml:space="preserve"> </w:t>
      </w:r>
      <w:r w:rsidRPr="000F23F0">
        <w:rPr>
          <w:rFonts w:ascii="TH SarabunPSK" w:hAnsi="TH SarabunPSK" w:cs="TH SarabunPSK"/>
          <w:b/>
          <w:sz w:val="56"/>
          <w:szCs w:val="56"/>
        </w:rPr>
        <w:t xml:space="preserve"> </w:t>
      </w:r>
      <w:r w:rsidRPr="000F23F0">
        <w:rPr>
          <w:rFonts w:ascii="TH SarabunPSK" w:hAnsi="TH SarabunPSK" w:cs="TH SarabunPSK"/>
          <w:b/>
          <w:sz w:val="56"/>
          <w:szCs w:val="56"/>
          <w:lang w:bidi="th-TH"/>
        </w:rPr>
        <w:t>จังหวัดบุรีรัมย์</w:t>
      </w:r>
    </w:p>
    <w:p w14:paraId="7BE4F4A9" w14:textId="37B3E119" w:rsidR="000F23F0" w:rsidRPr="000F23F0" w:rsidRDefault="000F23F0" w:rsidP="000F23F0">
      <w:pPr>
        <w:spacing w:after="0" w:line="240" w:lineRule="auto"/>
        <w:jc w:val="center"/>
        <w:rPr>
          <w:rFonts w:ascii="TH SarabunPSK" w:hAnsi="TH SarabunPSK" w:cs="TH SarabunPSK"/>
          <w:bCs/>
          <w:sz w:val="56"/>
          <w:szCs w:val="56"/>
          <w:lang w:bidi="th-TH"/>
        </w:rPr>
      </w:pPr>
      <w:r w:rsidRPr="000F23F0">
        <w:rPr>
          <w:rFonts w:ascii="TH SarabunPSK" w:hAnsi="TH SarabunPSK" w:cs="TH SarabunPSK" w:hint="cs"/>
          <w:bCs/>
          <w:sz w:val="56"/>
          <w:szCs w:val="56"/>
          <w:cs/>
          <w:lang w:bidi="th-TH"/>
        </w:rPr>
        <w:t xml:space="preserve">สำนักงานเขตพื้นที่การศึกษามัธยมศึกษาบุรีรัมย์ </w:t>
      </w:r>
    </w:p>
    <w:p w14:paraId="4F342F80" w14:textId="24E661D7" w:rsidR="000F23F0" w:rsidRPr="000F23F0" w:rsidRDefault="000F23F0" w:rsidP="000F23F0">
      <w:pPr>
        <w:spacing w:after="0" w:line="240" w:lineRule="auto"/>
        <w:jc w:val="center"/>
        <w:rPr>
          <w:rFonts w:ascii="TH SarabunPSK" w:hAnsi="TH SarabunPSK" w:cs="TH SarabunPSK" w:hint="cs"/>
          <w:bCs/>
          <w:sz w:val="56"/>
          <w:szCs w:val="56"/>
        </w:rPr>
      </w:pPr>
      <w:r w:rsidRPr="000F23F0">
        <w:rPr>
          <w:rFonts w:ascii="TH SarabunPSK" w:hAnsi="TH SarabunPSK" w:cs="TH SarabunPSK" w:hint="cs"/>
          <w:bCs/>
          <w:sz w:val="56"/>
          <w:szCs w:val="56"/>
          <w:cs/>
          <w:lang w:bidi="th-TH"/>
        </w:rPr>
        <w:t>กระทรวงศึกษาธิการ</w:t>
      </w:r>
    </w:p>
    <w:p w14:paraId="16D8A999" w14:textId="2F074322" w:rsidR="000F23F0" w:rsidRPr="00E762B9" w:rsidRDefault="00000000" w:rsidP="000F23F0">
      <w:pPr>
        <w:pStyle w:val="1"/>
        <w:spacing w:before="0" w:line="240" w:lineRule="auto"/>
        <w:jc w:val="center"/>
        <w:rPr>
          <w:rFonts w:ascii="TH SarabunPSK" w:hAnsi="TH SarabunPSK" w:cs="TH SarabunPSK"/>
        </w:rPr>
      </w:pPr>
      <w:r w:rsidRPr="000F23F0">
        <w:rPr>
          <w:rFonts w:ascii="TH SarabunPSK" w:hAnsi="TH SarabunPSK" w:cs="TH SarabunPSK"/>
          <w:b w:val="0"/>
          <w:sz w:val="72"/>
          <w:szCs w:val="72"/>
        </w:rPr>
        <w:br w:type="page"/>
      </w:r>
      <w:r w:rsidR="000F23F0" w:rsidRPr="00E762B9">
        <w:rPr>
          <w:rFonts w:ascii="TH SarabunPSK" w:hAnsi="TH SarabunPSK" w:cs="TH SarabunPSK"/>
          <w:lang w:bidi="th-TH"/>
        </w:rPr>
        <w:lastRenderedPageBreak/>
        <w:t>คำนำ</w:t>
      </w:r>
    </w:p>
    <w:p w14:paraId="48727CAB" w14:textId="77777777" w:rsidR="000F23F0" w:rsidRDefault="000F23F0" w:rsidP="000F23F0">
      <w:pPr>
        <w:spacing w:after="0" w:line="240" w:lineRule="auto"/>
        <w:rPr>
          <w:rFonts w:ascii="TH SarabunPSK" w:hAnsi="TH SarabunPSK" w:cs="TH SarabunPSK"/>
          <w:lang w:bidi="th-TH"/>
        </w:rPr>
      </w:pPr>
    </w:p>
    <w:p w14:paraId="3F7FDFD3" w14:textId="60911A73" w:rsidR="000F23F0" w:rsidRPr="000F23F0" w:rsidRDefault="000F23F0" w:rsidP="000F23F0">
      <w:pPr>
        <w:spacing w:after="0" w:line="240" w:lineRule="auto"/>
        <w:ind w:firstLine="720"/>
        <w:jc w:val="thaiDistribute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รายงานฉบับนี้จัดทำขึ้นเพื่อรวบรวมและวิเคราะห์ข้อมูลพื้นฐานของผู้เรียนระดับชั้นมัธยมศึกษาปีที่</w:t>
      </w:r>
      <w:r w:rsidRPr="000F23F0">
        <w:rPr>
          <w:rFonts w:ascii="TH SarabunPSK" w:hAnsi="TH SarabunPSK" w:cs="TH SarabunPSK"/>
          <w:szCs w:val="32"/>
        </w:rPr>
        <w:t xml:space="preserve"> 4 </w:t>
      </w:r>
      <w:r w:rsidRPr="000F23F0">
        <w:rPr>
          <w:rFonts w:ascii="TH SarabunPSK" w:hAnsi="TH SarabunPSK" w:cs="TH SarabunPSK"/>
          <w:szCs w:val="32"/>
          <w:lang w:bidi="th-TH"/>
        </w:rPr>
        <w:t>เป็นรายบุคคล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โดยใช้ข้อมูลรายชื่อและคะแนนที่ปรากฏในไฟล์ข้อมูลที่ได้รับเป็นฐานในการวิเคราะห์เบื้องต้น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เพื่อนำไปใช้ประกอบการวางแผนจัดการเรียนรู้ให้สอดคล้องกับความแตกต่างระหว่างบุคคล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การจัดกิจกรรมซ่อมเสริม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การส่งเสริมผู้เรียนที่มีศักยภาพ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และการติดตามพัฒนาการของผู้เรียนอย่างต่อเนื่อง</w:t>
      </w:r>
      <w:r w:rsidRPr="000F23F0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ทั้งนี้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ผลการวิเคราะห์จา</w:t>
      </w:r>
      <w:r w:rsidRPr="000F23F0">
        <w:rPr>
          <w:rFonts w:ascii="TH SarabunPSK" w:hAnsi="TH SarabunPSK" w:cs="TH SarabunPSK" w:hint="cs"/>
          <w:szCs w:val="32"/>
          <w:cs/>
          <w:lang w:bidi="th-TH"/>
        </w:rPr>
        <w:t>ก</w:t>
      </w:r>
      <w:r w:rsidRPr="000F23F0">
        <w:rPr>
          <w:rFonts w:ascii="TH SarabunPSK" w:hAnsi="TH SarabunPSK" w:cs="TH SarabunPSK"/>
          <w:szCs w:val="32"/>
          <w:lang w:bidi="th-TH"/>
        </w:rPr>
        <w:t>คะแนน</w:t>
      </w:r>
      <w:r w:rsidRPr="000F23F0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เป็</w:t>
      </w:r>
      <w:r w:rsidRPr="000F23F0">
        <w:rPr>
          <w:rFonts w:ascii="TH SarabunPSK" w:hAnsi="TH SarabunPSK" w:cs="TH SarabunPSK" w:hint="cs"/>
          <w:szCs w:val="32"/>
          <w:cs/>
          <w:lang w:bidi="th-TH"/>
        </w:rPr>
        <w:t>น</w:t>
      </w:r>
      <w:r w:rsidRPr="000F23F0">
        <w:rPr>
          <w:rFonts w:ascii="TH SarabunPSK" w:hAnsi="TH SarabunPSK" w:cs="TH SarabunPSK"/>
          <w:szCs w:val="32"/>
          <w:lang w:bidi="th-TH"/>
        </w:rPr>
        <w:t>เพียงข้อมูลเบื้องต้น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ไม่ควรใช้เป็นข้อสรุปเกี่ยวกับความสามารถของผู้เรียนทั้งหมด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ครูผู้สอนควรพิจารณาร่วมกับ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ผลการสังเกตพฤติกรรม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การมีส่วนร่วมในชั้นเรียน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ผลงาน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แบบทดสอบก่อนเรียน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ความสนใจ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และข้อมูลด้านอื่น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ๆ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ของผู้เรียน</w:t>
      </w:r>
    </w:p>
    <w:p w14:paraId="27BA7B32" w14:textId="77777777" w:rsidR="000F23F0" w:rsidRPr="000F23F0" w:rsidRDefault="000F23F0" w:rsidP="000F23F0">
      <w:pPr>
        <w:rPr>
          <w:rFonts w:ascii="TH SarabunPSK" w:eastAsiaTheme="majorEastAsia" w:hAnsi="TH SarabunPSK" w:cs="TH SarabunPSK"/>
          <w:b/>
          <w:bCs/>
          <w:color w:val="365F91" w:themeColor="accent1" w:themeShade="BF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p w14:paraId="45608453" w14:textId="6351E54B" w:rsidR="001C47A2" w:rsidRPr="000F23F0" w:rsidRDefault="00000000" w:rsidP="000F23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0F23F0">
        <w:rPr>
          <w:rFonts w:ascii="TH SarabunPSK" w:hAnsi="TH SarabunPSK" w:cs="TH SarabunPSK"/>
          <w:b/>
          <w:bCs/>
          <w:sz w:val="52"/>
          <w:szCs w:val="52"/>
          <w:lang w:bidi="th-TH"/>
        </w:rPr>
        <w:lastRenderedPageBreak/>
        <w:t>สารบัญ</w:t>
      </w:r>
    </w:p>
    <w:p w14:paraId="224FDBCB" w14:textId="4D1A028F" w:rsidR="000F23F0" w:rsidRDefault="000F23F0" w:rsidP="000F23F0">
      <w:pPr>
        <w:spacing w:after="0" w:line="240" w:lineRule="auto"/>
        <w:jc w:val="right"/>
        <w:rPr>
          <w:rFonts w:ascii="TH SarabunPSK" w:hAnsi="TH SarabunPSK" w:cs="TH SarabunPSK" w:hint="cs"/>
          <w:szCs w:val="32"/>
          <w:cs/>
          <w:lang w:bidi="th-TH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หน้า </w:t>
      </w:r>
    </w:p>
    <w:p w14:paraId="22C1336E" w14:textId="3DB1111B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หลักการและเหตุผล</w:t>
      </w:r>
      <w:r w:rsidR="000F23F0">
        <w:rPr>
          <w:rFonts w:ascii="TH SarabunPSK" w:hAnsi="TH SarabunPSK" w:cs="TH SarabunPSK" w:hint="cs"/>
          <w:szCs w:val="32"/>
          <w:cs/>
          <w:lang w:bidi="th-TH"/>
        </w:rPr>
        <w:t>................................................................................................................................................</w:t>
      </w:r>
      <w:r w:rsidR="00120751">
        <w:rPr>
          <w:rFonts w:ascii="TH SarabunPSK" w:hAnsi="TH SarabunPSK" w:cs="TH SarabunPSK"/>
          <w:szCs w:val="32"/>
          <w:cs/>
          <w:lang w:bidi="th-TH"/>
        </w:rPr>
        <w:tab/>
      </w:r>
      <w:r w:rsidR="00120751">
        <w:rPr>
          <w:rFonts w:ascii="TH SarabunPSK" w:hAnsi="TH SarabunPSK" w:cs="TH SarabunPSK" w:hint="cs"/>
          <w:szCs w:val="32"/>
          <w:cs/>
          <w:lang w:bidi="th-TH"/>
        </w:rPr>
        <w:t xml:space="preserve">    </w:t>
      </w:r>
      <w:r w:rsidR="00120751">
        <w:rPr>
          <w:rFonts w:ascii="TH SarabunPSK" w:hAnsi="TH SarabunPSK" w:cs="TH SarabunPSK"/>
          <w:szCs w:val="32"/>
          <w:lang w:bidi="th-TH"/>
        </w:rPr>
        <w:t>1</w:t>
      </w:r>
    </w:p>
    <w:p w14:paraId="68DEBD2E" w14:textId="2D9A52AE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วัตถุประสงค์</w:t>
      </w:r>
      <w:r w:rsidR="000F23F0">
        <w:rPr>
          <w:rFonts w:ascii="TH SarabunPSK" w:hAnsi="TH SarabunPSK" w:cs="TH SarabunPSK" w:hint="cs"/>
          <w:szCs w:val="32"/>
          <w:cs/>
          <w:lang w:bidi="th-TH"/>
        </w:rPr>
        <w:t xml:space="preserve"> ..........................................................................................................................................................</w:t>
      </w:r>
      <w:r w:rsidR="00120751">
        <w:rPr>
          <w:rFonts w:ascii="TH SarabunPSK" w:hAnsi="TH SarabunPSK" w:cs="TH SarabunPSK"/>
          <w:szCs w:val="32"/>
          <w:lang w:bidi="th-TH"/>
        </w:rPr>
        <w:tab/>
        <w:t xml:space="preserve">    1</w:t>
      </w:r>
    </w:p>
    <w:p w14:paraId="440C6CB8" w14:textId="130E9EE3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ข้อมูลและวิธีการวิเคราะห์ผู้เรียน</w:t>
      </w:r>
      <w:r w:rsidR="000F23F0">
        <w:rPr>
          <w:rFonts w:ascii="TH SarabunPSK" w:hAnsi="TH SarabunPSK" w:cs="TH SarabunPSK" w:hint="cs"/>
          <w:szCs w:val="32"/>
          <w:cs/>
          <w:lang w:bidi="th-TH"/>
        </w:rPr>
        <w:t xml:space="preserve"> ...........................................................................................................................</w:t>
      </w:r>
      <w:r w:rsidR="00120751">
        <w:rPr>
          <w:rFonts w:ascii="TH SarabunPSK" w:hAnsi="TH SarabunPSK" w:cs="TH SarabunPSK"/>
          <w:szCs w:val="32"/>
          <w:lang w:bidi="th-TH"/>
        </w:rPr>
        <w:t xml:space="preserve">        1</w:t>
      </w:r>
    </w:p>
    <w:p w14:paraId="2BB3B4F9" w14:textId="606213B1" w:rsidR="001C47A2" w:rsidRPr="000F23F0" w:rsidRDefault="00000000" w:rsidP="000F23F0">
      <w:pPr>
        <w:spacing w:after="0" w:line="240" w:lineRule="auto"/>
        <w:rPr>
          <w:rFonts w:ascii="TH SarabunPSK" w:hAnsi="TH SarabunPSK" w:cs="TH SarabunPSK" w:hint="cs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เกณฑ์การแปลผลและการจัดกลุ่มผู้เรียน</w:t>
      </w:r>
      <w:r w:rsidR="000F23F0">
        <w:rPr>
          <w:rFonts w:ascii="TH SarabunPSK" w:hAnsi="TH SarabunPSK" w:cs="TH SarabunPSK" w:hint="cs"/>
          <w:szCs w:val="32"/>
          <w:cs/>
          <w:lang w:bidi="th-TH"/>
        </w:rPr>
        <w:t xml:space="preserve"> ..............................................................................................................</w:t>
      </w:r>
      <w:r w:rsidR="00120751">
        <w:rPr>
          <w:rFonts w:ascii="TH SarabunPSK" w:hAnsi="TH SarabunPSK" w:cs="TH SarabunPSK"/>
          <w:szCs w:val="32"/>
          <w:lang w:bidi="th-TH"/>
        </w:rPr>
        <w:t xml:space="preserve">         1</w:t>
      </w:r>
    </w:p>
    <w:p w14:paraId="28327E0A" w14:textId="38DFE01D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ผลการวิเคราะห์ผู้เรียนภาพรวม</w:t>
      </w:r>
      <w:r w:rsidR="000F23F0">
        <w:rPr>
          <w:rFonts w:ascii="TH SarabunPSK" w:hAnsi="TH SarabunPSK" w:cs="TH SarabunPSK" w:hint="cs"/>
          <w:szCs w:val="32"/>
          <w:cs/>
          <w:lang w:bidi="th-TH"/>
        </w:rPr>
        <w:t xml:space="preserve"> ............................................................................................................................</w:t>
      </w:r>
      <w:r w:rsidR="00120751">
        <w:rPr>
          <w:rFonts w:ascii="TH SarabunPSK" w:hAnsi="TH SarabunPSK" w:cs="TH SarabunPSK"/>
          <w:szCs w:val="32"/>
          <w:lang w:bidi="th-TH"/>
        </w:rPr>
        <w:t xml:space="preserve">         2</w:t>
      </w:r>
    </w:p>
    <w:p w14:paraId="341A0759" w14:textId="0394BF32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แนวทางการจัดการเรียนรู้และการช่วยเหลือรายกลุ่ม</w:t>
      </w:r>
      <w:r w:rsidR="000F23F0">
        <w:rPr>
          <w:rFonts w:ascii="TH SarabunPSK" w:hAnsi="TH SarabunPSK" w:cs="TH SarabunPSK" w:hint="cs"/>
          <w:szCs w:val="32"/>
          <w:cs/>
          <w:lang w:bidi="th-TH"/>
        </w:rPr>
        <w:t xml:space="preserve"> ...........................................................................................</w:t>
      </w:r>
      <w:r w:rsidR="00120751">
        <w:rPr>
          <w:rFonts w:ascii="TH SarabunPSK" w:hAnsi="TH SarabunPSK" w:cs="TH SarabunPSK"/>
          <w:szCs w:val="32"/>
          <w:lang w:bidi="th-TH"/>
        </w:rPr>
        <w:t xml:space="preserve">         2</w:t>
      </w:r>
    </w:p>
    <w:p w14:paraId="6598A045" w14:textId="7CBB75CD" w:rsidR="001C47A2" w:rsidRPr="000F23F0" w:rsidRDefault="00000000" w:rsidP="000F23F0">
      <w:pPr>
        <w:spacing w:after="0" w:line="240" w:lineRule="auto"/>
        <w:rPr>
          <w:rFonts w:ascii="TH SarabunPSK" w:hAnsi="TH SarabunPSK" w:cs="TH SarabunPSK" w:hint="cs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แบบวิเคราะห์ผู้เรียนเป็นรายบุคคล</w:t>
      </w:r>
      <w:r w:rsidR="000F23F0">
        <w:rPr>
          <w:rFonts w:ascii="TH SarabunPSK" w:hAnsi="TH SarabunPSK" w:cs="TH SarabunPSK" w:hint="cs"/>
          <w:szCs w:val="32"/>
          <w:cs/>
          <w:lang w:bidi="th-TH"/>
        </w:rPr>
        <w:t xml:space="preserve"> ......................................................................................................................</w:t>
      </w:r>
      <w:r w:rsidR="00120751">
        <w:rPr>
          <w:rFonts w:ascii="TH SarabunPSK" w:hAnsi="TH SarabunPSK" w:cs="TH SarabunPSK"/>
          <w:szCs w:val="32"/>
          <w:lang w:bidi="th-TH"/>
        </w:rPr>
        <w:t xml:space="preserve">          3</w:t>
      </w:r>
    </w:p>
    <w:p w14:paraId="2A3C1666" w14:textId="77777777" w:rsid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  <w:lang w:bidi="th-TH"/>
        </w:rPr>
      </w:pPr>
      <w:r w:rsidRPr="000F23F0">
        <w:rPr>
          <w:rFonts w:ascii="TH SarabunPSK" w:hAnsi="TH SarabunPSK" w:cs="TH SarabunPSK"/>
          <w:szCs w:val="32"/>
          <w:lang w:bidi="th-TH"/>
        </w:rPr>
        <w:t>ภาคผนวก</w:t>
      </w:r>
      <w:r w:rsidRPr="000F23F0">
        <w:rPr>
          <w:rFonts w:ascii="TH SarabunPSK" w:hAnsi="TH SarabunPSK" w:cs="TH SarabunPSK"/>
          <w:szCs w:val="32"/>
        </w:rPr>
        <w:t xml:space="preserve">: </w:t>
      </w:r>
    </w:p>
    <w:p w14:paraId="3A047FAC" w14:textId="78C05683" w:rsidR="001C47A2" w:rsidRPr="000F23F0" w:rsidRDefault="000F23F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ผลการวิเคราะห์ผู้เรียน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รายบุคคล ......................................................................................................................... </w:t>
      </w:r>
      <w:r w:rsidR="00120751">
        <w:rPr>
          <w:rFonts w:ascii="TH SarabunPSK" w:hAnsi="TH SarabunPSK" w:cs="TH SarabunPSK"/>
          <w:szCs w:val="32"/>
          <w:lang w:bidi="th-TH"/>
        </w:rPr>
        <w:t xml:space="preserve">       14      </w:t>
      </w:r>
      <w:r w:rsidR="00000000" w:rsidRPr="000F23F0">
        <w:rPr>
          <w:rFonts w:ascii="TH SarabunPSK" w:hAnsi="TH SarabunPSK" w:cs="TH SarabunPSK"/>
          <w:szCs w:val="32"/>
        </w:rPr>
        <w:br w:type="page"/>
      </w:r>
    </w:p>
    <w:p w14:paraId="59A2CAAA" w14:textId="77777777" w:rsidR="001C47A2" w:rsidRPr="005E6784" w:rsidRDefault="00000000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</w:rPr>
      </w:pPr>
      <w:r w:rsidRPr="005E6784">
        <w:rPr>
          <w:rFonts w:ascii="TH SarabunPSK" w:hAnsi="TH SarabunPSK" w:cs="TH SarabunPSK"/>
          <w:sz w:val="36"/>
          <w:szCs w:val="36"/>
        </w:rPr>
        <w:lastRenderedPageBreak/>
        <w:t xml:space="preserve">1. </w:t>
      </w:r>
      <w:r w:rsidRPr="005E6784">
        <w:rPr>
          <w:rFonts w:ascii="TH SarabunPSK" w:hAnsi="TH SarabunPSK" w:cs="TH SarabunPSK"/>
          <w:sz w:val="36"/>
          <w:szCs w:val="36"/>
          <w:lang w:bidi="th-TH"/>
        </w:rPr>
        <w:t>หลักการและเหตุผล</w:t>
      </w:r>
    </w:p>
    <w:p w14:paraId="5545CC26" w14:textId="2C23442D" w:rsidR="001C47A2" w:rsidRPr="000F23F0" w:rsidRDefault="00000000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การวิเคราะห์ผู้เรียนเป็นรายบุคคลเป็นกระบวนการสำคัญในการจัดการเรียนรู้ที่คำนึงถึงความแตกต่างระหว่าง</w:t>
      </w:r>
      <w:r w:rsidR="005E6784">
        <w:rPr>
          <w:rFonts w:ascii="TH SarabunPSK" w:hAnsi="TH SarabunPSK" w:cs="TH SarabunPSK" w:hint="cs"/>
          <w:szCs w:val="32"/>
          <w:cs/>
          <w:lang w:bidi="th-TH"/>
        </w:rPr>
        <w:t xml:space="preserve">    </w:t>
      </w:r>
      <w:r w:rsidRPr="000F23F0">
        <w:rPr>
          <w:rFonts w:ascii="TH SarabunPSK" w:hAnsi="TH SarabunPSK" w:cs="TH SarabunPSK"/>
          <w:szCs w:val="32"/>
          <w:lang w:bidi="th-TH"/>
        </w:rPr>
        <w:t>บุคคล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ช่วยให้ครูทราบข้อมูลพื้นฐานและระดับความพร้อมของผู้เรียน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เพื่อนำไปใช้วางแผนการจัดกิจกรรม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การจัดกลุ่ม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การเสริมพื้นฐาน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การพัฒนาศักยภาพ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และการติดตามช่วยเหลือผู้เรียนอย่างเหมาะสม</w:t>
      </w:r>
    </w:p>
    <w:p w14:paraId="71B5B953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รายงานฉบับนี้จัดทำจากข้อมูลคะแนนของผู้เรียนระดับชั้นมัธยมศึกษาปีที่</w:t>
      </w:r>
      <w:r w:rsidRPr="000F23F0">
        <w:rPr>
          <w:rFonts w:ascii="TH SarabunPSK" w:hAnsi="TH SarabunPSK" w:cs="TH SarabunPSK"/>
          <w:szCs w:val="32"/>
        </w:rPr>
        <w:t xml:space="preserve"> 4 </w:t>
      </w:r>
      <w:r w:rsidRPr="000F23F0">
        <w:rPr>
          <w:rFonts w:ascii="TH SarabunPSK" w:hAnsi="TH SarabunPSK" w:cs="TH SarabunPSK"/>
          <w:szCs w:val="32"/>
          <w:lang w:bidi="th-TH"/>
        </w:rPr>
        <w:t>จำนวน</w:t>
      </w:r>
      <w:r w:rsidRPr="000F23F0">
        <w:rPr>
          <w:rFonts w:ascii="TH SarabunPSK" w:hAnsi="TH SarabunPSK" w:cs="TH SarabunPSK"/>
          <w:szCs w:val="32"/>
        </w:rPr>
        <w:t xml:space="preserve"> 288 </w:t>
      </w:r>
      <w:r w:rsidRPr="000F23F0">
        <w:rPr>
          <w:rFonts w:ascii="TH SarabunPSK" w:hAnsi="TH SarabunPSK" w:cs="TH SarabunPSK"/>
          <w:szCs w:val="32"/>
          <w:lang w:bidi="th-TH"/>
        </w:rPr>
        <w:t>คน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โดยมีข้อมูลคะแนนที่สามารถนำมาวิเคราะห์ได้</w:t>
      </w:r>
      <w:r w:rsidRPr="000F23F0">
        <w:rPr>
          <w:rFonts w:ascii="TH SarabunPSK" w:hAnsi="TH SarabunPSK" w:cs="TH SarabunPSK"/>
          <w:szCs w:val="32"/>
        </w:rPr>
        <w:t xml:space="preserve"> 279 </w:t>
      </w:r>
      <w:r w:rsidRPr="000F23F0">
        <w:rPr>
          <w:rFonts w:ascii="TH SarabunPSK" w:hAnsi="TH SarabunPSK" w:cs="TH SarabunPSK"/>
          <w:szCs w:val="32"/>
          <w:lang w:bidi="th-TH"/>
        </w:rPr>
        <w:t>คน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และมีข้อมูลคะแนนไม่ครบถ้วน</w:t>
      </w:r>
      <w:r w:rsidRPr="000F23F0">
        <w:rPr>
          <w:rFonts w:ascii="TH SarabunPSK" w:hAnsi="TH SarabunPSK" w:cs="TH SarabunPSK"/>
          <w:szCs w:val="32"/>
        </w:rPr>
        <w:t xml:space="preserve"> 9 </w:t>
      </w:r>
      <w:r w:rsidRPr="000F23F0">
        <w:rPr>
          <w:rFonts w:ascii="TH SarabunPSK" w:hAnsi="TH SarabunPSK" w:cs="TH SarabunPSK"/>
          <w:szCs w:val="32"/>
          <w:lang w:bidi="th-TH"/>
        </w:rPr>
        <w:t>คน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ผลการวิเคราะห์ใช้เป็นข้อมูลประกอบการวางแผนการจัดการเรียนรู้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มิใช่การตัดสินคุณค่าหรือความสามารถของผู้เรียน</w:t>
      </w:r>
    </w:p>
    <w:p w14:paraId="63939817" w14:textId="77777777" w:rsidR="001C47A2" w:rsidRPr="005E6784" w:rsidRDefault="00000000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</w:rPr>
      </w:pPr>
      <w:r w:rsidRPr="005E6784">
        <w:rPr>
          <w:rFonts w:ascii="TH SarabunPSK" w:hAnsi="TH SarabunPSK" w:cs="TH SarabunPSK"/>
          <w:sz w:val="36"/>
          <w:szCs w:val="36"/>
        </w:rPr>
        <w:t>2. วัตถุประสงค์</w:t>
      </w:r>
    </w:p>
    <w:p w14:paraId="303E9CC6" w14:textId="77777777" w:rsidR="001C47A2" w:rsidRPr="000F23F0" w:rsidRDefault="00000000" w:rsidP="000F23F0">
      <w:pPr>
        <w:pStyle w:val="a0"/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เพื่อศึกษาระดับความรู้และความพร้อมของผู้เรียนเป็นรายบุคคล</w:t>
      </w:r>
    </w:p>
    <w:p w14:paraId="6D11196A" w14:textId="77777777" w:rsidR="001C47A2" w:rsidRPr="000F23F0" w:rsidRDefault="00000000" w:rsidP="000F23F0">
      <w:pPr>
        <w:pStyle w:val="a0"/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เพื่อจัดกลุ่มผู้เรียนตามระดับคะแนนสำหรับวางแผนการช่วยเหลือและพัฒนา</w:t>
      </w:r>
    </w:p>
    <w:p w14:paraId="4408EE45" w14:textId="77777777" w:rsidR="001C47A2" w:rsidRPr="000F23F0" w:rsidRDefault="00000000" w:rsidP="000F23F0">
      <w:pPr>
        <w:pStyle w:val="a0"/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เพื่อใช้ข้อมูลรายบุคคลประกอบการออกแบบกิจกรรม</w:t>
      </w:r>
      <w:r w:rsidRPr="000F23F0">
        <w:rPr>
          <w:rFonts w:ascii="TH SarabunPSK" w:hAnsi="TH SarabunPSK" w:cs="TH SarabunPSK"/>
          <w:szCs w:val="32"/>
        </w:rPr>
        <w:t xml:space="preserve"> Active Learning </w:t>
      </w:r>
      <w:r w:rsidRPr="000F23F0">
        <w:rPr>
          <w:rFonts w:ascii="TH SarabunPSK" w:hAnsi="TH SarabunPSK" w:cs="TH SarabunPSK"/>
          <w:szCs w:val="32"/>
          <w:lang w:bidi="th-TH"/>
        </w:rPr>
        <w:t>และการสอนแบบแตกต่างตามความต้องการ</w:t>
      </w:r>
    </w:p>
    <w:p w14:paraId="25A9A329" w14:textId="77777777" w:rsidR="001C47A2" w:rsidRPr="000F23F0" w:rsidRDefault="00000000" w:rsidP="000F23F0">
      <w:pPr>
        <w:pStyle w:val="a0"/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เพื่อใช้ติดตามพัฒนาการของผู้เรียนและปรับปรุงการจัดการเรียนรู้ในระยะต่อไป</w:t>
      </w:r>
    </w:p>
    <w:p w14:paraId="77E52A6B" w14:textId="77777777" w:rsidR="001C47A2" w:rsidRPr="005E6784" w:rsidRDefault="00000000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</w:rPr>
      </w:pPr>
      <w:r w:rsidRPr="005E6784">
        <w:rPr>
          <w:rFonts w:ascii="TH SarabunPSK" w:hAnsi="TH SarabunPSK" w:cs="TH SarabunPSK"/>
          <w:sz w:val="36"/>
          <w:szCs w:val="36"/>
        </w:rPr>
        <w:t xml:space="preserve">3. </w:t>
      </w:r>
      <w:r w:rsidRPr="005E6784">
        <w:rPr>
          <w:rFonts w:ascii="TH SarabunPSK" w:hAnsi="TH SarabunPSK" w:cs="TH SarabunPSK"/>
          <w:sz w:val="36"/>
          <w:szCs w:val="36"/>
          <w:lang w:bidi="th-TH"/>
        </w:rPr>
        <w:t>ข้อมูลและวิธีการวิเคราะห์ผู้เรียน</w:t>
      </w:r>
    </w:p>
    <w:p w14:paraId="2D993280" w14:textId="77777777" w:rsidR="001C47A2" w:rsidRPr="000F23F0" w:rsidRDefault="00000000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แหล่งข้อมูล</w:t>
      </w:r>
      <w:r w:rsidRPr="000F23F0">
        <w:rPr>
          <w:rFonts w:ascii="TH SarabunPSK" w:hAnsi="TH SarabunPSK" w:cs="TH SarabunPSK"/>
          <w:szCs w:val="32"/>
        </w:rPr>
        <w:t xml:space="preserve">: </w:t>
      </w:r>
      <w:r w:rsidRPr="000F23F0">
        <w:rPr>
          <w:rFonts w:ascii="TH SarabunPSK" w:hAnsi="TH SarabunPSK" w:cs="TH SarabunPSK"/>
          <w:szCs w:val="32"/>
          <w:lang w:bidi="th-TH"/>
        </w:rPr>
        <w:t>ไฟล์คะแนนรายบุคคลของนักเรียนระดับชั้นมัธยมศึกษาปีที่</w:t>
      </w:r>
      <w:r w:rsidRPr="000F23F0">
        <w:rPr>
          <w:rFonts w:ascii="TH SarabunPSK" w:hAnsi="TH SarabunPSK" w:cs="TH SarabunPSK"/>
          <w:szCs w:val="32"/>
        </w:rPr>
        <w:t xml:space="preserve"> 4 </w:t>
      </w:r>
      <w:r w:rsidRPr="000F23F0">
        <w:rPr>
          <w:rFonts w:ascii="TH SarabunPSK" w:hAnsi="TH SarabunPSK" w:cs="TH SarabunPSK"/>
          <w:szCs w:val="32"/>
          <w:lang w:bidi="th-TH"/>
        </w:rPr>
        <w:t>จำนวน</w:t>
      </w:r>
      <w:r w:rsidRPr="000F23F0">
        <w:rPr>
          <w:rFonts w:ascii="TH SarabunPSK" w:hAnsi="TH SarabunPSK" w:cs="TH SarabunPSK"/>
          <w:szCs w:val="32"/>
        </w:rPr>
        <w:t xml:space="preserve"> 288 </w:t>
      </w:r>
      <w:r w:rsidRPr="000F23F0">
        <w:rPr>
          <w:rFonts w:ascii="TH SarabunPSK" w:hAnsi="TH SarabunPSK" w:cs="TH SarabunPSK"/>
          <w:szCs w:val="32"/>
          <w:lang w:bidi="th-TH"/>
        </w:rPr>
        <w:t>รายชื่อ</w:t>
      </w:r>
    </w:p>
    <w:p w14:paraId="69331411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ตัวแปรที่ใช้วิเคราะห์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ได้แก่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เลขประจำตัว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ชื่อ</w:t>
      </w:r>
      <w:r w:rsidRPr="000F23F0">
        <w:rPr>
          <w:rFonts w:ascii="TH SarabunPSK" w:hAnsi="TH SarabunPSK" w:cs="TH SarabunPSK"/>
          <w:szCs w:val="32"/>
        </w:rPr>
        <w:t>–</w:t>
      </w:r>
      <w:r w:rsidRPr="000F23F0">
        <w:rPr>
          <w:rFonts w:ascii="TH SarabunPSK" w:hAnsi="TH SarabunPSK" w:cs="TH SarabunPSK"/>
          <w:szCs w:val="32"/>
          <w:lang w:bidi="th-TH"/>
        </w:rPr>
        <w:t>สกุล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คะแนนดิบ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คะแนนเต็ม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และคะแนนคิดเป็นร้อยละ</w:t>
      </w:r>
    </w:p>
    <w:p w14:paraId="6795B986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ขั้นตอนการวิเคราะห์</w:t>
      </w:r>
      <w:r w:rsidRPr="000F23F0">
        <w:rPr>
          <w:rFonts w:ascii="TH SarabunPSK" w:hAnsi="TH SarabunPSK" w:cs="TH SarabunPSK"/>
          <w:szCs w:val="32"/>
        </w:rPr>
        <w:t xml:space="preserve">: </w:t>
      </w:r>
      <w:r w:rsidRPr="000F23F0">
        <w:rPr>
          <w:rFonts w:ascii="TH SarabunPSK" w:hAnsi="TH SarabunPSK" w:cs="TH SarabunPSK"/>
          <w:szCs w:val="32"/>
          <w:lang w:bidi="th-TH"/>
        </w:rPr>
        <w:t>ตรวจสอบข้อมูล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Arial" w:hAnsi="Arial" w:cs="Arial"/>
          <w:szCs w:val="32"/>
        </w:rPr>
        <w:t>→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คำนวณร้อยละ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Arial" w:hAnsi="Arial" w:cs="Arial"/>
          <w:szCs w:val="32"/>
        </w:rPr>
        <w:t>→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จัดกลุ่มตามเกณฑ์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Arial" w:hAnsi="Arial" w:cs="Arial"/>
          <w:szCs w:val="32"/>
        </w:rPr>
        <w:t>→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สรุปภาพรวม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Arial" w:hAnsi="Arial" w:cs="Arial"/>
          <w:szCs w:val="32"/>
        </w:rPr>
        <w:t>→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จัดทำข้อเสนอแนะรายบุคคล</w:t>
      </w:r>
    </w:p>
    <w:p w14:paraId="75FB325A" w14:textId="77777777" w:rsidR="001C47A2" w:rsidRDefault="00000000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  <w:lang w:bidi="th-TH"/>
        </w:rPr>
      </w:pPr>
      <w:r w:rsidRPr="005E6784">
        <w:rPr>
          <w:rFonts w:ascii="TH SarabunPSK" w:hAnsi="TH SarabunPSK" w:cs="TH SarabunPSK"/>
          <w:sz w:val="36"/>
          <w:szCs w:val="36"/>
        </w:rPr>
        <w:t xml:space="preserve">4. </w:t>
      </w:r>
      <w:r w:rsidRPr="005E6784">
        <w:rPr>
          <w:rFonts w:ascii="TH SarabunPSK" w:hAnsi="TH SarabunPSK" w:cs="TH SarabunPSK"/>
          <w:sz w:val="36"/>
          <w:szCs w:val="36"/>
          <w:lang w:bidi="th-TH"/>
        </w:rPr>
        <w:t>เกณฑ์การแปลผลและการจัดกลุ่มผู้เรียน</w:t>
      </w:r>
    </w:p>
    <w:p w14:paraId="473378C6" w14:textId="77777777" w:rsidR="005E6784" w:rsidRPr="005E6784" w:rsidRDefault="005E6784" w:rsidP="005E6784">
      <w:pPr>
        <w:rPr>
          <w:rFonts w:cs="Cordia New" w:hint="cs"/>
          <w:sz w:val="4"/>
          <w:szCs w:val="2"/>
          <w:lang w:bidi="th-TH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1C47A2" w:rsidRPr="000F23F0" w14:paraId="492D6457" w14:textId="77777777">
        <w:trPr>
          <w:jc w:val="center"/>
        </w:trPr>
        <w:tc>
          <w:tcPr>
            <w:tcW w:w="3286" w:type="dxa"/>
            <w:shd w:val="clear" w:color="auto" w:fill="D9EAF7"/>
            <w:vAlign w:val="center"/>
          </w:tcPr>
          <w:p w14:paraId="40C79D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ช่วงคะแนนร้อยละ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44ED87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6779DD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แนวทางเบื้องต้น</w:t>
            </w:r>
          </w:p>
        </w:tc>
      </w:tr>
      <w:tr w:rsidR="001C47A2" w:rsidRPr="000F23F0" w14:paraId="530DEEE9" w14:textId="77777777">
        <w:trPr>
          <w:jc w:val="center"/>
        </w:trPr>
        <w:tc>
          <w:tcPr>
            <w:tcW w:w="3286" w:type="dxa"/>
            <w:vAlign w:val="center"/>
          </w:tcPr>
          <w:p w14:paraId="6D6F42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ต่ำกว่า 30</w:t>
            </w:r>
          </w:p>
        </w:tc>
        <w:tc>
          <w:tcPr>
            <w:tcW w:w="3286" w:type="dxa"/>
            <w:vAlign w:val="center"/>
          </w:tcPr>
          <w:p w14:paraId="605B2E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  <w:tc>
          <w:tcPr>
            <w:tcW w:w="3286" w:type="dxa"/>
            <w:vAlign w:val="center"/>
          </w:tcPr>
          <w:p w14:paraId="251FE1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ใช้สื่อ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แบบฝึกทีละขั้น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และติดตามใกล้ชิด</w:t>
            </w:r>
          </w:p>
        </w:tc>
      </w:tr>
      <w:tr w:rsidR="001C47A2" w:rsidRPr="000F23F0" w14:paraId="19B1D035" w14:textId="77777777">
        <w:trPr>
          <w:jc w:val="center"/>
        </w:trPr>
        <w:tc>
          <w:tcPr>
            <w:tcW w:w="3286" w:type="dxa"/>
            <w:vAlign w:val="center"/>
          </w:tcPr>
          <w:p w14:paraId="589334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30–39.99</w:t>
            </w:r>
          </w:p>
        </w:tc>
        <w:tc>
          <w:tcPr>
            <w:tcW w:w="3286" w:type="dxa"/>
            <w:vAlign w:val="center"/>
          </w:tcPr>
          <w:p w14:paraId="225742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  <w:tc>
          <w:tcPr>
            <w:tcW w:w="3286" w:type="dxa"/>
            <w:vAlign w:val="center"/>
          </w:tcPr>
          <w:p w14:paraId="08AAC0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เสริมจุดที่ยังไม่แม่น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และใช้เพื่อนช่วยเพื่อน</w:t>
            </w:r>
          </w:p>
        </w:tc>
      </w:tr>
      <w:tr w:rsidR="001C47A2" w:rsidRPr="000F23F0" w14:paraId="48498D93" w14:textId="77777777">
        <w:trPr>
          <w:jc w:val="center"/>
        </w:trPr>
        <w:tc>
          <w:tcPr>
            <w:tcW w:w="3286" w:type="dxa"/>
            <w:vAlign w:val="center"/>
          </w:tcPr>
          <w:p w14:paraId="558D53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 ขึ้นไป</w:t>
            </w:r>
          </w:p>
        </w:tc>
        <w:tc>
          <w:tcPr>
            <w:tcW w:w="3286" w:type="dxa"/>
            <w:vAlign w:val="center"/>
          </w:tcPr>
          <w:p w14:paraId="29BBC7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  <w:tc>
          <w:tcPr>
            <w:tcW w:w="3286" w:type="dxa"/>
            <w:vAlign w:val="center"/>
          </w:tcPr>
          <w:p w14:paraId="23D1F2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เพิ่มโจทย์ประยุกต์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การอธิบายเหตุผล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และกิจกรรมท้าทาย</w:t>
            </w:r>
          </w:p>
        </w:tc>
      </w:tr>
    </w:tbl>
    <w:p w14:paraId="6C133672" w14:textId="77777777" w:rsidR="005E6784" w:rsidRDefault="005E6784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  <w:lang w:bidi="th-TH"/>
        </w:rPr>
      </w:pPr>
    </w:p>
    <w:p w14:paraId="0473C55C" w14:textId="77777777" w:rsidR="005E6784" w:rsidRPr="005E6784" w:rsidRDefault="005E6784" w:rsidP="005E6784">
      <w:pPr>
        <w:rPr>
          <w:rFonts w:cs="Cordia New" w:hint="cs"/>
          <w:lang w:bidi="th-TH"/>
        </w:rPr>
      </w:pPr>
    </w:p>
    <w:p w14:paraId="6726E3A1" w14:textId="77777777" w:rsidR="005E6784" w:rsidRDefault="005E6784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  <w:lang w:bidi="th-TH"/>
        </w:rPr>
      </w:pPr>
    </w:p>
    <w:p w14:paraId="087AEA62" w14:textId="77777777" w:rsidR="005E6784" w:rsidRDefault="005E6784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  <w:lang w:bidi="th-TH"/>
        </w:rPr>
      </w:pPr>
    </w:p>
    <w:p w14:paraId="55FCF1AC" w14:textId="77777777" w:rsidR="005E6784" w:rsidRDefault="005E6784">
      <w:pPr>
        <w:rPr>
          <w:rFonts w:ascii="TH SarabunPSK" w:eastAsiaTheme="majorEastAsia" w:hAnsi="TH SarabunPSK" w:cs="TH SarabunPSK"/>
          <w:b/>
          <w:bCs/>
          <w:color w:val="365F91" w:themeColor="accent1" w:themeShade="BF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br w:type="page"/>
      </w:r>
    </w:p>
    <w:p w14:paraId="48C9282E" w14:textId="6867177C" w:rsidR="001C47A2" w:rsidRDefault="00000000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  <w:lang w:bidi="th-TH"/>
        </w:rPr>
      </w:pPr>
      <w:r w:rsidRPr="005E6784">
        <w:rPr>
          <w:rFonts w:ascii="TH SarabunPSK" w:hAnsi="TH SarabunPSK" w:cs="TH SarabunPSK"/>
          <w:sz w:val="36"/>
          <w:szCs w:val="36"/>
        </w:rPr>
        <w:lastRenderedPageBreak/>
        <w:t xml:space="preserve">5. </w:t>
      </w:r>
      <w:r w:rsidRPr="005E6784">
        <w:rPr>
          <w:rFonts w:ascii="TH SarabunPSK" w:hAnsi="TH SarabunPSK" w:cs="TH SarabunPSK"/>
          <w:sz w:val="36"/>
          <w:szCs w:val="36"/>
          <w:lang w:bidi="th-TH"/>
        </w:rPr>
        <w:t>ผลการวิเคราะห์ผู้เรียนภาพรวม</w:t>
      </w:r>
    </w:p>
    <w:p w14:paraId="45C64B0C" w14:textId="77777777" w:rsidR="005E6784" w:rsidRPr="005E6784" w:rsidRDefault="005E6784" w:rsidP="005E6784">
      <w:pPr>
        <w:rPr>
          <w:rFonts w:cs="Cordia New" w:hint="cs"/>
          <w:sz w:val="4"/>
          <w:szCs w:val="2"/>
          <w:lang w:bidi="th-TH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25"/>
        <w:gridCol w:w="4924"/>
      </w:tblGrid>
      <w:tr w:rsidR="001C47A2" w:rsidRPr="000F23F0" w14:paraId="4D277486" w14:textId="77777777">
        <w:trPr>
          <w:jc w:val="center"/>
        </w:trPr>
        <w:tc>
          <w:tcPr>
            <w:tcW w:w="4929" w:type="dxa"/>
            <w:shd w:val="clear" w:color="auto" w:fill="D9EAF7"/>
            <w:vAlign w:val="center"/>
          </w:tcPr>
          <w:p w14:paraId="681736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รายการ</w:t>
            </w:r>
          </w:p>
        </w:tc>
        <w:tc>
          <w:tcPr>
            <w:tcW w:w="4929" w:type="dxa"/>
            <w:shd w:val="clear" w:color="auto" w:fill="D9EAF7"/>
            <w:vAlign w:val="center"/>
          </w:tcPr>
          <w:p w14:paraId="5D84DD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ผลการวิเคราะห์</w:t>
            </w:r>
          </w:p>
        </w:tc>
      </w:tr>
      <w:tr w:rsidR="001C47A2" w:rsidRPr="000F23F0" w14:paraId="24129508" w14:textId="77777777">
        <w:trPr>
          <w:jc w:val="center"/>
        </w:trPr>
        <w:tc>
          <w:tcPr>
            <w:tcW w:w="4929" w:type="dxa"/>
            <w:vAlign w:val="center"/>
          </w:tcPr>
          <w:p w14:paraId="7DAE27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จำนวนนักเรียนทั้งหมด</w:t>
            </w:r>
          </w:p>
        </w:tc>
        <w:tc>
          <w:tcPr>
            <w:tcW w:w="4929" w:type="dxa"/>
            <w:vAlign w:val="center"/>
          </w:tcPr>
          <w:p w14:paraId="1D3F65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288</w:t>
            </w:r>
          </w:p>
        </w:tc>
      </w:tr>
      <w:tr w:rsidR="001C47A2" w:rsidRPr="000F23F0" w14:paraId="4AC18573" w14:textId="77777777">
        <w:trPr>
          <w:jc w:val="center"/>
        </w:trPr>
        <w:tc>
          <w:tcPr>
            <w:tcW w:w="4929" w:type="dxa"/>
            <w:vAlign w:val="center"/>
          </w:tcPr>
          <w:p w14:paraId="77EC1A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มีข้อมูลคะแนน</w:t>
            </w:r>
          </w:p>
        </w:tc>
        <w:tc>
          <w:tcPr>
            <w:tcW w:w="4929" w:type="dxa"/>
            <w:vAlign w:val="center"/>
          </w:tcPr>
          <w:p w14:paraId="37B58B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279</w:t>
            </w:r>
          </w:p>
        </w:tc>
      </w:tr>
      <w:tr w:rsidR="001C47A2" w:rsidRPr="000F23F0" w14:paraId="1E76AC87" w14:textId="77777777">
        <w:trPr>
          <w:jc w:val="center"/>
        </w:trPr>
        <w:tc>
          <w:tcPr>
            <w:tcW w:w="4929" w:type="dxa"/>
            <w:vAlign w:val="center"/>
          </w:tcPr>
          <w:p w14:paraId="7D2973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ข้อมูลคะแนนไม่ครบ</w:t>
            </w:r>
          </w:p>
        </w:tc>
        <w:tc>
          <w:tcPr>
            <w:tcW w:w="4929" w:type="dxa"/>
            <w:vAlign w:val="center"/>
          </w:tcPr>
          <w:p w14:paraId="3A3857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</w:tr>
      <w:tr w:rsidR="001C47A2" w:rsidRPr="000F23F0" w14:paraId="503E78AB" w14:textId="77777777">
        <w:trPr>
          <w:jc w:val="center"/>
        </w:trPr>
        <w:tc>
          <w:tcPr>
            <w:tcW w:w="4929" w:type="dxa"/>
            <w:vAlign w:val="center"/>
          </w:tcPr>
          <w:p w14:paraId="49C57E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คะแนนเฉลี่ย</w:t>
            </w:r>
          </w:p>
        </w:tc>
        <w:tc>
          <w:tcPr>
            <w:tcW w:w="4929" w:type="dxa"/>
            <w:vAlign w:val="center"/>
          </w:tcPr>
          <w:p w14:paraId="389F3E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34.47</w:t>
            </w:r>
          </w:p>
        </w:tc>
      </w:tr>
      <w:tr w:rsidR="001C47A2" w:rsidRPr="000F23F0" w14:paraId="730011C7" w14:textId="77777777">
        <w:trPr>
          <w:jc w:val="center"/>
        </w:trPr>
        <w:tc>
          <w:tcPr>
            <w:tcW w:w="4929" w:type="dxa"/>
            <w:vAlign w:val="center"/>
          </w:tcPr>
          <w:p w14:paraId="07A81F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มัธยฐาน</w:t>
            </w:r>
          </w:p>
        </w:tc>
        <w:tc>
          <w:tcPr>
            <w:tcW w:w="4929" w:type="dxa"/>
            <w:vAlign w:val="center"/>
          </w:tcPr>
          <w:p w14:paraId="57BFC5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52A73D48" w14:textId="77777777">
        <w:trPr>
          <w:jc w:val="center"/>
        </w:trPr>
        <w:tc>
          <w:tcPr>
            <w:tcW w:w="4929" w:type="dxa"/>
            <w:vAlign w:val="center"/>
          </w:tcPr>
          <w:p w14:paraId="64B6E9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ส่วนเบี่ยงเบนมาตรฐาน</w:t>
            </w:r>
          </w:p>
        </w:tc>
        <w:tc>
          <w:tcPr>
            <w:tcW w:w="4929" w:type="dxa"/>
            <w:vAlign w:val="center"/>
          </w:tcPr>
          <w:p w14:paraId="581903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9.17</w:t>
            </w:r>
          </w:p>
        </w:tc>
      </w:tr>
      <w:tr w:rsidR="001C47A2" w:rsidRPr="000F23F0" w14:paraId="56499C8D" w14:textId="77777777">
        <w:trPr>
          <w:jc w:val="center"/>
        </w:trPr>
        <w:tc>
          <w:tcPr>
            <w:tcW w:w="4929" w:type="dxa"/>
            <w:vAlign w:val="center"/>
          </w:tcPr>
          <w:p w14:paraId="74E6C4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คะแนนต่ำสุด</w:t>
            </w:r>
          </w:p>
        </w:tc>
        <w:tc>
          <w:tcPr>
            <w:tcW w:w="4929" w:type="dxa"/>
            <w:vAlign w:val="center"/>
          </w:tcPr>
          <w:p w14:paraId="540B73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12.00</w:t>
            </w:r>
          </w:p>
        </w:tc>
      </w:tr>
      <w:tr w:rsidR="001C47A2" w:rsidRPr="000F23F0" w14:paraId="6C5B35BE" w14:textId="77777777">
        <w:trPr>
          <w:jc w:val="center"/>
        </w:trPr>
        <w:tc>
          <w:tcPr>
            <w:tcW w:w="4929" w:type="dxa"/>
            <w:vAlign w:val="center"/>
          </w:tcPr>
          <w:p w14:paraId="6107BD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คะแนนสูงสุด</w:t>
            </w:r>
          </w:p>
        </w:tc>
        <w:tc>
          <w:tcPr>
            <w:tcW w:w="4929" w:type="dxa"/>
            <w:vAlign w:val="center"/>
          </w:tcPr>
          <w:p w14:paraId="00FC5B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62.50</w:t>
            </w:r>
          </w:p>
        </w:tc>
      </w:tr>
      <w:tr w:rsidR="001C47A2" w:rsidRPr="000F23F0" w14:paraId="7E2F0FCC" w14:textId="77777777">
        <w:trPr>
          <w:jc w:val="center"/>
        </w:trPr>
        <w:tc>
          <w:tcPr>
            <w:tcW w:w="4929" w:type="dxa"/>
            <w:vAlign w:val="center"/>
          </w:tcPr>
          <w:p w14:paraId="0229AB8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ต่ำกว่า 30</w:t>
            </w:r>
          </w:p>
        </w:tc>
        <w:tc>
          <w:tcPr>
            <w:tcW w:w="4929" w:type="dxa"/>
            <w:vAlign w:val="center"/>
          </w:tcPr>
          <w:p w14:paraId="13A6B9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71</w:t>
            </w:r>
          </w:p>
        </w:tc>
      </w:tr>
      <w:tr w:rsidR="001C47A2" w:rsidRPr="000F23F0" w14:paraId="23B9DD7C" w14:textId="77777777">
        <w:trPr>
          <w:jc w:val="center"/>
        </w:trPr>
        <w:tc>
          <w:tcPr>
            <w:tcW w:w="4929" w:type="dxa"/>
            <w:vAlign w:val="center"/>
          </w:tcPr>
          <w:p w14:paraId="6E7DFB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30–39.99</w:t>
            </w:r>
          </w:p>
        </w:tc>
        <w:tc>
          <w:tcPr>
            <w:tcW w:w="4929" w:type="dxa"/>
            <w:vAlign w:val="center"/>
          </w:tcPr>
          <w:p w14:paraId="7214D1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125</w:t>
            </w:r>
          </w:p>
        </w:tc>
      </w:tr>
      <w:tr w:rsidR="001C47A2" w:rsidRPr="000F23F0" w14:paraId="60683AB7" w14:textId="77777777">
        <w:trPr>
          <w:jc w:val="center"/>
        </w:trPr>
        <w:tc>
          <w:tcPr>
            <w:tcW w:w="4929" w:type="dxa"/>
            <w:vAlign w:val="center"/>
          </w:tcPr>
          <w:p w14:paraId="2C729E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 ขึ้นไป</w:t>
            </w:r>
          </w:p>
        </w:tc>
        <w:tc>
          <w:tcPr>
            <w:tcW w:w="4929" w:type="dxa"/>
            <w:vAlign w:val="center"/>
          </w:tcPr>
          <w:p w14:paraId="44287D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83</w:t>
            </w:r>
          </w:p>
        </w:tc>
      </w:tr>
    </w:tbl>
    <w:p w14:paraId="19A16549" w14:textId="77777777" w:rsidR="001C47A2" w:rsidRDefault="00000000" w:rsidP="000F23F0">
      <w:pPr>
        <w:spacing w:after="0" w:line="240" w:lineRule="auto"/>
        <w:rPr>
          <w:rFonts w:ascii="TH SarabunPSK" w:hAnsi="TH SarabunPSK" w:cs="TH SarabunPSK"/>
          <w:szCs w:val="32"/>
          <w:lang w:bidi="th-TH"/>
        </w:rPr>
      </w:pPr>
      <w:r w:rsidRPr="000F23F0">
        <w:rPr>
          <w:rFonts w:ascii="TH SarabunPSK" w:hAnsi="TH SarabunPSK" w:cs="TH SarabunPSK"/>
          <w:szCs w:val="32"/>
          <w:lang w:bidi="th-TH"/>
        </w:rPr>
        <w:t>หมายเหตุ</w:t>
      </w:r>
      <w:r w:rsidRPr="000F23F0">
        <w:rPr>
          <w:rFonts w:ascii="TH SarabunPSK" w:hAnsi="TH SarabunPSK" w:cs="TH SarabunPSK"/>
          <w:szCs w:val="32"/>
        </w:rPr>
        <w:t xml:space="preserve">: </w:t>
      </w:r>
      <w:r w:rsidRPr="000F23F0">
        <w:rPr>
          <w:rFonts w:ascii="TH SarabunPSK" w:hAnsi="TH SarabunPSK" w:cs="TH SarabunPSK"/>
          <w:szCs w:val="32"/>
          <w:lang w:bidi="th-TH"/>
        </w:rPr>
        <w:t>การจัดกลุ่มข้างต้นเป็นเกณฑ์เพื่อใช้วางแผนการจัดการเรียนรู้จากข้อมูลคะแนนชุดนี้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ควรพิจารณาร่วมกับการสังเกตพฤติกรรม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การมีส่วนร่วม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ความรับผิดชอบ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ความสนใจ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และผลงานของผู้เรียน</w:t>
      </w:r>
    </w:p>
    <w:p w14:paraId="3E6E2EF6" w14:textId="77777777" w:rsidR="005E6784" w:rsidRPr="000F23F0" w:rsidRDefault="005E6784" w:rsidP="000F23F0">
      <w:pPr>
        <w:spacing w:after="0" w:line="240" w:lineRule="auto"/>
        <w:rPr>
          <w:rFonts w:ascii="TH SarabunPSK" w:hAnsi="TH SarabunPSK" w:cs="TH SarabunPSK" w:hint="cs"/>
          <w:szCs w:val="32"/>
        </w:rPr>
      </w:pPr>
    </w:p>
    <w:p w14:paraId="5FB75D16" w14:textId="77777777" w:rsidR="001C47A2" w:rsidRPr="005E6784" w:rsidRDefault="00000000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</w:rPr>
      </w:pPr>
      <w:r w:rsidRPr="005E6784">
        <w:rPr>
          <w:rFonts w:ascii="TH SarabunPSK" w:hAnsi="TH SarabunPSK" w:cs="TH SarabunPSK"/>
          <w:sz w:val="36"/>
          <w:szCs w:val="36"/>
        </w:rPr>
        <w:t xml:space="preserve">6. </w:t>
      </w:r>
      <w:r w:rsidRPr="005E6784">
        <w:rPr>
          <w:rFonts w:ascii="TH SarabunPSK" w:hAnsi="TH SarabunPSK" w:cs="TH SarabunPSK"/>
          <w:sz w:val="36"/>
          <w:szCs w:val="36"/>
          <w:lang w:bidi="th-TH"/>
        </w:rPr>
        <w:t>แนวทางการจัดการเรียนรู้และการช่วยเหลือรายกลุ่ม</w:t>
      </w:r>
    </w:p>
    <w:p w14:paraId="187AFE58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b/>
          <w:szCs w:val="32"/>
          <w:lang w:bidi="th-TH"/>
        </w:rPr>
        <w:t>กลุ่มต้องส่งเสริมเร่งด่วน</w:t>
      </w:r>
    </w:p>
    <w:p w14:paraId="417C3848" w14:textId="77777777" w:rsidR="001C47A2" w:rsidRPr="000F23F0" w:rsidRDefault="00000000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จัดกิจกรรมทบทวนความรู้พื้นฐานแบบสั้นและต่อเนื่อง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ใช้ตัวอย่างที่เป็นรูปธรรม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ใบงานแบบมีขั้นตอน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การจับคู่ช่วยเหลือ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และการประเมินย่อยเพื่อดูความก้าวหน้า</w:t>
      </w:r>
    </w:p>
    <w:p w14:paraId="5587F27A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b/>
          <w:szCs w:val="32"/>
          <w:lang w:bidi="th-TH"/>
        </w:rPr>
        <w:t>กลุ่มต้องส่งเสริม</w:t>
      </w:r>
    </w:p>
    <w:p w14:paraId="5B6E27BB" w14:textId="77777777" w:rsidR="001C47A2" w:rsidRPr="000F23F0" w:rsidRDefault="00000000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  <w:lang w:bidi="th-TH"/>
        </w:rPr>
        <w:t>จัดแบบฝึกจากง่ายไปยาก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เน้นการอธิบายวิธีคิด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การทำงานร่วมกัน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และการแก้โจทย์หลายรูปแบบ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พร้อมให้ข้อมูลย้อนกลับทันที</w:t>
      </w:r>
    </w:p>
    <w:p w14:paraId="2BF722FA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b/>
          <w:szCs w:val="32"/>
          <w:lang w:bidi="th-TH"/>
        </w:rPr>
        <w:t>กลุ่มระดับพัฒนา</w:t>
      </w:r>
      <w:r w:rsidRPr="000F23F0">
        <w:rPr>
          <w:rFonts w:ascii="TH SarabunPSK" w:hAnsi="TH SarabunPSK" w:cs="TH SarabunPSK"/>
          <w:b/>
          <w:szCs w:val="32"/>
        </w:rPr>
        <w:t>/</w:t>
      </w:r>
      <w:r w:rsidRPr="000F23F0">
        <w:rPr>
          <w:rFonts w:ascii="TH SarabunPSK" w:hAnsi="TH SarabunPSK" w:cs="TH SarabunPSK"/>
          <w:b/>
          <w:szCs w:val="32"/>
          <w:lang w:bidi="th-TH"/>
        </w:rPr>
        <w:t>ต่อยอด</w:t>
      </w:r>
    </w:p>
    <w:p w14:paraId="430595D4" w14:textId="77777777" w:rsidR="001C47A2" w:rsidRDefault="00000000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  <w:lang w:bidi="th-TH"/>
        </w:rPr>
      </w:pPr>
      <w:r w:rsidRPr="000F23F0">
        <w:rPr>
          <w:rFonts w:ascii="TH SarabunPSK" w:hAnsi="TH SarabunPSK" w:cs="TH SarabunPSK"/>
          <w:szCs w:val="32"/>
          <w:lang w:bidi="th-TH"/>
        </w:rPr>
        <w:t>จัดกิจกรรมโจทย์ประยุกต์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โครงงานย่อย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การสืบค้น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การอธิบายเหตุผล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และบทบาทเพื่อนช่วยเพื่อน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เพื่อยกระดับสมรรถนะ</w:t>
      </w:r>
    </w:p>
    <w:p w14:paraId="67FD7831" w14:textId="77777777" w:rsidR="005E6784" w:rsidRDefault="005E6784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  <w:lang w:bidi="th-TH"/>
        </w:rPr>
      </w:pPr>
    </w:p>
    <w:p w14:paraId="4555D0F5" w14:textId="77777777" w:rsidR="005E6784" w:rsidRDefault="005E6784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  <w:lang w:bidi="th-TH"/>
        </w:rPr>
      </w:pPr>
    </w:p>
    <w:p w14:paraId="54CC2CA1" w14:textId="77777777" w:rsidR="005E6784" w:rsidRDefault="005E6784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  <w:lang w:bidi="th-TH"/>
        </w:rPr>
      </w:pPr>
    </w:p>
    <w:p w14:paraId="1DA1D5D2" w14:textId="77777777" w:rsidR="005E6784" w:rsidRDefault="005E6784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  <w:lang w:bidi="th-TH"/>
        </w:rPr>
      </w:pPr>
    </w:p>
    <w:p w14:paraId="3694D714" w14:textId="77777777" w:rsidR="005E6784" w:rsidRDefault="005E6784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  <w:lang w:bidi="th-TH"/>
        </w:rPr>
      </w:pPr>
    </w:p>
    <w:p w14:paraId="6C9B6FC7" w14:textId="77777777" w:rsidR="005E6784" w:rsidRDefault="005E6784" w:rsidP="005E6784">
      <w:pPr>
        <w:spacing w:after="0" w:line="240" w:lineRule="auto"/>
        <w:ind w:firstLine="720"/>
        <w:rPr>
          <w:rFonts w:ascii="TH SarabunPSK" w:hAnsi="TH SarabunPSK" w:cs="TH SarabunPSK"/>
          <w:szCs w:val="32"/>
          <w:lang w:bidi="th-TH"/>
        </w:rPr>
      </w:pPr>
    </w:p>
    <w:p w14:paraId="29A6EF9D" w14:textId="77777777" w:rsidR="005E6784" w:rsidRPr="000F23F0" w:rsidRDefault="005E6784" w:rsidP="005E6784">
      <w:pPr>
        <w:spacing w:after="0" w:line="240" w:lineRule="auto"/>
        <w:ind w:firstLine="720"/>
        <w:rPr>
          <w:rFonts w:ascii="TH SarabunPSK" w:hAnsi="TH SarabunPSK" w:cs="TH SarabunPSK" w:hint="cs"/>
          <w:szCs w:val="32"/>
        </w:rPr>
      </w:pPr>
    </w:p>
    <w:p w14:paraId="4851CB05" w14:textId="77777777" w:rsidR="001C47A2" w:rsidRPr="005E6784" w:rsidRDefault="00000000" w:rsidP="000F23F0">
      <w:pPr>
        <w:pStyle w:val="1"/>
        <w:spacing w:before="0" w:line="240" w:lineRule="auto"/>
        <w:rPr>
          <w:rFonts w:ascii="TH SarabunPSK" w:hAnsi="TH SarabunPSK" w:cs="TH SarabunPSK"/>
          <w:sz w:val="36"/>
          <w:szCs w:val="36"/>
        </w:rPr>
      </w:pPr>
      <w:r w:rsidRPr="005E6784">
        <w:rPr>
          <w:rFonts w:ascii="TH SarabunPSK" w:hAnsi="TH SarabunPSK" w:cs="TH SarabunPSK"/>
          <w:sz w:val="36"/>
          <w:szCs w:val="36"/>
        </w:rPr>
        <w:lastRenderedPageBreak/>
        <w:t xml:space="preserve">7. </w:t>
      </w:r>
      <w:r w:rsidRPr="005E6784">
        <w:rPr>
          <w:rFonts w:ascii="TH SarabunPSK" w:hAnsi="TH SarabunPSK" w:cs="TH SarabunPSK"/>
          <w:sz w:val="36"/>
          <w:szCs w:val="36"/>
          <w:lang w:bidi="th-TH"/>
        </w:rPr>
        <w:t>แบบวิเคราะห์ผู้เรียนเป็นรายบุคคล</w:t>
      </w:r>
    </w:p>
    <w:p w14:paraId="04E652F7" w14:textId="77777777" w:rsidR="001C47A2" w:rsidRDefault="00000000" w:rsidP="000F23F0">
      <w:pPr>
        <w:spacing w:after="0" w:line="240" w:lineRule="auto"/>
        <w:rPr>
          <w:rFonts w:ascii="TH SarabunPSK" w:hAnsi="TH SarabunPSK" w:cs="TH SarabunPSK"/>
          <w:szCs w:val="32"/>
          <w:lang w:bidi="th-TH"/>
        </w:rPr>
      </w:pPr>
      <w:r w:rsidRPr="000F23F0">
        <w:rPr>
          <w:rFonts w:ascii="TH SarabunPSK" w:hAnsi="TH SarabunPSK" w:cs="TH SarabunPSK"/>
          <w:szCs w:val="32"/>
          <w:lang w:bidi="th-TH"/>
        </w:rPr>
        <w:t>ส่วนนี้สรุปข้อมูลรายบุคคลจากคะแนนที่ได้รับ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โดยข้อเสนอแนะเป็นแนวทางเบื้องต้นสำหรับครู</w:t>
      </w:r>
      <w:r w:rsidRPr="000F23F0">
        <w:rPr>
          <w:rFonts w:ascii="TH SarabunPSK" w:hAnsi="TH SarabunPSK" w:cs="TH SarabunPSK"/>
          <w:szCs w:val="32"/>
        </w:rPr>
        <w:t xml:space="preserve"> </w:t>
      </w:r>
      <w:r w:rsidRPr="000F23F0">
        <w:rPr>
          <w:rFonts w:ascii="TH SarabunPSK" w:hAnsi="TH SarabunPSK" w:cs="TH SarabunPSK"/>
          <w:szCs w:val="32"/>
          <w:lang w:bidi="th-TH"/>
        </w:rPr>
        <w:t>และควรปรับให้สอดคล้องกับข้อมูลจริงจากการสังเกตและการประเมินระหว่างเรียน</w:t>
      </w:r>
    </w:p>
    <w:p w14:paraId="1C8D83CF" w14:textId="240C577B" w:rsidR="000F23F0" w:rsidRPr="005E6784" w:rsidRDefault="000F23F0" w:rsidP="000F23F0">
      <w:pPr>
        <w:pStyle w:val="1"/>
        <w:spacing w:before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343"/>
        <w:gridCol w:w="1683"/>
        <w:gridCol w:w="3259"/>
        <w:gridCol w:w="1603"/>
        <w:gridCol w:w="1961"/>
      </w:tblGrid>
      <w:tr w:rsidR="000F23F0" w:rsidRPr="000F23F0" w14:paraId="3520FF4C" w14:textId="77777777" w:rsidTr="005E6784">
        <w:trPr>
          <w:jc w:val="center"/>
        </w:trPr>
        <w:tc>
          <w:tcPr>
            <w:tcW w:w="1412" w:type="dxa"/>
            <w:shd w:val="clear" w:color="auto" w:fill="D9EAF7"/>
            <w:vAlign w:val="center"/>
          </w:tcPr>
          <w:p w14:paraId="7C065C5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ที่</w:t>
            </w:r>
          </w:p>
        </w:tc>
        <w:tc>
          <w:tcPr>
            <w:tcW w:w="1706" w:type="dxa"/>
            <w:shd w:val="clear" w:color="auto" w:fill="D9EAF7"/>
            <w:vAlign w:val="center"/>
          </w:tcPr>
          <w:p w14:paraId="1B113B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3362" w:type="dxa"/>
            <w:shd w:val="clear" w:color="auto" w:fill="D9EAF7"/>
            <w:vAlign w:val="center"/>
          </w:tcPr>
          <w:p w14:paraId="7F2ABC4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ชื่อ–สกุล</w:t>
            </w:r>
          </w:p>
        </w:tc>
        <w:tc>
          <w:tcPr>
            <w:tcW w:w="1633" w:type="dxa"/>
            <w:shd w:val="clear" w:color="auto" w:fill="D9EAF7"/>
            <w:vAlign w:val="center"/>
          </w:tcPr>
          <w:p w14:paraId="2586C41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คะแนน100</w:t>
            </w:r>
          </w:p>
        </w:tc>
        <w:tc>
          <w:tcPr>
            <w:tcW w:w="1962" w:type="dxa"/>
            <w:shd w:val="clear" w:color="auto" w:fill="D9EAF7"/>
            <w:vAlign w:val="center"/>
          </w:tcPr>
          <w:p w14:paraId="3E1E8D5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</w:t>
            </w:r>
          </w:p>
        </w:tc>
      </w:tr>
      <w:tr w:rsidR="000F23F0" w:rsidRPr="000F23F0" w14:paraId="5BDD734B" w14:textId="77777777" w:rsidTr="005E6784">
        <w:trPr>
          <w:jc w:val="center"/>
        </w:trPr>
        <w:tc>
          <w:tcPr>
            <w:tcW w:w="1412" w:type="dxa"/>
            <w:vAlign w:val="center"/>
          </w:tcPr>
          <w:p w14:paraId="4DEEE56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1706" w:type="dxa"/>
            <w:vAlign w:val="center"/>
          </w:tcPr>
          <w:p w14:paraId="60E324E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11245</w:t>
            </w:r>
          </w:p>
        </w:tc>
        <w:tc>
          <w:tcPr>
            <w:tcW w:w="3362" w:type="dxa"/>
            <w:vAlign w:val="center"/>
          </w:tcPr>
          <w:p w14:paraId="050BFAF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นายนโม ชมเชย</w:t>
            </w:r>
          </w:p>
        </w:tc>
        <w:tc>
          <w:tcPr>
            <w:tcW w:w="1633" w:type="dxa"/>
            <w:vAlign w:val="center"/>
          </w:tcPr>
          <w:p w14:paraId="37A7233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21FF57F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0FE7DCD" w14:textId="77777777" w:rsidTr="005E6784">
        <w:trPr>
          <w:jc w:val="center"/>
        </w:trPr>
        <w:tc>
          <w:tcPr>
            <w:tcW w:w="1412" w:type="dxa"/>
            <w:vAlign w:val="center"/>
          </w:tcPr>
          <w:p w14:paraId="599CED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1706" w:type="dxa"/>
            <w:vAlign w:val="center"/>
          </w:tcPr>
          <w:p w14:paraId="7456A8C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11247</w:t>
            </w:r>
          </w:p>
        </w:tc>
        <w:tc>
          <w:tcPr>
            <w:tcW w:w="3362" w:type="dxa"/>
            <w:vAlign w:val="center"/>
          </w:tcPr>
          <w:p w14:paraId="3B95336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นายสถาปัตย์ พึ่งพันธ์</w:t>
            </w:r>
          </w:p>
        </w:tc>
        <w:tc>
          <w:tcPr>
            <w:tcW w:w="1633" w:type="dxa"/>
            <w:vAlign w:val="center"/>
          </w:tcPr>
          <w:p w14:paraId="65E1EC4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50.00</w:t>
            </w:r>
          </w:p>
        </w:tc>
        <w:tc>
          <w:tcPr>
            <w:tcW w:w="1962" w:type="dxa"/>
            <w:vAlign w:val="center"/>
          </w:tcPr>
          <w:p w14:paraId="2732554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5702653" w14:textId="77777777" w:rsidTr="005E6784">
        <w:trPr>
          <w:jc w:val="center"/>
        </w:trPr>
        <w:tc>
          <w:tcPr>
            <w:tcW w:w="1412" w:type="dxa"/>
            <w:vAlign w:val="center"/>
          </w:tcPr>
          <w:p w14:paraId="4E2D08B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1706" w:type="dxa"/>
            <w:vAlign w:val="center"/>
          </w:tcPr>
          <w:p w14:paraId="30B4869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11283</w:t>
            </w:r>
          </w:p>
        </w:tc>
        <w:tc>
          <w:tcPr>
            <w:tcW w:w="3362" w:type="dxa"/>
            <w:vAlign w:val="center"/>
          </w:tcPr>
          <w:p w14:paraId="189BF91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นายตรัยชนะมาร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เริ่มปลูก</w:t>
            </w:r>
          </w:p>
        </w:tc>
        <w:tc>
          <w:tcPr>
            <w:tcW w:w="1633" w:type="dxa"/>
            <w:vAlign w:val="center"/>
          </w:tcPr>
          <w:p w14:paraId="32B0B8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  <w:tc>
          <w:tcPr>
            <w:tcW w:w="1962" w:type="dxa"/>
            <w:vAlign w:val="center"/>
          </w:tcPr>
          <w:p w14:paraId="40A142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F79B1B4" w14:textId="77777777" w:rsidTr="005E6784">
        <w:trPr>
          <w:jc w:val="center"/>
        </w:trPr>
        <w:tc>
          <w:tcPr>
            <w:tcW w:w="1412" w:type="dxa"/>
            <w:vAlign w:val="center"/>
          </w:tcPr>
          <w:p w14:paraId="3A7AEE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1706" w:type="dxa"/>
            <w:vAlign w:val="center"/>
          </w:tcPr>
          <w:p w14:paraId="1924643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11289</w:t>
            </w:r>
          </w:p>
        </w:tc>
        <w:tc>
          <w:tcPr>
            <w:tcW w:w="3362" w:type="dxa"/>
            <w:vAlign w:val="center"/>
          </w:tcPr>
          <w:p w14:paraId="2424FF8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นายรัฐศักดิ์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ทิพย์นางรอง</w:t>
            </w:r>
          </w:p>
        </w:tc>
        <w:tc>
          <w:tcPr>
            <w:tcW w:w="1633" w:type="dxa"/>
            <w:vAlign w:val="center"/>
          </w:tcPr>
          <w:p w14:paraId="3A6C83D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700A8AB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EABC228" w14:textId="77777777" w:rsidTr="005E6784">
        <w:trPr>
          <w:jc w:val="center"/>
        </w:trPr>
        <w:tc>
          <w:tcPr>
            <w:tcW w:w="1412" w:type="dxa"/>
            <w:vAlign w:val="center"/>
          </w:tcPr>
          <w:p w14:paraId="5AA32B0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</w:t>
            </w:r>
          </w:p>
        </w:tc>
        <w:tc>
          <w:tcPr>
            <w:tcW w:w="1706" w:type="dxa"/>
            <w:vAlign w:val="center"/>
          </w:tcPr>
          <w:p w14:paraId="40B6367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11341</w:t>
            </w:r>
          </w:p>
        </w:tc>
        <w:tc>
          <w:tcPr>
            <w:tcW w:w="3362" w:type="dxa"/>
            <w:vAlign w:val="center"/>
          </w:tcPr>
          <w:p w14:paraId="2954FA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นายทวีศักดิ์ เภสัชชะ</w:t>
            </w:r>
          </w:p>
        </w:tc>
        <w:tc>
          <w:tcPr>
            <w:tcW w:w="1633" w:type="dxa"/>
            <w:vAlign w:val="center"/>
          </w:tcPr>
          <w:p w14:paraId="3C1911F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  <w:tc>
          <w:tcPr>
            <w:tcW w:w="1962" w:type="dxa"/>
            <w:vAlign w:val="center"/>
          </w:tcPr>
          <w:p w14:paraId="28D2810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A16EA91" w14:textId="77777777" w:rsidTr="005E6784">
        <w:trPr>
          <w:jc w:val="center"/>
        </w:trPr>
        <w:tc>
          <w:tcPr>
            <w:tcW w:w="1412" w:type="dxa"/>
            <w:vAlign w:val="center"/>
          </w:tcPr>
          <w:p w14:paraId="0E44344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</w:t>
            </w:r>
          </w:p>
        </w:tc>
        <w:tc>
          <w:tcPr>
            <w:tcW w:w="1706" w:type="dxa"/>
            <w:vAlign w:val="center"/>
          </w:tcPr>
          <w:p w14:paraId="69954C2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11350</w:t>
            </w:r>
          </w:p>
        </w:tc>
        <w:tc>
          <w:tcPr>
            <w:tcW w:w="3362" w:type="dxa"/>
            <w:vAlign w:val="center"/>
          </w:tcPr>
          <w:p w14:paraId="1F98146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นายภัทรพล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มีแย้มภักดิ์</w:t>
            </w:r>
          </w:p>
        </w:tc>
        <w:tc>
          <w:tcPr>
            <w:tcW w:w="1633" w:type="dxa"/>
            <w:vAlign w:val="center"/>
          </w:tcPr>
          <w:p w14:paraId="28541DF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17.50</w:t>
            </w:r>
          </w:p>
        </w:tc>
        <w:tc>
          <w:tcPr>
            <w:tcW w:w="1962" w:type="dxa"/>
            <w:vAlign w:val="center"/>
          </w:tcPr>
          <w:p w14:paraId="3E0D94E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871A68B" w14:textId="77777777" w:rsidTr="005E6784">
        <w:trPr>
          <w:jc w:val="center"/>
        </w:trPr>
        <w:tc>
          <w:tcPr>
            <w:tcW w:w="1412" w:type="dxa"/>
            <w:vAlign w:val="center"/>
          </w:tcPr>
          <w:p w14:paraId="4C3185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</w:t>
            </w:r>
          </w:p>
        </w:tc>
        <w:tc>
          <w:tcPr>
            <w:tcW w:w="1706" w:type="dxa"/>
            <w:vAlign w:val="center"/>
          </w:tcPr>
          <w:p w14:paraId="22D8B51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11356</w:t>
            </w:r>
          </w:p>
        </w:tc>
        <w:tc>
          <w:tcPr>
            <w:tcW w:w="3362" w:type="dxa"/>
            <w:vAlign w:val="center"/>
          </w:tcPr>
          <w:p w14:paraId="6EA8DF7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นายอนุวัฒน์ บุญช่วย</w:t>
            </w:r>
          </w:p>
        </w:tc>
        <w:tc>
          <w:tcPr>
            <w:tcW w:w="1633" w:type="dxa"/>
            <w:vAlign w:val="center"/>
          </w:tcPr>
          <w:p w14:paraId="5F90DDF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539F7C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0221DFC" w14:textId="77777777" w:rsidTr="005E6784">
        <w:trPr>
          <w:jc w:val="center"/>
        </w:trPr>
        <w:tc>
          <w:tcPr>
            <w:tcW w:w="1412" w:type="dxa"/>
            <w:vAlign w:val="center"/>
          </w:tcPr>
          <w:p w14:paraId="2B0ED7E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</w:t>
            </w:r>
          </w:p>
        </w:tc>
        <w:tc>
          <w:tcPr>
            <w:tcW w:w="1706" w:type="dxa"/>
            <w:vAlign w:val="center"/>
          </w:tcPr>
          <w:p w14:paraId="737E3FC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12672</w:t>
            </w:r>
          </w:p>
        </w:tc>
        <w:tc>
          <w:tcPr>
            <w:tcW w:w="3362" w:type="dxa"/>
            <w:vAlign w:val="center"/>
          </w:tcPr>
          <w:p w14:paraId="4D61238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นายกำชัย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สุขยินดี</w:t>
            </w:r>
          </w:p>
        </w:tc>
        <w:tc>
          <w:tcPr>
            <w:tcW w:w="1633" w:type="dxa"/>
            <w:vAlign w:val="center"/>
          </w:tcPr>
          <w:p w14:paraId="229D16D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7F80ED7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FCE002F" w14:textId="77777777" w:rsidTr="005E6784">
        <w:trPr>
          <w:jc w:val="center"/>
        </w:trPr>
        <w:tc>
          <w:tcPr>
            <w:tcW w:w="1412" w:type="dxa"/>
            <w:vAlign w:val="center"/>
          </w:tcPr>
          <w:p w14:paraId="07E511D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  <w:tc>
          <w:tcPr>
            <w:tcW w:w="1706" w:type="dxa"/>
            <w:vAlign w:val="center"/>
          </w:tcPr>
          <w:p w14:paraId="79EAD9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12673</w:t>
            </w:r>
          </w:p>
        </w:tc>
        <w:tc>
          <w:tcPr>
            <w:tcW w:w="3362" w:type="dxa"/>
            <w:vAlign w:val="center"/>
          </w:tcPr>
          <w:p w14:paraId="4196719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นายเกียรติศักดิ์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ปักโคทานัง</w:t>
            </w:r>
          </w:p>
        </w:tc>
        <w:tc>
          <w:tcPr>
            <w:tcW w:w="1633" w:type="dxa"/>
            <w:vAlign w:val="center"/>
          </w:tcPr>
          <w:p w14:paraId="438F7C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7296D74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FC69252" w14:textId="77777777" w:rsidTr="005E6784">
        <w:trPr>
          <w:jc w:val="center"/>
        </w:trPr>
        <w:tc>
          <w:tcPr>
            <w:tcW w:w="1412" w:type="dxa"/>
            <w:vAlign w:val="center"/>
          </w:tcPr>
          <w:p w14:paraId="3CE9DD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</w:t>
            </w:r>
          </w:p>
        </w:tc>
        <w:tc>
          <w:tcPr>
            <w:tcW w:w="1706" w:type="dxa"/>
            <w:vAlign w:val="center"/>
          </w:tcPr>
          <w:p w14:paraId="72F182D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12674</w:t>
            </w:r>
          </w:p>
        </w:tc>
        <w:tc>
          <w:tcPr>
            <w:tcW w:w="3362" w:type="dxa"/>
            <w:vAlign w:val="center"/>
          </w:tcPr>
          <w:p w14:paraId="363528E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นายเทพประธาน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พรานกลาง</w:t>
            </w:r>
          </w:p>
        </w:tc>
        <w:tc>
          <w:tcPr>
            <w:tcW w:w="1633" w:type="dxa"/>
            <w:vAlign w:val="center"/>
          </w:tcPr>
          <w:p w14:paraId="306E113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  <w:tc>
          <w:tcPr>
            <w:tcW w:w="1962" w:type="dxa"/>
            <w:vAlign w:val="center"/>
          </w:tcPr>
          <w:p w14:paraId="099622E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D3A04ED" w14:textId="77777777" w:rsidTr="005E6784">
        <w:trPr>
          <w:jc w:val="center"/>
        </w:trPr>
        <w:tc>
          <w:tcPr>
            <w:tcW w:w="1412" w:type="dxa"/>
            <w:vAlign w:val="center"/>
          </w:tcPr>
          <w:p w14:paraId="5FE844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</w:t>
            </w:r>
          </w:p>
        </w:tc>
        <w:tc>
          <w:tcPr>
            <w:tcW w:w="1706" w:type="dxa"/>
            <w:vAlign w:val="center"/>
          </w:tcPr>
          <w:p w14:paraId="6CA3833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12675</w:t>
            </w:r>
          </w:p>
        </w:tc>
        <w:tc>
          <w:tcPr>
            <w:tcW w:w="3362" w:type="dxa"/>
            <w:vAlign w:val="center"/>
          </w:tcPr>
          <w:p w14:paraId="57ED0D7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จบสัญจร</w:t>
            </w:r>
          </w:p>
        </w:tc>
        <w:tc>
          <w:tcPr>
            <w:tcW w:w="1633" w:type="dxa"/>
            <w:vAlign w:val="center"/>
          </w:tcPr>
          <w:p w14:paraId="3C2BB68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74070AE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514C42A" w14:textId="77777777" w:rsidTr="005E6784">
        <w:trPr>
          <w:jc w:val="center"/>
        </w:trPr>
        <w:tc>
          <w:tcPr>
            <w:tcW w:w="1412" w:type="dxa"/>
            <w:vAlign w:val="center"/>
          </w:tcPr>
          <w:p w14:paraId="45DBDD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</w:t>
            </w:r>
          </w:p>
        </w:tc>
        <w:tc>
          <w:tcPr>
            <w:tcW w:w="1706" w:type="dxa"/>
            <w:vAlign w:val="center"/>
          </w:tcPr>
          <w:p w14:paraId="1EC0E2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12676</w:t>
            </w:r>
          </w:p>
        </w:tc>
        <w:tc>
          <w:tcPr>
            <w:tcW w:w="3362" w:type="dxa"/>
            <w:vAlign w:val="center"/>
          </w:tcPr>
          <w:p w14:paraId="68BC9DE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สิทธิกร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มีพวงผล</w:t>
            </w:r>
          </w:p>
        </w:tc>
        <w:tc>
          <w:tcPr>
            <w:tcW w:w="1633" w:type="dxa"/>
            <w:vAlign w:val="center"/>
          </w:tcPr>
          <w:p w14:paraId="2702D3B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22.50</w:t>
            </w:r>
          </w:p>
        </w:tc>
        <w:tc>
          <w:tcPr>
            <w:tcW w:w="1962" w:type="dxa"/>
            <w:vAlign w:val="center"/>
          </w:tcPr>
          <w:p w14:paraId="328074F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E6920A1" w14:textId="77777777" w:rsidTr="005E6784">
        <w:trPr>
          <w:jc w:val="center"/>
        </w:trPr>
        <w:tc>
          <w:tcPr>
            <w:tcW w:w="1412" w:type="dxa"/>
            <w:vAlign w:val="center"/>
          </w:tcPr>
          <w:p w14:paraId="08B61FD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13</w:t>
            </w:r>
          </w:p>
        </w:tc>
        <w:tc>
          <w:tcPr>
            <w:tcW w:w="1706" w:type="dxa"/>
            <w:vAlign w:val="center"/>
          </w:tcPr>
          <w:p w14:paraId="4DF0C88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12677</w:t>
            </w:r>
          </w:p>
        </w:tc>
        <w:tc>
          <w:tcPr>
            <w:tcW w:w="3362" w:type="dxa"/>
            <w:vAlign w:val="center"/>
          </w:tcPr>
          <w:p w14:paraId="294AF2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นายสืบสกุล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อุ่นมุกดา</w:t>
            </w:r>
          </w:p>
        </w:tc>
        <w:tc>
          <w:tcPr>
            <w:tcW w:w="1633" w:type="dxa"/>
            <w:vAlign w:val="center"/>
          </w:tcPr>
          <w:p w14:paraId="3B3426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45.00</w:t>
            </w:r>
          </w:p>
        </w:tc>
        <w:tc>
          <w:tcPr>
            <w:tcW w:w="1962" w:type="dxa"/>
            <w:vAlign w:val="center"/>
          </w:tcPr>
          <w:p w14:paraId="5AA95D3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9055093" w14:textId="77777777" w:rsidTr="005E6784">
        <w:trPr>
          <w:jc w:val="center"/>
        </w:trPr>
        <w:tc>
          <w:tcPr>
            <w:tcW w:w="1412" w:type="dxa"/>
            <w:vAlign w:val="center"/>
          </w:tcPr>
          <w:p w14:paraId="121595A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15</w:t>
            </w:r>
          </w:p>
        </w:tc>
        <w:tc>
          <w:tcPr>
            <w:tcW w:w="1706" w:type="dxa"/>
            <w:vAlign w:val="center"/>
          </w:tcPr>
          <w:p w14:paraId="611C223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12823</w:t>
            </w:r>
          </w:p>
        </w:tc>
        <w:tc>
          <w:tcPr>
            <w:tcW w:w="3362" w:type="dxa"/>
            <w:vAlign w:val="center"/>
          </w:tcPr>
          <w:p w14:paraId="0F59179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นายมเหศักดิ์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ชิโกศรี</w:t>
            </w:r>
          </w:p>
        </w:tc>
        <w:tc>
          <w:tcPr>
            <w:tcW w:w="1633" w:type="dxa"/>
            <w:vAlign w:val="center"/>
          </w:tcPr>
          <w:p w14:paraId="67EB72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4E9AF0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4713596" w14:textId="77777777" w:rsidTr="005E6784">
        <w:trPr>
          <w:jc w:val="center"/>
        </w:trPr>
        <w:tc>
          <w:tcPr>
            <w:tcW w:w="1412" w:type="dxa"/>
            <w:vAlign w:val="center"/>
          </w:tcPr>
          <w:p w14:paraId="4BF0D0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</w:t>
            </w:r>
          </w:p>
        </w:tc>
        <w:tc>
          <w:tcPr>
            <w:tcW w:w="1706" w:type="dxa"/>
            <w:vAlign w:val="center"/>
          </w:tcPr>
          <w:p w14:paraId="7089E1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11322</w:t>
            </w:r>
          </w:p>
        </w:tc>
        <w:tc>
          <w:tcPr>
            <w:tcW w:w="3362" w:type="dxa"/>
            <w:vAlign w:val="center"/>
          </w:tcPr>
          <w:p w14:paraId="748C0B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นางสาวจันทิมา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อภัยจิต</w:t>
            </w:r>
          </w:p>
        </w:tc>
        <w:tc>
          <w:tcPr>
            <w:tcW w:w="1633" w:type="dxa"/>
            <w:vAlign w:val="center"/>
          </w:tcPr>
          <w:p w14:paraId="3BAD0A4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7870A4D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AC4C4F8" w14:textId="77777777" w:rsidTr="005E6784">
        <w:trPr>
          <w:jc w:val="center"/>
        </w:trPr>
        <w:tc>
          <w:tcPr>
            <w:tcW w:w="1412" w:type="dxa"/>
            <w:vAlign w:val="center"/>
          </w:tcPr>
          <w:p w14:paraId="56216E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</w:t>
            </w:r>
          </w:p>
        </w:tc>
        <w:tc>
          <w:tcPr>
            <w:tcW w:w="1706" w:type="dxa"/>
            <w:vAlign w:val="center"/>
          </w:tcPr>
          <w:p w14:paraId="5B9F724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11360</w:t>
            </w:r>
          </w:p>
        </w:tc>
        <w:tc>
          <w:tcPr>
            <w:tcW w:w="3362" w:type="dxa"/>
            <w:vAlign w:val="center"/>
          </w:tcPr>
          <w:p w14:paraId="0EF01E0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นางสาวณัฎฐธิดา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หลอดทอง</w:t>
            </w:r>
          </w:p>
        </w:tc>
        <w:tc>
          <w:tcPr>
            <w:tcW w:w="1633" w:type="dxa"/>
            <w:vAlign w:val="center"/>
          </w:tcPr>
          <w:p w14:paraId="2CBCE5A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65C251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237574B" w14:textId="77777777" w:rsidTr="005E6784">
        <w:trPr>
          <w:jc w:val="center"/>
        </w:trPr>
        <w:tc>
          <w:tcPr>
            <w:tcW w:w="1412" w:type="dxa"/>
            <w:vAlign w:val="center"/>
          </w:tcPr>
          <w:p w14:paraId="19C55DD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</w:t>
            </w:r>
          </w:p>
        </w:tc>
        <w:tc>
          <w:tcPr>
            <w:tcW w:w="1706" w:type="dxa"/>
            <w:vAlign w:val="center"/>
          </w:tcPr>
          <w:p w14:paraId="43AE1C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11362</w:t>
            </w:r>
          </w:p>
        </w:tc>
        <w:tc>
          <w:tcPr>
            <w:tcW w:w="3362" w:type="dxa"/>
            <w:vAlign w:val="center"/>
          </w:tcPr>
          <w:p w14:paraId="097A171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นางสาวณัทธกาญจน์ ประสงค์</w:t>
            </w:r>
          </w:p>
        </w:tc>
        <w:tc>
          <w:tcPr>
            <w:tcW w:w="1633" w:type="dxa"/>
            <w:vAlign w:val="center"/>
          </w:tcPr>
          <w:p w14:paraId="2BD3FBC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7E6E22B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92BF75A" w14:textId="77777777" w:rsidTr="005E6784">
        <w:trPr>
          <w:jc w:val="center"/>
        </w:trPr>
        <w:tc>
          <w:tcPr>
            <w:tcW w:w="1412" w:type="dxa"/>
            <w:vAlign w:val="center"/>
          </w:tcPr>
          <w:p w14:paraId="001CBFB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19</w:t>
            </w:r>
          </w:p>
        </w:tc>
        <w:tc>
          <w:tcPr>
            <w:tcW w:w="1706" w:type="dxa"/>
            <w:vAlign w:val="center"/>
          </w:tcPr>
          <w:p w14:paraId="69F3F02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11364</w:t>
            </w:r>
          </w:p>
        </w:tc>
        <w:tc>
          <w:tcPr>
            <w:tcW w:w="3362" w:type="dxa"/>
            <w:vAlign w:val="center"/>
          </w:tcPr>
          <w:p w14:paraId="4E4FE6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นางสาวนันทนัช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แพงมา</w:t>
            </w:r>
          </w:p>
        </w:tc>
        <w:tc>
          <w:tcPr>
            <w:tcW w:w="1633" w:type="dxa"/>
            <w:vAlign w:val="center"/>
          </w:tcPr>
          <w:p w14:paraId="6A40F95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59A990F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3C347B75" w14:textId="77777777" w:rsidTr="005E6784">
        <w:trPr>
          <w:jc w:val="center"/>
        </w:trPr>
        <w:tc>
          <w:tcPr>
            <w:tcW w:w="1412" w:type="dxa"/>
            <w:vAlign w:val="center"/>
          </w:tcPr>
          <w:p w14:paraId="06BD0F7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</w:t>
            </w:r>
          </w:p>
        </w:tc>
        <w:tc>
          <w:tcPr>
            <w:tcW w:w="1706" w:type="dxa"/>
            <w:vAlign w:val="center"/>
          </w:tcPr>
          <w:p w14:paraId="1E060A1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11441</w:t>
            </w:r>
          </w:p>
        </w:tc>
        <w:tc>
          <w:tcPr>
            <w:tcW w:w="3362" w:type="dxa"/>
            <w:vAlign w:val="center"/>
          </w:tcPr>
          <w:p w14:paraId="68BCE18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นางสาวณิชา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เสานางรอง</w:t>
            </w:r>
          </w:p>
        </w:tc>
        <w:tc>
          <w:tcPr>
            <w:tcW w:w="1633" w:type="dxa"/>
            <w:vAlign w:val="center"/>
          </w:tcPr>
          <w:p w14:paraId="3123D5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46C6303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F091244" w14:textId="77777777" w:rsidTr="005E6784">
        <w:trPr>
          <w:jc w:val="center"/>
        </w:trPr>
        <w:tc>
          <w:tcPr>
            <w:tcW w:w="1412" w:type="dxa"/>
            <w:vAlign w:val="center"/>
          </w:tcPr>
          <w:p w14:paraId="44710A4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21</w:t>
            </w:r>
          </w:p>
        </w:tc>
        <w:tc>
          <w:tcPr>
            <w:tcW w:w="1706" w:type="dxa"/>
            <w:vAlign w:val="center"/>
          </w:tcPr>
          <w:p w14:paraId="3FA4FA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11998</w:t>
            </w:r>
          </w:p>
        </w:tc>
        <w:tc>
          <w:tcPr>
            <w:tcW w:w="3362" w:type="dxa"/>
            <w:vAlign w:val="center"/>
          </w:tcPr>
          <w:p w14:paraId="3736413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นางสาวจอมขวัญ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เบ็ญณรงค์</w:t>
            </w:r>
          </w:p>
        </w:tc>
        <w:tc>
          <w:tcPr>
            <w:tcW w:w="1633" w:type="dxa"/>
            <w:vAlign w:val="center"/>
          </w:tcPr>
          <w:p w14:paraId="3771DF4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268ECAD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CDB013F" w14:textId="77777777" w:rsidTr="005E6784">
        <w:trPr>
          <w:jc w:val="center"/>
        </w:trPr>
        <w:tc>
          <w:tcPr>
            <w:tcW w:w="1412" w:type="dxa"/>
            <w:vAlign w:val="center"/>
          </w:tcPr>
          <w:p w14:paraId="2A0EAB5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</w:t>
            </w:r>
          </w:p>
        </w:tc>
        <w:tc>
          <w:tcPr>
            <w:tcW w:w="1706" w:type="dxa"/>
            <w:vAlign w:val="center"/>
          </w:tcPr>
          <w:p w14:paraId="0FCF42D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12460</w:t>
            </w:r>
          </w:p>
        </w:tc>
        <w:tc>
          <w:tcPr>
            <w:tcW w:w="3362" w:type="dxa"/>
            <w:vAlign w:val="center"/>
          </w:tcPr>
          <w:p w14:paraId="1D448B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นางสาวชญานุช ครุฑคง</w:t>
            </w:r>
          </w:p>
        </w:tc>
        <w:tc>
          <w:tcPr>
            <w:tcW w:w="1633" w:type="dxa"/>
            <w:vAlign w:val="center"/>
          </w:tcPr>
          <w:p w14:paraId="69B2F7F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46.00</w:t>
            </w:r>
          </w:p>
        </w:tc>
        <w:tc>
          <w:tcPr>
            <w:tcW w:w="1962" w:type="dxa"/>
            <w:vAlign w:val="center"/>
          </w:tcPr>
          <w:p w14:paraId="11DF41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F5CE6C8" w14:textId="77777777" w:rsidTr="005E6784">
        <w:trPr>
          <w:jc w:val="center"/>
        </w:trPr>
        <w:tc>
          <w:tcPr>
            <w:tcW w:w="1412" w:type="dxa"/>
            <w:vAlign w:val="center"/>
          </w:tcPr>
          <w:p w14:paraId="38CBA8C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23</w:t>
            </w:r>
          </w:p>
        </w:tc>
        <w:tc>
          <w:tcPr>
            <w:tcW w:w="1706" w:type="dxa"/>
            <w:vAlign w:val="center"/>
          </w:tcPr>
          <w:p w14:paraId="78169A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12678</w:t>
            </w:r>
          </w:p>
        </w:tc>
        <w:tc>
          <w:tcPr>
            <w:tcW w:w="3362" w:type="dxa"/>
            <w:vAlign w:val="center"/>
          </w:tcPr>
          <w:p w14:paraId="162F5A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นางสาวกณิศา  แสร์ผักแว่น</w:t>
            </w:r>
          </w:p>
        </w:tc>
        <w:tc>
          <w:tcPr>
            <w:tcW w:w="1633" w:type="dxa"/>
            <w:vAlign w:val="center"/>
          </w:tcPr>
          <w:p w14:paraId="31AB35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1022BA9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FB2F757" w14:textId="77777777" w:rsidTr="005E6784">
        <w:trPr>
          <w:jc w:val="center"/>
        </w:trPr>
        <w:tc>
          <w:tcPr>
            <w:tcW w:w="1412" w:type="dxa"/>
            <w:vAlign w:val="center"/>
          </w:tcPr>
          <w:p w14:paraId="4A0E5B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</w:t>
            </w:r>
          </w:p>
        </w:tc>
        <w:tc>
          <w:tcPr>
            <w:tcW w:w="1706" w:type="dxa"/>
            <w:vAlign w:val="center"/>
          </w:tcPr>
          <w:p w14:paraId="23E3A1F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12679</w:t>
            </w:r>
          </w:p>
        </w:tc>
        <w:tc>
          <w:tcPr>
            <w:tcW w:w="3362" w:type="dxa"/>
            <w:vAlign w:val="center"/>
          </w:tcPr>
          <w:p w14:paraId="6EC9047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นางสาวขวัญศิริ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ย่อมไธสง</w:t>
            </w:r>
          </w:p>
        </w:tc>
        <w:tc>
          <w:tcPr>
            <w:tcW w:w="1633" w:type="dxa"/>
            <w:vAlign w:val="center"/>
          </w:tcPr>
          <w:p w14:paraId="30BD994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74AF2F3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64B4D7CA" w14:textId="77777777" w:rsidTr="005E6784">
        <w:trPr>
          <w:jc w:val="center"/>
        </w:trPr>
        <w:tc>
          <w:tcPr>
            <w:tcW w:w="1412" w:type="dxa"/>
            <w:vAlign w:val="center"/>
          </w:tcPr>
          <w:p w14:paraId="0FC7C4D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25</w:t>
            </w:r>
          </w:p>
        </w:tc>
        <w:tc>
          <w:tcPr>
            <w:tcW w:w="1706" w:type="dxa"/>
            <w:vAlign w:val="center"/>
          </w:tcPr>
          <w:p w14:paraId="7DD60AF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12680</w:t>
            </w:r>
          </w:p>
        </w:tc>
        <w:tc>
          <w:tcPr>
            <w:tcW w:w="3362" w:type="dxa"/>
            <w:vAlign w:val="center"/>
          </w:tcPr>
          <w:p w14:paraId="176EC64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นางสาวจรรยพร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บุญทน</w:t>
            </w:r>
          </w:p>
        </w:tc>
        <w:tc>
          <w:tcPr>
            <w:tcW w:w="1633" w:type="dxa"/>
            <w:vAlign w:val="center"/>
          </w:tcPr>
          <w:p w14:paraId="0FB935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4F4D54A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883D6DF" w14:textId="77777777" w:rsidTr="005E6784">
        <w:trPr>
          <w:jc w:val="center"/>
        </w:trPr>
        <w:tc>
          <w:tcPr>
            <w:tcW w:w="1412" w:type="dxa"/>
            <w:vAlign w:val="center"/>
          </w:tcPr>
          <w:p w14:paraId="08C753C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</w:t>
            </w:r>
          </w:p>
        </w:tc>
        <w:tc>
          <w:tcPr>
            <w:tcW w:w="1706" w:type="dxa"/>
            <w:vAlign w:val="center"/>
          </w:tcPr>
          <w:p w14:paraId="61E5A24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12681</w:t>
            </w:r>
          </w:p>
        </w:tc>
        <w:tc>
          <w:tcPr>
            <w:tcW w:w="3362" w:type="dxa"/>
            <w:vAlign w:val="center"/>
          </w:tcPr>
          <w:p w14:paraId="418F655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นางสาวณิชาภัทร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สีนวล</w:t>
            </w:r>
          </w:p>
        </w:tc>
        <w:tc>
          <w:tcPr>
            <w:tcW w:w="1633" w:type="dxa"/>
            <w:vAlign w:val="center"/>
          </w:tcPr>
          <w:p w14:paraId="352FBBD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0346A71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19BC00E" w14:textId="77777777" w:rsidTr="005E6784">
        <w:trPr>
          <w:jc w:val="center"/>
        </w:trPr>
        <w:tc>
          <w:tcPr>
            <w:tcW w:w="1412" w:type="dxa"/>
            <w:vAlign w:val="center"/>
          </w:tcPr>
          <w:p w14:paraId="04D6FC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27</w:t>
            </w:r>
          </w:p>
        </w:tc>
        <w:tc>
          <w:tcPr>
            <w:tcW w:w="1706" w:type="dxa"/>
            <w:vAlign w:val="center"/>
          </w:tcPr>
          <w:p w14:paraId="46A0F8D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12682</w:t>
            </w:r>
          </w:p>
        </w:tc>
        <w:tc>
          <w:tcPr>
            <w:tcW w:w="3362" w:type="dxa"/>
            <w:vAlign w:val="center"/>
          </w:tcPr>
          <w:p w14:paraId="28780BA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นางสาวธัญชนก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ทิพย์มนตรี</w:t>
            </w:r>
          </w:p>
        </w:tc>
        <w:tc>
          <w:tcPr>
            <w:tcW w:w="1633" w:type="dxa"/>
            <w:vAlign w:val="center"/>
          </w:tcPr>
          <w:p w14:paraId="2062F5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  <w:tc>
          <w:tcPr>
            <w:tcW w:w="1962" w:type="dxa"/>
            <w:vAlign w:val="center"/>
          </w:tcPr>
          <w:p w14:paraId="0F60049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61A6F59" w14:textId="77777777" w:rsidTr="005E6784">
        <w:trPr>
          <w:jc w:val="center"/>
        </w:trPr>
        <w:tc>
          <w:tcPr>
            <w:tcW w:w="1412" w:type="dxa"/>
            <w:vAlign w:val="center"/>
          </w:tcPr>
          <w:p w14:paraId="7F23DEA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</w:t>
            </w:r>
          </w:p>
        </w:tc>
        <w:tc>
          <w:tcPr>
            <w:tcW w:w="1706" w:type="dxa"/>
            <w:vAlign w:val="center"/>
          </w:tcPr>
          <w:p w14:paraId="1E22B45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12683</w:t>
            </w:r>
          </w:p>
        </w:tc>
        <w:tc>
          <w:tcPr>
            <w:tcW w:w="3362" w:type="dxa"/>
            <w:vAlign w:val="center"/>
          </w:tcPr>
          <w:p w14:paraId="346C72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นางสาวธิดารัตน์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ประวัติวิลัย</w:t>
            </w:r>
          </w:p>
        </w:tc>
        <w:tc>
          <w:tcPr>
            <w:tcW w:w="1633" w:type="dxa"/>
            <w:vAlign w:val="center"/>
          </w:tcPr>
          <w:p w14:paraId="3F60226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6614C6C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CA1BDC7" w14:textId="77777777" w:rsidTr="005E6784">
        <w:trPr>
          <w:jc w:val="center"/>
        </w:trPr>
        <w:tc>
          <w:tcPr>
            <w:tcW w:w="1412" w:type="dxa"/>
            <w:vAlign w:val="center"/>
          </w:tcPr>
          <w:p w14:paraId="7F2E85D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29</w:t>
            </w:r>
          </w:p>
        </w:tc>
        <w:tc>
          <w:tcPr>
            <w:tcW w:w="1706" w:type="dxa"/>
            <w:vAlign w:val="center"/>
          </w:tcPr>
          <w:p w14:paraId="36D27C0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12684</w:t>
            </w:r>
          </w:p>
        </w:tc>
        <w:tc>
          <w:tcPr>
            <w:tcW w:w="3362" w:type="dxa"/>
            <w:vAlign w:val="center"/>
          </w:tcPr>
          <w:p w14:paraId="43EBEAA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นางสาวนภัสสร ภิรมย์นาค</w:t>
            </w:r>
          </w:p>
        </w:tc>
        <w:tc>
          <w:tcPr>
            <w:tcW w:w="1633" w:type="dxa"/>
            <w:vAlign w:val="center"/>
          </w:tcPr>
          <w:p w14:paraId="4C95328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12BF36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6D3B53C" w14:textId="77777777" w:rsidTr="005E6784">
        <w:trPr>
          <w:jc w:val="center"/>
        </w:trPr>
        <w:tc>
          <w:tcPr>
            <w:tcW w:w="1412" w:type="dxa"/>
            <w:vAlign w:val="center"/>
          </w:tcPr>
          <w:p w14:paraId="73FA4BD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</w:t>
            </w:r>
          </w:p>
        </w:tc>
        <w:tc>
          <w:tcPr>
            <w:tcW w:w="1706" w:type="dxa"/>
            <w:vAlign w:val="center"/>
          </w:tcPr>
          <w:p w14:paraId="643C5B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12685</w:t>
            </w:r>
          </w:p>
        </w:tc>
        <w:tc>
          <w:tcPr>
            <w:tcW w:w="3362" w:type="dxa"/>
            <w:vAlign w:val="center"/>
          </w:tcPr>
          <w:p w14:paraId="7A7E344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นางสาวพชรมน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กองเพ็ชร</w:t>
            </w:r>
          </w:p>
        </w:tc>
        <w:tc>
          <w:tcPr>
            <w:tcW w:w="1633" w:type="dxa"/>
            <w:vAlign w:val="center"/>
          </w:tcPr>
          <w:p w14:paraId="56A85BD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13D8FFA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0421328" w14:textId="77777777" w:rsidTr="005E6784">
        <w:trPr>
          <w:jc w:val="center"/>
        </w:trPr>
        <w:tc>
          <w:tcPr>
            <w:tcW w:w="1412" w:type="dxa"/>
            <w:vAlign w:val="center"/>
          </w:tcPr>
          <w:p w14:paraId="02DC67F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31</w:t>
            </w:r>
          </w:p>
        </w:tc>
        <w:tc>
          <w:tcPr>
            <w:tcW w:w="1706" w:type="dxa"/>
            <w:vAlign w:val="center"/>
          </w:tcPr>
          <w:p w14:paraId="5C8C0AF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12686</w:t>
            </w:r>
          </w:p>
        </w:tc>
        <w:tc>
          <w:tcPr>
            <w:tcW w:w="3362" w:type="dxa"/>
            <w:vAlign w:val="center"/>
          </w:tcPr>
          <w:p w14:paraId="038CDEE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นางสาวฟาริดา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ผ่องพรรณ</w:t>
            </w:r>
          </w:p>
        </w:tc>
        <w:tc>
          <w:tcPr>
            <w:tcW w:w="1633" w:type="dxa"/>
            <w:vAlign w:val="center"/>
          </w:tcPr>
          <w:p w14:paraId="4E5101F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22.50</w:t>
            </w:r>
          </w:p>
        </w:tc>
        <w:tc>
          <w:tcPr>
            <w:tcW w:w="1962" w:type="dxa"/>
            <w:vAlign w:val="center"/>
          </w:tcPr>
          <w:p w14:paraId="14C6233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F5167C4" w14:textId="77777777" w:rsidTr="005E6784">
        <w:trPr>
          <w:jc w:val="center"/>
        </w:trPr>
        <w:tc>
          <w:tcPr>
            <w:tcW w:w="1412" w:type="dxa"/>
            <w:vAlign w:val="center"/>
          </w:tcPr>
          <w:p w14:paraId="51E5AA0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</w:t>
            </w:r>
          </w:p>
        </w:tc>
        <w:tc>
          <w:tcPr>
            <w:tcW w:w="1706" w:type="dxa"/>
            <w:vAlign w:val="center"/>
          </w:tcPr>
          <w:p w14:paraId="72B836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12687</w:t>
            </w:r>
          </w:p>
        </w:tc>
        <w:tc>
          <w:tcPr>
            <w:tcW w:w="3362" w:type="dxa"/>
            <w:vAlign w:val="center"/>
          </w:tcPr>
          <w:p w14:paraId="1FFE0EA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นางสาวฟ้าใส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กิติศรีวรพันธุ์</w:t>
            </w:r>
          </w:p>
        </w:tc>
        <w:tc>
          <w:tcPr>
            <w:tcW w:w="1633" w:type="dxa"/>
            <w:vAlign w:val="center"/>
          </w:tcPr>
          <w:p w14:paraId="7083E6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0F35001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5E6784" w:rsidRPr="000F23F0" w14:paraId="3CF1D8DC" w14:textId="77777777" w:rsidTr="005E6784">
        <w:trPr>
          <w:jc w:val="center"/>
        </w:trPr>
        <w:tc>
          <w:tcPr>
            <w:tcW w:w="1412" w:type="dxa"/>
            <w:shd w:val="clear" w:color="auto" w:fill="D9EAF7"/>
            <w:vAlign w:val="center"/>
          </w:tcPr>
          <w:p w14:paraId="36DBFF62" w14:textId="77777777" w:rsidR="005E6784" w:rsidRPr="000F23F0" w:rsidRDefault="005E6784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ที่</w:t>
            </w:r>
          </w:p>
        </w:tc>
        <w:tc>
          <w:tcPr>
            <w:tcW w:w="1706" w:type="dxa"/>
            <w:shd w:val="clear" w:color="auto" w:fill="D9EAF7"/>
            <w:vAlign w:val="center"/>
          </w:tcPr>
          <w:p w14:paraId="30E12759" w14:textId="77777777" w:rsidR="005E6784" w:rsidRPr="000F23F0" w:rsidRDefault="005E6784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3362" w:type="dxa"/>
            <w:shd w:val="clear" w:color="auto" w:fill="D9EAF7"/>
            <w:vAlign w:val="center"/>
          </w:tcPr>
          <w:p w14:paraId="48AF4584" w14:textId="77777777" w:rsidR="005E6784" w:rsidRPr="000F23F0" w:rsidRDefault="005E6784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ชื่อ–สกุล</w:t>
            </w:r>
          </w:p>
        </w:tc>
        <w:tc>
          <w:tcPr>
            <w:tcW w:w="1633" w:type="dxa"/>
            <w:shd w:val="clear" w:color="auto" w:fill="D9EAF7"/>
            <w:vAlign w:val="center"/>
          </w:tcPr>
          <w:p w14:paraId="070ABE09" w14:textId="77777777" w:rsidR="005E6784" w:rsidRPr="000F23F0" w:rsidRDefault="005E6784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คะแนน100</w:t>
            </w:r>
          </w:p>
        </w:tc>
        <w:tc>
          <w:tcPr>
            <w:tcW w:w="1962" w:type="dxa"/>
            <w:shd w:val="clear" w:color="auto" w:fill="D9EAF7"/>
            <w:vAlign w:val="center"/>
          </w:tcPr>
          <w:p w14:paraId="42291405" w14:textId="77777777" w:rsidR="005E6784" w:rsidRPr="000F23F0" w:rsidRDefault="005E6784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</w:t>
            </w:r>
          </w:p>
        </w:tc>
      </w:tr>
      <w:tr w:rsidR="000F23F0" w:rsidRPr="000F23F0" w14:paraId="150850FD" w14:textId="77777777" w:rsidTr="005E6784">
        <w:trPr>
          <w:jc w:val="center"/>
        </w:trPr>
        <w:tc>
          <w:tcPr>
            <w:tcW w:w="1412" w:type="dxa"/>
            <w:vAlign w:val="center"/>
          </w:tcPr>
          <w:p w14:paraId="7106BC3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2A70820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12688</w:t>
            </w:r>
          </w:p>
        </w:tc>
        <w:tc>
          <w:tcPr>
            <w:tcW w:w="3362" w:type="dxa"/>
            <w:vAlign w:val="center"/>
          </w:tcPr>
          <w:p w14:paraId="3939D30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นางสาวฟ้าใส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ธงกระโทก</w:t>
            </w:r>
          </w:p>
        </w:tc>
        <w:tc>
          <w:tcPr>
            <w:tcW w:w="1633" w:type="dxa"/>
            <w:vAlign w:val="center"/>
          </w:tcPr>
          <w:p w14:paraId="7A60ECF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  <w:tc>
          <w:tcPr>
            <w:tcW w:w="1962" w:type="dxa"/>
            <w:vAlign w:val="center"/>
          </w:tcPr>
          <w:p w14:paraId="736F6F2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3C4E84F8" w14:textId="77777777" w:rsidTr="005E6784">
        <w:trPr>
          <w:jc w:val="center"/>
        </w:trPr>
        <w:tc>
          <w:tcPr>
            <w:tcW w:w="1412" w:type="dxa"/>
            <w:vAlign w:val="center"/>
          </w:tcPr>
          <w:p w14:paraId="7B17AC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</w:t>
            </w:r>
          </w:p>
        </w:tc>
        <w:tc>
          <w:tcPr>
            <w:tcW w:w="1706" w:type="dxa"/>
            <w:vAlign w:val="center"/>
          </w:tcPr>
          <w:p w14:paraId="563B427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12689</w:t>
            </w:r>
          </w:p>
        </w:tc>
        <w:tc>
          <w:tcPr>
            <w:tcW w:w="3362" w:type="dxa"/>
            <w:vAlign w:val="center"/>
          </w:tcPr>
          <w:p w14:paraId="3A70FC2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นางสาวราตรี หอยสังข์</w:t>
            </w:r>
          </w:p>
        </w:tc>
        <w:tc>
          <w:tcPr>
            <w:tcW w:w="1633" w:type="dxa"/>
            <w:vAlign w:val="center"/>
          </w:tcPr>
          <w:p w14:paraId="1B8593B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  <w:tc>
          <w:tcPr>
            <w:tcW w:w="1962" w:type="dxa"/>
            <w:vAlign w:val="center"/>
          </w:tcPr>
          <w:p w14:paraId="6E7FEA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DA71937" w14:textId="77777777" w:rsidTr="005E6784">
        <w:trPr>
          <w:jc w:val="center"/>
        </w:trPr>
        <w:tc>
          <w:tcPr>
            <w:tcW w:w="1412" w:type="dxa"/>
            <w:vAlign w:val="center"/>
          </w:tcPr>
          <w:p w14:paraId="2B4FE4C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</w:t>
            </w:r>
          </w:p>
        </w:tc>
        <w:tc>
          <w:tcPr>
            <w:tcW w:w="1706" w:type="dxa"/>
            <w:vAlign w:val="center"/>
          </w:tcPr>
          <w:p w14:paraId="33077E9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12690</w:t>
            </w:r>
          </w:p>
        </w:tc>
        <w:tc>
          <w:tcPr>
            <w:tcW w:w="3362" w:type="dxa"/>
            <w:vAlign w:val="center"/>
          </w:tcPr>
          <w:p w14:paraId="4190C68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นางสาวรินลณี เต็มใจ</w:t>
            </w:r>
          </w:p>
        </w:tc>
        <w:tc>
          <w:tcPr>
            <w:tcW w:w="1633" w:type="dxa"/>
            <w:vAlign w:val="center"/>
          </w:tcPr>
          <w:p w14:paraId="6A1C97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65E783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92EFC0A" w14:textId="77777777" w:rsidTr="005E6784">
        <w:trPr>
          <w:jc w:val="center"/>
        </w:trPr>
        <w:tc>
          <w:tcPr>
            <w:tcW w:w="1412" w:type="dxa"/>
            <w:vAlign w:val="center"/>
          </w:tcPr>
          <w:p w14:paraId="0E7F470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</w:t>
            </w:r>
          </w:p>
        </w:tc>
        <w:tc>
          <w:tcPr>
            <w:tcW w:w="1706" w:type="dxa"/>
            <w:vAlign w:val="center"/>
          </w:tcPr>
          <w:p w14:paraId="43D558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6ABB6D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นางสาวเขมิกา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เสาวพันธ์</w:t>
            </w:r>
          </w:p>
        </w:tc>
        <w:tc>
          <w:tcPr>
            <w:tcW w:w="1633" w:type="dxa"/>
            <w:vAlign w:val="center"/>
          </w:tcPr>
          <w:p w14:paraId="335F3C9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67A3277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</w:tbl>
    <w:p w14:paraId="06939A20" w14:textId="77777777" w:rsidR="005E6784" w:rsidRDefault="005E6784">
      <w:r>
        <w:rPr>
          <w:rFonts w:hint="eastAsia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356"/>
        <w:gridCol w:w="1684"/>
        <w:gridCol w:w="3267"/>
        <w:gridCol w:w="1581"/>
        <w:gridCol w:w="1961"/>
      </w:tblGrid>
      <w:tr w:rsidR="000F23F0" w:rsidRPr="000F23F0" w14:paraId="66167D67" w14:textId="77777777" w:rsidTr="005E6784">
        <w:trPr>
          <w:jc w:val="center"/>
        </w:trPr>
        <w:tc>
          <w:tcPr>
            <w:tcW w:w="1412" w:type="dxa"/>
            <w:vAlign w:val="center"/>
          </w:tcPr>
          <w:p w14:paraId="1A8801B9" w14:textId="1183C119" w:rsidR="000F23F0" w:rsidRPr="000F23F0" w:rsidRDefault="005E6784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hint="eastAsia"/>
              </w:rPr>
              <w:lastRenderedPageBreak/>
              <w:br w:type="page"/>
            </w:r>
            <w:r w:rsidR="000F23F0" w:rsidRPr="000F23F0">
              <w:rPr>
                <w:rFonts w:ascii="TH SarabunPSK" w:hAnsi="TH SarabunPSK" w:cs="TH SarabunPSK"/>
                <w:szCs w:val="32"/>
              </w:rPr>
              <w:t>ที่</w:t>
            </w:r>
          </w:p>
        </w:tc>
        <w:tc>
          <w:tcPr>
            <w:tcW w:w="1706" w:type="dxa"/>
            <w:vAlign w:val="center"/>
          </w:tcPr>
          <w:p w14:paraId="6EB6D3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  <w:tc>
          <w:tcPr>
            <w:tcW w:w="3362" w:type="dxa"/>
            <w:vAlign w:val="center"/>
          </w:tcPr>
          <w:p w14:paraId="76EAFEA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  <w:tc>
          <w:tcPr>
            <w:tcW w:w="1633" w:type="dxa"/>
            <w:vAlign w:val="center"/>
          </w:tcPr>
          <w:p w14:paraId="30385B8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1962" w:type="dxa"/>
            <w:vAlign w:val="center"/>
          </w:tcPr>
          <w:p w14:paraId="7D1D3F6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0F23F0" w:rsidRPr="000F23F0" w14:paraId="7FD267C7" w14:textId="77777777" w:rsidTr="005E6784">
        <w:trPr>
          <w:jc w:val="center"/>
        </w:trPr>
        <w:tc>
          <w:tcPr>
            <w:tcW w:w="1412" w:type="dxa"/>
            <w:vAlign w:val="center"/>
          </w:tcPr>
          <w:p w14:paraId="07D5C5B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1706" w:type="dxa"/>
            <w:vAlign w:val="center"/>
          </w:tcPr>
          <w:p w14:paraId="2F0FBE0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11276</w:t>
            </w:r>
          </w:p>
        </w:tc>
        <w:tc>
          <w:tcPr>
            <w:tcW w:w="3362" w:type="dxa"/>
            <w:vAlign w:val="center"/>
          </w:tcPr>
          <w:p w14:paraId="09F9C84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นายชลกร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กัลโยธิน</w:t>
            </w:r>
          </w:p>
        </w:tc>
        <w:tc>
          <w:tcPr>
            <w:tcW w:w="1633" w:type="dxa"/>
            <w:vAlign w:val="center"/>
          </w:tcPr>
          <w:p w14:paraId="4E84BB9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551E208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800CAC0" w14:textId="77777777" w:rsidTr="005E6784">
        <w:trPr>
          <w:jc w:val="center"/>
        </w:trPr>
        <w:tc>
          <w:tcPr>
            <w:tcW w:w="1412" w:type="dxa"/>
            <w:vAlign w:val="center"/>
          </w:tcPr>
          <w:p w14:paraId="45E438D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1706" w:type="dxa"/>
            <w:vAlign w:val="center"/>
          </w:tcPr>
          <w:p w14:paraId="5F65CAE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11277</w:t>
            </w:r>
          </w:p>
        </w:tc>
        <w:tc>
          <w:tcPr>
            <w:tcW w:w="3362" w:type="dxa"/>
            <w:vAlign w:val="center"/>
          </w:tcPr>
          <w:p w14:paraId="5F25D33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นายชวัลวิทย์ สุขกูล</w:t>
            </w:r>
          </w:p>
        </w:tc>
        <w:tc>
          <w:tcPr>
            <w:tcW w:w="1633" w:type="dxa"/>
            <w:vAlign w:val="center"/>
          </w:tcPr>
          <w:p w14:paraId="4925A4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4420C3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C085B0B" w14:textId="77777777" w:rsidTr="005E6784">
        <w:trPr>
          <w:jc w:val="center"/>
        </w:trPr>
        <w:tc>
          <w:tcPr>
            <w:tcW w:w="1412" w:type="dxa"/>
            <w:vAlign w:val="center"/>
          </w:tcPr>
          <w:p w14:paraId="116EF2F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1706" w:type="dxa"/>
            <w:vAlign w:val="center"/>
          </w:tcPr>
          <w:p w14:paraId="686C48B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11284</w:t>
            </w:r>
          </w:p>
        </w:tc>
        <w:tc>
          <w:tcPr>
            <w:tcW w:w="3362" w:type="dxa"/>
            <w:vAlign w:val="center"/>
          </w:tcPr>
          <w:p w14:paraId="1D2F9EC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นายทิวากร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ล่วงกระโทก</w:t>
            </w:r>
          </w:p>
        </w:tc>
        <w:tc>
          <w:tcPr>
            <w:tcW w:w="1633" w:type="dxa"/>
            <w:vAlign w:val="center"/>
          </w:tcPr>
          <w:p w14:paraId="46EA240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1F744F0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D0F7282" w14:textId="77777777" w:rsidTr="005E6784">
        <w:trPr>
          <w:jc w:val="center"/>
        </w:trPr>
        <w:tc>
          <w:tcPr>
            <w:tcW w:w="1412" w:type="dxa"/>
            <w:vAlign w:val="center"/>
          </w:tcPr>
          <w:p w14:paraId="779981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1706" w:type="dxa"/>
            <w:vAlign w:val="center"/>
          </w:tcPr>
          <w:p w14:paraId="57182F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11292</w:t>
            </w:r>
          </w:p>
        </w:tc>
        <w:tc>
          <w:tcPr>
            <w:tcW w:w="3362" w:type="dxa"/>
            <w:vAlign w:val="center"/>
          </w:tcPr>
          <w:p w14:paraId="55EE21E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นายศุภกานต์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คนชุม</w:t>
            </w:r>
          </w:p>
        </w:tc>
        <w:tc>
          <w:tcPr>
            <w:tcW w:w="1633" w:type="dxa"/>
            <w:vAlign w:val="center"/>
          </w:tcPr>
          <w:p w14:paraId="2B96E2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567EE4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C4592DF" w14:textId="77777777" w:rsidTr="005E6784">
        <w:trPr>
          <w:jc w:val="center"/>
        </w:trPr>
        <w:tc>
          <w:tcPr>
            <w:tcW w:w="1412" w:type="dxa"/>
            <w:vAlign w:val="center"/>
          </w:tcPr>
          <w:p w14:paraId="34A8D7C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</w:t>
            </w:r>
          </w:p>
        </w:tc>
        <w:tc>
          <w:tcPr>
            <w:tcW w:w="1706" w:type="dxa"/>
            <w:vAlign w:val="center"/>
          </w:tcPr>
          <w:p w14:paraId="4C6B562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11293</w:t>
            </w:r>
          </w:p>
        </w:tc>
        <w:tc>
          <w:tcPr>
            <w:tcW w:w="3362" w:type="dxa"/>
            <w:vAlign w:val="center"/>
          </w:tcPr>
          <w:p w14:paraId="4CD59E2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นายสิรวีร์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แดงโชติ</w:t>
            </w:r>
          </w:p>
        </w:tc>
        <w:tc>
          <w:tcPr>
            <w:tcW w:w="1633" w:type="dxa"/>
            <w:vAlign w:val="center"/>
          </w:tcPr>
          <w:p w14:paraId="3A20A1D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10EDC25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B8AF681" w14:textId="77777777" w:rsidTr="005E6784">
        <w:trPr>
          <w:jc w:val="center"/>
        </w:trPr>
        <w:tc>
          <w:tcPr>
            <w:tcW w:w="1412" w:type="dxa"/>
            <w:vAlign w:val="center"/>
          </w:tcPr>
          <w:p w14:paraId="642033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</w:t>
            </w:r>
          </w:p>
        </w:tc>
        <w:tc>
          <w:tcPr>
            <w:tcW w:w="1706" w:type="dxa"/>
            <w:vAlign w:val="center"/>
          </w:tcPr>
          <w:p w14:paraId="4273016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11296</w:t>
            </w:r>
          </w:p>
        </w:tc>
        <w:tc>
          <w:tcPr>
            <w:tcW w:w="3362" w:type="dxa"/>
            <w:vAlign w:val="center"/>
          </w:tcPr>
          <w:p w14:paraId="510A7F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นายอนิรุตน์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ดีกระโทก</w:t>
            </w:r>
          </w:p>
        </w:tc>
        <w:tc>
          <w:tcPr>
            <w:tcW w:w="1633" w:type="dxa"/>
            <w:vAlign w:val="center"/>
          </w:tcPr>
          <w:p w14:paraId="1AC64CD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58.00</w:t>
            </w:r>
          </w:p>
        </w:tc>
        <w:tc>
          <w:tcPr>
            <w:tcW w:w="1962" w:type="dxa"/>
            <w:vAlign w:val="center"/>
          </w:tcPr>
          <w:p w14:paraId="447F87D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7B34402" w14:textId="77777777" w:rsidTr="005E6784">
        <w:trPr>
          <w:jc w:val="center"/>
        </w:trPr>
        <w:tc>
          <w:tcPr>
            <w:tcW w:w="1412" w:type="dxa"/>
            <w:vAlign w:val="center"/>
          </w:tcPr>
          <w:p w14:paraId="4D1FA3E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</w:t>
            </w:r>
          </w:p>
        </w:tc>
        <w:tc>
          <w:tcPr>
            <w:tcW w:w="1706" w:type="dxa"/>
            <w:vAlign w:val="center"/>
          </w:tcPr>
          <w:p w14:paraId="51E0BF0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11298</w:t>
            </w:r>
          </w:p>
        </w:tc>
        <w:tc>
          <w:tcPr>
            <w:tcW w:w="3362" w:type="dxa"/>
            <w:vAlign w:val="center"/>
          </w:tcPr>
          <w:p w14:paraId="360E042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นายอานนท์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ยิ้มจำนันต์</w:t>
            </w:r>
          </w:p>
        </w:tc>
        <w:tc>
          <w:tcPr>
            <w:tcW w:w="1633" w:type="dxa"/>
            <w:vAlign w:val="center"/>
          </w:tcPr>
          <w:p w14:paraId="52C323D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2343B63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8E66A83" w14:textId="77777777" w:rsidTr="005E6784">
        <w:trPr>
          <w:jc w:val="center"/>
        </w:trPr>
        <w:tc>
          <w:tcPr>
            <w:tcW w:w="1412" w:type="dxa"/>
            <w:vAlign w:val="center"/>
          </w:tcPr>
          <w:p w14:paraId="3344F89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</w:t>
            </w:r>
          </w:p>
        </w:tc>
        <w:tc>
          <w:tcPr>
            <w:tcW w:w="1706" w:type="dxa"/>
            <w:vAlign w:val="center"/>
          </w:tcPr>
          <w:p w14:paraId="78026A7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11422</w:t>
            </w:r>
          </w:p>
        </w:tc>
        <w:tc>
          <w:tcPr>
            <w:tcW w:w="3362" w:type="dxa"/>
            <w:vAlign w:val="center"/>
          </w:tcPr>
          <w:p w14:paraId="0FBC13E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นายปารเมศ ปราบสกุล</w:t>
            </w:r>
          </w:p>
        </w:tc>
        <w:tc>
          <w:tcPr>
            <w:tcW w:w="1633" w:type="dxa"/>
            <w:vAlign w:val="center"/>
          </w:tcPr>
          <w:p w14:paraId="3D5369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441230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A275CE8" w14:textId="77777777" w:rsidTr="005E6784">
        <w:trPr>
          <w:jc w:val="center"/>
        </w:trPr>
        <w:tc>
          <w:tcPr>
            <w:tcW w:w="1412" w:type="dxa"/>
            <w:vAlign w:val="center"/>
          </w:tcPr>
          <w:p w14:paraId="0A90CEC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  <w:tc>
          <w:tcPr>
            <w:tcW w:w="1706" w:type="dxa"/>
            <w:vAlign w:val="center"/>
          </w:tcPr>
          <w:p w14:paraId="7058673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12691</w:t>
            </w:r>
          </w:p>
        </w:tc>
        <w:tc>
          <w:tcPr>
            <w:tcW w:w="3362" w:type="dxa"/>
            <w:vAlign w:val="center"/>
          </w:tcPr>
          <w:p w14:paraId="0A7C0C5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นายกฤษฎา บุญนาน</w:t>
            </w:r>
          </w:p>
        </w:tc>
        <w:tc>
          <w:tcPr>
            <w:tcW w:w="1633" w:type="dxa"/>
            <w:vAlign w:val="center"/>
          </w:tcPr>
          <w:p w14:paraId="53F2F0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2A0418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568E52F" w14:textId="77777777" w:rsidTr="005E6784">
        <w:trPr>
          <w:jc w:val="center"/>
        </w:trPr>
        <w:tc>
          <w:tcPr>
            <w:tcW w:w="1412" w:type="dxa"/>
            <w:vAlign w:val="center"/>
          </w:tcPr>
          <w:p w14:paraId="5324282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</w:t>
            </w:r>
          </w:p>
        </w:tc>
        <w:tc>
          <w:tcPr>
            <w:tcW w:w="1706" w:type="dxa"/>
            <w:vAlign w:val="center"/>
          </w:tcPr>
          <w:p w14:paraId="2D25C51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12692</w:t>
            </w:r>
          </w:p>
        </w:tc>
        <w:tc>
          <w:tcPr>
            <w:tcW w:w="3362" w:type="dxa"/>
            <w:vAlign w:val="center"/>
          </w:tcPr>
          <w:p w14:paraId="1D06405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นายกิตติชัย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อินจันทร์</w:t>
            </w:r>
          </w:p>
        </w:tc>
        <w:tc>
          <w:tcPr>
            <w:tcW w:w="1633" w:type="dxa"/>
            <w:vAlign w:val="center"/>
          </w:tcPr>
          <w:p w14:paraId="13E0478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1E2465F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7AEF5CB" w14:textId="77777777" w:rsidTr="005E6784">
        <w:trPr>
          <w:jc w:val="center"/>
        </w:trPr>
        <w:tc>
          <w:tcPr>
            <w:tcW w:w="1412" w:type="dxa"/>
            <w:vAlign w:val="center"/>
          </w:tcPr>
          <w:p w14:paraId="542D333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</w:t>
            </w:r>
          </w:p>
        </w:tc>
        <w:tc>
          <w:tcPr>
            <w:tcW w:w="1706" w:type="dxa"/>
            <w:vAlign w:val="center"/>
          </w:tcPr>
          <w:p w14:paraId="6512714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12693</w:t>
            </w:r>
          </w:p>
        </w:tc>
        <w:tc>
          <w:tcPr>
            <w:tcW w:w="3362" w:type="dxa"/>
            <w:vAlign w:val="center"/>
          </w:tcPr>
          <w:p w14:paraId="0F8FFE9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พันครบุรี</w:t>
            </w:r>
          </w:p>
        </w:tc>
        <w:tc>
          <w:tcPr>
            <w:tcW w:w="1633" w:type="dxa"/>
            <w:vAlign w:val="center"/>
          </w:tcPr>
          <w:p w14:paraId="2226CC3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4575EA6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210B183" w14:textId="77777777" w:rsidTr="005E6784">
        <w:trPr>
          <w:jc w:val="center"/>
        </w:trPr>
        <w:tc>
          <w:tcPr>
            <w:tcW w:w="1412" w:type="dxa"/>
            <w:vAlign w:val="center"/>
          </w:tcPr>
          <w:p w14:paraId="6E184E4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</w:t>
            </w:r>
          </w:p>
        </w:tc>
        <w:tc>
          <w:tcPr>
            <w:tcW w:w="1706" w:type="dxa"/>
            <w:vAlign w:val="center"/>
          </w:tcPr>
          <w:p w14:paraId="3580CCD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12694</w:t>
            </w:r>
          </w:p>
        </w:tc>
        <w:tc>
          <w:tcPr>
            <w:tcW w:w="3362" w:type="dxa"/>
            <w:vAlign w:val="center"/>
          </w:tcPr>
          <w:p w14:paraId="293F51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นายคฑาวุฒิ บุญภักดี</w:t>
            </w:r>
          </w:p>
        </w:tc>
        <w:tc>
          <w:tcPr>
            <w:tcW w:w="1633" w:type="dxa"/>
            <w:vAlign w:val="center"/>
          </w:tcPr>
          <w:p w14:paraId="7D24F14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0D495A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632CD7E" w14:textId="77777777" w:rsidTr="005E6784">
        <w:trPr>
          <w:jc w:val="center"/>
        </w:trPr>
        <w:tc>
          <w:tcPr>
            <w:tcW w:w="1412" w:type="dxa"/>
            <w:vAlign w:val="center"/>
          </w:tcPr>
          <w:p w14:paraId="6576D4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13</w:t>
            </w:r>
          </w:p>
        </w:tc>
        <w:tc>
          <w:tcPr>
            <w:tcW w:w="1706" w:type="dxa"/>
            <w:vAlign w:val="center"/>
          </w:tcPr>
          <w:p w14:paraId="1AB1819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12695</w:t>
            </w:r>
          </w:p>
        </w:tc>
        <w:tc>
          <w:tcPr>
            <w:tcW w:w="3362" w:type="dxa"/>
            <w:vAlign w:val="center"/>
          </w:tcPr>
          <w:p w14:paraId="26C53E4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นายชยพล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ชุ่มชิด</w:t>
            </w:r>
          </w:p>
        </w:tc>
        <w:tc>
          <w:tcPr>
            <w:tcW w:w="1633" w:type="dxa"/>
            <w:vAlign w:val="center"/>
          </w:tcPr>
          <w:p w14:paraId="77F3A5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591498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ECB91E2" w14:textId="77777777" w:rsidTr="005E6784">
        <w:trPr>
          <w:jc w:val="center"/>
        </w:trPr>
        <w:tc>
          <w:tcPr>
            <w:tcW w:w="1412" w:type="dxa"/>
            <w:vAlign w:val="center"/>
          </w:tcPr>
          <w:p w14:paraId="660212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</w:t>
            </w:r>
          </w:p>
        </w:tc>
        <w:tc>
          <w:tcPr>
            <w:tcW w:w="1706" w:type="dxa"/>
            <w:vAlign w:val="center"/>
          </w:tcPr>
          <w:p w14:paraId="7893174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12696</w:t>
            </w:r>
          </w:p>
        </w:tc>
        <w:tc>
          <w:tcPr>
            <w:tcW w:w="3362" w:type="dxa"/>
            <w:vAlign w:val="center"/>
          </w:tcPr>
          <w:p w14:paraId="3DF164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นายณัฐพงศ์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รักษ์สัตย์</w:t>
            </w:r>
          </w:p>
        </w:tc>
        <w:tc>
          <w:tcPr>
            <w:tcW w:w="1633" w:type="dxa"/>
            <w:vAlign w:val="center"/>
          </w:tcPr>
          <w:p w14:paraId="70AFFED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2ACF53B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6ED4F5F" w14:textId="77777777" w:rsidTr="005E6784">
        <w:trPr>
          <w:jc w:val="center"/>
        </w:trPr>
        <w:tc>
          <w:tcPr>
            <w:tcW w:w="1412" w:type="dxa"/>
            <w:vAlign w:val="center"/>
          </w:tcPr>
          <w:p w14:paraId="12A8755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15</w:t>
            </w:r>
          </w:p>
        </w:tc>
        <w:tc>
          <w:tcPr>
            <w:tcW w:w="1706" w:type="dxa"/>
            <w:vAlign w:val="center"/>
          </w:tcPr>
          <w:p w14:paraId="63AAC70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12697</w:t>
            </w:r>
          </w:p>
        </w:tc>
        <w:tc>
          <w:tcPr>
            <w:tcW w:w="3362" w:type="dxa"/>
            <w:vAlign w:val="center"/>
          </w:tcPr>
          <w:p w14:paraId="29A310E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ศรีงามเมือง</w:t>
            </w:r>
          </w:p>
        </w:tc>
        <w:tc>
          <w:tcPr>
            <w:tcW w:w="1633" w:type="dxa"/>
            <w:vAlign w:val="center"/>
          </w:tcPr>
          <w:p w14:paraId="6FCBEC7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7D3C8C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8EA8295" w14:textId="77777777" w:rsidTr="005E6784">
        <w:trPr>
          <w:jc w:val="center"/>
        </w:trPr>
        <w:tc>
          <w:tcPr>
            <w:tcW w:w="1412" w:type="dxa"/>
            <w:vAlign w:val="center"/>
          </w:tcPr>
          <w:p w14:paraId="290A9B7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</w:t>
            </w:r>
          </w:p>
        </w:tc>
        <w:tc>
          <w:tcPr>
            <w:tcW w:w="1706" w:type="dxa"/>
            <w:vAlign w:val="center"/>
          </w:tcPr>
          <w:p w14:paraId="16FC228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12698</w:t>
            </w:r>
          </w:p>
        </w:tc>
        <w:tc>
          <w:tcPr>
            <w:tcW w:w="3362" w:type="dxa"/>
            <w:vAlign w:val="center"/>
          </w:tcPr>
          <w:p w14:paraId="61C4F17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นายธนกฤต ชัยดี</w:t>
            </w:r>
          </w:p>
        </w:tc>
        <w:tc>
          <w:tcPr>
            <w:tcW w:w="1633" w:type="dxa"/>
            <w:vAlign w:val="center"/>
          </w:tcPr>
          <w:p w14:paraId="5B6FBE4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68E3095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95054EE" w14:textId="77777777" w:rsidTr="005E6784">
        <w:trPr>
          <w:jc w:val="center"/>
        </w:trPr>
        <w:tc>
          <w:tcPr>
            <w:tcW w:w="1412" w:type="dxa"/>
            <w:vAlign w:val="center"/>
          </w:tcPr>
          <w:p w14:paraId="07A0738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</w:t>
            </w:r>
          </w:p>
        </w:tc>
        <w:tc>
          <w:tcPr>
            <w:tcW w:w="1706" w:type="dxa"/>
            <w:vAlign w:val="center"/>
          </w:tcPr>
          <w:p w14:paraId="317C12D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12699</w:t>
            </w:r>
          </w:p>
        </w:tc>
        <w:tc>
          <w:tcPr>
            <w:tcW w:w="3362" w:type="dxa"/>
            <w:vAlign w:val="center"/>
          </w:tcPr>
          <w:p w14:paraId="7FEBF9C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นายธนพัฒน์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สีม่วงงาม</w:t>
            </w:r>
          </w:p>
        </w:tc>
        <w:tc>
          <w:tcPr>
            <w:tcW w:w="1633" w:type="dxa"/>
            <w:vAlign w:val="center"/>
          </w:tcPr>
          <w:p w14:paraId="1AD942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1BDF872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8C046B8" w14:textId="77777777" w:rsidTr="005E6784">
        <w:trPr>
          <w:jc w:val="center"/>
        </w:trPr>
        <w:tc>
          <w:tcPr>
            <w:tcW w:w="1412" w:type="dxa"/>
            <w:vAlign w:val="center"/>
          </w:tcPr>
          <w:p w14:paraId="49D71B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</w:t>
            </w:r>
          </w:p>
        </w:tc>
        <w:tc>
          <w:tcPr>
            <w:tcW w:w="1706" w:type="dxa"/>
            <w:vAlign w:val="center"/>
          </w:tcPr>
          <w:p w14:paraId="5C34E35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12700</w:t>
            </w:r>
          </w:p>
        </w:tc>
        <w:tc>
          <w:tcPr>
            <w:tcW w:w="3362" w:type="dxa"/>
            <w:vAlign w:val="center"/>
          </w:tcPr>
          <w:p w14:paraId="740152F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นายธนาพล ชัยวัฒน์</w:t>
            </w:r>
          </w:p>
        </w:tc>
        <w:tc>
          <w:tcPr>
            <w:tcW w:w="1633" w:type="dxa"/>
            <w:vAlign w:val="center"/>
          </w:tcPr>
          <w:p w14:paraId="71D9DFC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4E6B62F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9386918" w14:textId="77777777" w:rsidTr="005E6784">
        <w:trPr>
          <w:jc w:val="center"/>
        </w:trPr>
        <w:tc>
          <w:tcPr>
            <w:tcW w:w="1412" w:type="dxa"/>
            <w:vAlign w:val="center"/>
          </w:tcPr>
          <w:p w14:paraId="5365C2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19</w:t>
            </w:r>
          </w:p>
        </w:tc>
        <w:tc>
          <w:tcPr>
            <w:tcW w:w="1706" w:type="dxa"/>
            <w:vAlign w:val="center"/>
          </w:tcPr>
          <w:p w14:paraId="01D187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12701</w:t>
            </w:r>
          </w:p>
        </w:tc>
        <w:tc>
          <w:tcPr>
            <w:tcW w:w="3362" w:type="dxa"/>
            <w:vAlign w:val="center"/>
          </w:tcPr>
          <w:p w14:paraId="5E535D3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นายธีรสิทธิ์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อ่อนนิภา</w:t>
            </w:r>
          </w:p>
        </w:tc>
        <w:tc>
          <w:tcPr>
            <w:tcW w:w="1633" w:type="dxa"/>
            <w:vAlign w:val="center"/>
          </w:tcPr>
          <w:p w14:paraId="3F2D265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42238F2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FC4838C" w14:textId="77777777" w:rsidTr="005E6784">
        <w:trPr>
          <w:jc w:val="center"/>
        </w:trPr>
        <w:tc>
          <w:tcPr>
            <w:tcW w:w="1412" w:type="dxa"/>
            <w:vAlign w:val="center"/>
          </w:tcPr>
          <w:p w14:paraId="34249CF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</w:t>
            </w:r>
          </w:p>
        </w:tc>
        <w:tc>
          <w:tcPr>
            <w:tcW w:w="1706" w:type="dxa"/>
            <w:vAlign w:val="center"/>
          </w:tcPr>
          <w:p w14:paraId="7BA6114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12702</w:t>
            </w:r>
          </w:p>
        </w:tc>
        <w:tc>
          <w:tcPr>
            <w:tcW w:w="3362" w:type="dxa"/>
            <w:vAlign w:val="center"/>
          </w:tcPr>
          <w:p w14:paraId="2CF2E74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นายภณวัจน์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ป้อมจันอัด</w:t>
            </w:r>
          </w:p>
        </w:tc>
        <w:tc>
          <w:tcPr>
            <w:tcW w:w="1633" w:type="dxa"/>
            <w:vAlign w:val="center"/>
          </w:tcPr>
          <w:p w14:paraId="7D9F78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69CE05E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8A72CD0" w14:textId="77777777" w:rsidTr="005E6784">
        <w:trPr>
          <w:jc w:val="center"/>
        </w:trPr>
        <w:tc>
          <w:tcPr>
            <w:tcW w:w="1412" w:type="dxa"/>
            <w:vAlign w:val="center"/>
          </w:tcPr>
          <w:p w14:paraId="50F7608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21</w:t>
            </w:r>
          </w:p>
        </w:tc>
        <w:tc>
          <w:tcPr>
            <w:tcW w:w="1706" w:type="dxa"/>
            <w:vAlign w:val="center"/>
          </w:tcPr>
          <w:p w14:paraId="3D3F36F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12703</w:t>
            </w:r>
          </w:p>
        </w:tc>
        <w:tc>
          <w:tcPr>
            <w:tcW w:w="3362" w:type="dxa"/>
            <w:vAlign w:val="center"/>
          </w:tcPr>
          <w:p w14:paraId="3D2CA1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นายมงคลชัย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ราชรินทร์</w:t>
            </w:r>
          </w:p>
        </w:tc>
        <w:tc>
          <w:tcPr>
            <w:tcW w:w="1633" w:type="dxa"/>
            <w:vAlign w:val="center"/>
          </w:tcPr>
          <w:p w14:paraId="74447FE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14.00</w:t>
            </w:r>
          </w:p>
        </w:tc>
        <w:tc>
          <w:tcPr>
            <w:tcW w:w="1962" w:type="dxa"/>
            <w:vAlign w:val="center"/>
          </w:tcPr>
          <w:p w14:paraId="02EAE6D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9A21E9C" w14:textId="77777777" w:rsidTr="005E6784">
        <w:trPr>
          <w:jc w:val="center"/>
        </w:trPr>
        <w:tc>
          <w:tcPr>
            <w:tcW w:w="1412" w:type="dxa"/>
            <w:vAlign w:val="center"/>
          </w:tcPr>
          <w:p w14:paraId="106EE5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</w:t>
            </w:r>
          </w:p>
        </w:tc>
        <w:tc>
          <w:tcPr>
            <w:tcW w:w="1706" w:type="dxa"/>
            <w:vAlign w:val="center"/>
          </w:tcPr>
          <w:p w14:paraId="0965855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12704</w:t>
            </w:r>
          </w:p>
        </w:tc>
        <w:tc>
          <w:tcPr>
            <w:tcW w:w="3362" w:type="dxa"/>
            <w:vAlign w:val="center"/>
          </w:tcPr>
          <w:p w14:paraId="16B884D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นายรัฐภูมิ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กลิ่นตั้น</w:t>
            </w:r>
          </w:p>
        </w:tc>
        <w:tc>
          <w:tcPr>
            <w:tcW w:w="1633" w:type="dxa"/>
            <w:vAlign w:val="center"/>
          </w:tcPr>
          <w:p w14:paraId="3FCD6A2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466E899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5F7ABF4" w14:textId="77777777" w:rsidTr="005E6784">
        <w:trPr>
          <w:jc w:val="center"/>
        </w:trPr>
        <w:tc>
          <w:tcPr>
            <w:tcW w:w="1412" w:type="dxa"/>
            <w:vAlign w:val="center"/>
          </w:tcPr>
          <w:p w14:paraId="7B7D009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23</w:t>
            </w:r>
          </w:p>
        </w:tc>
        <w:tc>
          <w:tcPr>
            <w:tcW w:w="1706" w:type="dxa"/>
            <w:vAlign w:val="center"/>
          </w:tcPr>
          <w:p w14:paraId="058C8A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12705</w:t>
            </w:r>
          </w:p>
        </w:tc>
        <w:tc>
          <w:tcPr>
            <w:tcW w:w="3362" w:type="dxa"/>
            <w:vAlign w:val="center"/>
          </w:tcPr>
          <w:p w14:paraId="7BA4954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นายราเชน กุลศักดิ์</w:t>
            </w:r>
          </w:p>
        </w:tc>
        <w:tc>
          <w:tcPr>
            <w:tcW w:w="1633" w:type="dxa"/>
            <w:vAlign w:val="center"/>
          </w:tcPr>
          <w:p w14:paraId="7400BFC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5BCA2B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2CA06DE" w14:textId="77777777" w:rsidTr="005E6784">
        <w:trPr>
          <w:jc w:val="center"/>
        </w:trPr>
        <w:tc>
          <w:tcPr>
            <w:tcW w:w="1412" w:type="dxa"/>
            <w:vAlign w:val="center"/>
          </w:tcPr>
          <w:p w14:paraId="398C96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</w:t>
            </w:r>
          </w:p>
        </w:tc>
        <w:tc>
          <w:tcPr>
            <w:tcW w:w="1706" w:type="dxa"/>
            <w:vAlign w:val="center"/>
          </w:tcPr>
          <w:p w14:paraId="61858E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12706</w:t>
            </w:r>
          </w:p>
        </w:tc>
        <w:tc>
          <w:tcPr>
            <w:tcW w:w="3362" w:type="dxa"/>
            <w:vAlign w:val="center"/>
          </w:tcPr>
          <w:p w14:paraId="5BB3179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นายวรัญญู มารทัศน์</w:t>
            </w:r>
          </w:p>
        </w:tc>
        <w:tc>
          <w:tcPr>
            <w:tcW w:w="1633" w:type="dxa"/>
            <w:vAlign w:val="center"/>
          </w:tcPr>
          <w:p w14:paraId="009DEB1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455040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25E6D9F" w14:textId="77777777" w:rsidTr="005E6784">
        <w:trPr>
          <w:jc w:val="center"/>
        </w:trPr>
        <w:tc>
          <w:tcPr>
            <w:tcW w:w="1412" w:type="dxa"/>
            <w:vAlign w:val="center"/>
          </w:tcPr>
          <w:p w14:paraId="0B76522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25</w:t>
            </w:r>
          </w:p>
        </w:tc>
        <w:tc>
          <w:tcPr>
            <w:tcW w:w="1706" w:type="dxa"/>
            <w:vAlign w:val="center"/>
          </w:tcPr>
          <w:p w14:paraId="553B9F4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12707</w:t>
            </w:r>
          </w:p>
        </w:tc>
        <w:tc>
          <w:tcPr>
            <w:tcW w:w="3362" w:type="dxa"/>
            <w:vAlign w:val="center"/>
          </w:tcPr>
          <w:p w14:paraId="6B5953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นายศรายุทธ วิสัยบูลย์</w:t>
            </w:r>
          </w:p>
        </w:tc>
        <w:tc>
          <w:tcPr>
            <w:tcW w:w="1633" w:type="dxa"/>
            <w:vAlign w:val="center"/>
          </w:tcPr>
          <w:p w14:paraId="5CED317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128EFB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92A7C88" w14:textId="77777777" w:rsidTr="005E6784">
        <w:trPr>
          <w:jc w:val="center"/>
        </w:trPr>
        <w:tc>
          <w:tcPr>
            <w:tcW w:w="1412" w:type="dxa"/>
            <w:vAlign w:val="center"/>
          </w:tcPr>
          <w:p w14:paraId="4BA01C3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</w:t>
            </w:r>
          </w:p>
        </w:tc>
        <w:tc>
          <w:tcPr>
            <w:tcW w:w="1706" w:type="dxa"/>
            <w:vAlign w:val="center"/>
          </w:tcPr>
          <w:p w14:paraId="58665CD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12708</w:t>
            </w:r>
          </w:p>
        </w:tc>
        <w:tc>
          <w:tcPr>
            <w:tcW w:w="3362" w:type="dxa"/>
            <w:vAlign w:val="center"/>
          </w:tcPr>
          <w:p w14:paraId="6A038F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นายสุรเชษฐ์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ฉิมกลางดอน</w:t>
            </w:r>
          </w:p>
        </w:tc>
        <w:tc>
          <w:tcPr>
            <w:tcW w:w="1633" w:type="dxa"/>
            <w:vAlign w:val="center"/>
          </w:tcPr>
          <w:p w14:paraId="25AB99D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4339BD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FAD8C08" w14:textId="77777777" w:rsidTr="005E6784">
        <w:trPr>
          <w:jc w:val="center"/>
        </w:trPr>
        <w:tc>
          <w:tcPr>
            <w:tcW w:w="1412" w:type="dxa"/>
            <w:vAlign w:val="center"/>
          </w:tcPr>
          <w:p w14:paraId="0DF835D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27</w:t>
            </w:r>
          </w:p>
        </w:tc>
        <w:tc>
          <w:tcPr>
            <w:tcW w:w="1706" w:type="dxa"/>
            <w:vAlign w:val="center"/>
          </w:tcPr>
          <w:p w14:paraId="06372B9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12709</w:t>
            </w:r>
          </w:p>
        </w:tc>
        <w:tc>
          <w:tcPr>
            <w:tcW w:w="3362" w:type="dxa"/>
            <w:vAlign w:val="center"/>
          </w:tcPr>
          <w:p w14:paraId="0D8F09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นายอานนท์ วันศุกร์</w:t>
            </w:r>
          </w:p>
        </w:tc>
        <w:tc>
          <w:tcPr>
            <w:tcW w:w="1633" w:type="dxa"/>
            <w:vAlign w:val="center"/>
          </w:tcPr>
          <w:p w14:paraId="437428C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5A4DA48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222526B" w14:textId="77777777" w:rsidTr="005E6784">
        <w:trPr>
          <w:jc w:val="center"/>
        </w:trPr>
        <w:tc>
          <w:tcPr>
            <w:tcW w:w="1412" w:type="dxa"/>
            <w:vAlign w:val="center"/>
          </w:tcPr>
          <w:p w14:paraId="6FE2099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</w:t>
            </w:r>
          </w:p>
        </w:tc>
        <w:tc>
          <w:tcPr>
            <w:tcW w:w="1706" w:type="dxa"/>
            <w:vAlign w:val="center"/>
          </w:tcPr>
          <w:p w14:paraId="4D95C0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050659E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นายกตัญญู ชูรัตน์</w:t>
            </w:r>
          </w:p>
        </w:tc>
        <w:tc>
          <w:tcPr>
            <w:tcW w:w="1633" w:type="dxa"/>
            <w:vAlign w:val="center"/>
          </w:tcPr>
          <w:p w14:paraId="5FB381E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048B615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47051C4" w14:textId="77777777" w:rsidTr="005E6784">
        <w:trPr>
          <w:jc w:val="center"/>
        </w:trPr>
        <w:tc>
          <w:tcPr>
            <w:tcW w:w="1412" w:type="dxa"/>
            <w:vAlign w:val="center"/>
          </w:tcPr>
          <w:p w14:paraId="29C0D0D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29</w:t>
            </w:r>
          </w:p>
        </w:tc>
        <w:tc>
          <w:tcPr>
            <w:tcW w:w="1706" w:type="dxa"/>
            <w:vAlign w:val="center"/>
          </w:tcPr>
          <w:p w14:paraId="6518158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67FEC4F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นายวีรภัทร ทองแดง</w:t>
            </w:r>
          </w:p>
        </w:tc>
        <w:tc>
          <w:tcPr>
            <w:tcW w:w="1633" w:type="dxa"/>
            <w:vAlign w:val="center"/>
          </w:tcPr>
          <w:p w14:paraId="33D636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3C00595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544EB16" w14:textId="77777777" w:rsidTr="005E6784">
        <w:trPr>
          <w:jc w:val="center"/>
        </w:trPr>
        <w:tc>
          <w:tcPr>
            <w:tcW w:w="1412" w:type="dxa"/>
            <w:vAlign w:val="center"/>
          </w:tcPr>
          <w:p w14:paraId="13FDD36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</w:t>
            </w:r>
          </w:p>
        </w:tc>
        <w:tc>
          <w:tcPr>
            <w:tcW w:w="1706" w:type="dxa"/>
            <w:vAlign w:val="center"/>
          </w:tcPr>
          <w:p w14:paraId="0BA2D7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11319</w:t>
            </w:r>
          </w:p>
        </w:tc>
        <w:tc>
          <w:tcPr>
            <w:tcW w:w="3362" w:type="dxa"/>
            <w:vAlign w:val="center"/>
          </w:tcPr>
          <w:p w14:paraId="012F4A5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นางสาวกมลวรรณ สุสุข</w:t>
            </w:r>
          </w:p>
        </w:tc>
        <w:tc>
          <w:tcPr>
            <w:tcW w:w="1633" w:type="dxa"/>
            <w:vAlign w:val="center"/>
          </w:tcPr>
          <w:p w14:paraId="0E449C7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793444E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2E6FCF4" w14:textId="77777777" w:rsidTr="005E6784">
        <w:trPr>
          <w:jc w:val="center"/>
        </w:trPr>
        <w:tc>
          <w:tcPr>
            <w:tcW w:w="1412" w:type="dxa"/>
            <w:vAlign w:val="center"/>
          </w:tcPr>
          <w:p w14:paraId="1FFB89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31</w:t>
            </w:r>
          </w:p>
        </w:tc>
        <w:tc>
          <w:tcPr>
            <w:tcW w:w="1706" w:type="dxa"/>
            <w:vAlign w:val="center"/>
          </w:tcPr>
          <w:p w14:paraId="0FC4A9D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11409</w:t>
            </w:r>
          </w:p>
        </w:tc>
        <w:tc>
          <w:tcPr>
            <w:tcW w:w="3362" w:type="dxa"/>
            <w:vAlign w:val="center"/>
          </w:tcPr>
          <w:p w14:paraId="06B342F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นางสาวสมิตา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บุตรเกิด</w:t>
            </w:r>
          </w:p>
        </w:tc>
        <w:tc>
          <w:tcPr>
            <w:tcW w:w="1633" w:type="dxa"/>
            <w:vAlign w:val="center"/>
          </w:tcPr>
          <w:p w14:paraId="261DC71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5F6C904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BF54EE8" w14:textId="77777777" w:rsidTr="005E6784">
        <w:trPr>
          <w:jc w:val="center"/>
        </w:trPr>
        <w:tc>
          <w:tcPr>
            <w:tcW w:w="1412" w:type="dxa"/>
            <w:vAlign w:val="center"/>
          </w:tcPr>
          <w:p w14:paraId="528319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</w:t>
            </w:r>
          </w:p>
        </w:tc>
        <w:tc>
          <w:tcPr>
            <w:tcW w:w="1706" w:type="dxa"/>
            <w:vAlign w:val="center"/>
          </w:tcPr>
          <w:p w14:paraId="0A7DA1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12710</w:t>
            </w:r>
          </w:p>
        </w:tc>
        <w:tc>
          <w:tcPr>
            <w:tcW w:w="3362" w:type="dxa"/>
            <w:vAlign w:val="center"/>
          </w:tcPr>
          <w:p w14:paraId="10AC4B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นางสาวกมลเนตร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ทัดกลาง</w:t>
            </w:r>
          </w:p>
        </w:tc>
        <w:tc>
          <w:tcPr>
            <w:tcW w:w="1633" w:type="dxa"/>
            <w:vAlign w:val="center"/>
          </w:tcPr>
          <w:p w14:paraId="3CC8634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6E966D8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79AAF3E" w14:textId="77777777" w:rsidTr="005E6784">
        <w:trPr>
          <w:jc w:val="center"/>
        </w:trPr>
        <w:tc>
          <w:tcPr>
            <w:tcW w:w="1412" w:type="dxa"/>
            <w:vAlign w:val="center"/>
          </w:tcPr>
          <w:p w14:paraId="2CE0D2D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4805D4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12711</w:t>
            </w:r>
          </w:p>
        </w:tc>
        <w:tc>
          <w:tcPr>
            <w:tcW w:w="3362" w:type="dxa"/>
            <w:vAlign w:val="center"/>
          </w:tcPr>
          <w:p w14:paraId="22B074C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นางสาวญานิน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รอดอารี</w:t>
            </w:r>
          </w:p>
        </w:tc>
        <w:tc>
          <w:tcPr>
            <w:tcW w:w="1633" w:type="dxa"/>
            <w:vAlign w:val="center"/>
          </w:tcPr>
          <w:p w14:paraId="667C1E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429E8D2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620700A" w14:textId="77777777" w:rsidTr="005E6784">
        <w:trPr>
          <w:jc w:val="center"/>
        </w:trPr>
        <w:tc>
          <w:tcPr>
            <w:tcW w:w="1412" w:type="dxa"/>
            <w:vAlign w:val="center"/>
          </w:tcPr>
          <w:p w14:paraId="6441CA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</w:t>
            </w:r>
          </w:p>
        </w:tc>
        <w:tc>
          <w:tcPr>
            <w:tcW w:w="1706" w:type="dxa"/>
            <w:vAlign w:val="center"/>
          </w:tcPr>
          <w:p w14:paraId="4B09DB1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12712</w:t>
            </w:r>
          </w:p>
        </w:tc>
        <w:tc>
          <w:tcPr>
            <w:tcW w:w="3362" w:type="dxa"/>
            <w:vAlign w:val="center"/>
          </w:tcPr>
          <w:p w14:paraId="5426E5A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นางสาวณิชกานต์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ทวีพูน</w:t>
            </w:r>
          </w:p>
        </w:tc>
        <w:tc>
          <w:tcPr>
            <w:tcW w:w="1633" w:type="dxa"/>
            <w:vAlign w:val="center"/>
          </w:tcPr>
          <w:p w14:paraId="73464CB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6AFA79D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D0739F4" w14:textId="77777777" w:rsidTr="005E6784">
        <w:trPr>
          <w:jc w:val="center"/>
        </w:trPr>
        <w:tc>
          <w:tcPr>
            <w:tcW w:w="1412" w:type="dxa"/>
            <w:vAlign w:val="center"/>
          </w:tcPr>
          <w:p w14:paraId="4577082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</w:t>
            </w:r>
          </w:p>
        </w:tc>
        <w:tc>
          <w:tcPr>
            <w:tcW w:w="1706" w:type="dxa"/>
            <w:vAlign w:val="center"/>
          </w:tcPr>
          <w:p w14:paraId="027F7AF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12713</w:t>
            </w:r>
          </w:p>
        </w:tc>
        <w:tc>
          <w:tcPr>
            <w:tcW w:w="3362" w:type="dxa"/>
            <w:vAlign w:val="center"/>
          </w:tcPr>
          <w:p w14:paraId="6F9CDFD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นางสาวปภานัน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มั่นอุ่นทะวงศ์</w:t>
            </w:r>
          </w:p>
        </w:tc>
        <w:tc>
          <w:tcPr>
            <w:tcW w:w="1633" w:type="dxa"/>
            <w:vAlign w:val="center"/>
          </w:tcPr>
          <w:p w14:paraId="70444F5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  <w:tc>
          <w:tcPr>
            <w:tcW w:w="1962" w:type="dxa"/>
            <w:vAlign w:val="center"/>
          </w:tcPr>
          <w:p w14:paraId="07A3ABE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D4A3198" w14:textId="77777777" w:rsidTr="005E6784">
        <w:trPr>
          <w:jc w:val="center"/>
        </w:trPr>
        <w:tc>
          <w:tcPr>
            <w:tcW w:w="1412" w:type="dxa"/>
            <w:vAlign w:val="center"/>
          </w:tcPr>
          <w:p w14:paraId="0947087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lastRenderedPageBreak/>
              <w:t>36</w:t>
            </w:r>
          </w:p>
        </w:tc>
        <w:tc>
          <w:tcPr>
            <w:tcW w:w="1706" w:type="dxa"/>
            <w:vAlign w:val="center"/>
          </w:tcPr>
          <w:p w14:paraId="051D0B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12714</w:t>
            </w:r>
          </w:p>
        </w:tc>
        <w:tc>
          <w:tcPr>
            <w:tcW w:w="3362" w:type="dxa"/>
            <w:vAlign w:val="center"/>
          </w:tcPr>
          <w:p w14:paraId="463E170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นางสาววราลี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ฮ้อยพรมมา</w:t>
            </w:r>
          </w:p>
        </w:tc>
        <w:tc>
          <w:tcPr>
            <w:tcW w:w="1633" w:type="dxa"/>
            <w:vAlign w:val="center"/>
          </w:tcPr>
          <w:p w14:paraId="5705C2C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130D38D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DC00F40" w14:textId="77777777" w:rsidTr="005E6784">
        <w:trPr>
          <w:jc w:val="center"/>
        </w:trPr>
        <w:tc>
          <w:tcPr>
            <w:tcW w:w="1412" w:type="dxa"/>
            <w:vAlign w:val="center"/>
          </w:tcPr>
          <w:p w14:paraId="225D9BD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</w:t>
            </w:r>
          </w:p>
        </w:tc>
        <w:tc>
          <w:tcPr>
            <w:tcW w:w="1706" w:type="dxa"/>
            <w:vAlign w:val="center"/>
          </w:tcPr>
          <w:p w14:paraId="7C3058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12715</w:t>
            </w:r>
          </w:p>
        </w:tc>
        <w:tc>
          <w:tcPr>
            <w:tcW w:w="3362" w:type="dxa"/>
            <w:vAlign w:val="center"/>
          </w:tcPr>
          <w:p w14:paraId="65B6849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นางสาวสุพัตรา จันดา</w:t>
            </w:r>
          </w:p>
        </w:tc>
        <w:tc>
          <w:tcPr>
            <w:tcW w:w="1633" w:type="dxa"/>
            <w:vAlign w:val="center"/>
          </w:tcPr>
          <w:p w14:paraId="260959B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4FC3988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6F28B2E" w14:textId="77777777" w:rsidTr="005E6784">
        <w:trPr>
          <w:jc w:val="center"/>
        </w:trPr>
        <w:tc>
          <w:tcPr>
            <w:tcW w:w="1412" w:type="dxa"/>
            <w:vAlign w:val="center"/>
          </w:tcPr>
          <w:p w14:paraId="6C15BC4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</w:t>
            </w:r>
          </w:p>
        </w:tc>
        <w:tc>
          <w:tcPr>
            <w:tcW w:w="1706" w:type="dxa"/>
            <w:vAlign w:val="center"/>
          </w:tcPr>
          <w:p w14:paraId="18E5BCB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12716</w:t>
            </w:r>
          </w:p>
        </w:tc>
        <w:tc>
          <w:tcPr>
            <w:tcW w:w="3362" w:type="dxa"/>
            <w:vAlign w:val="center"/>
          </w:tcPr>
          <w:p w14:paraId="4084FA1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นางสาวสุพิชฌา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เชื่อมโคกสูง</w:t>
            </w:r>
          </w:p>
        </w:tc>
        <w:tc>
          <w:tcPr>
            <w:tcW w:w="1633" w:type="dxa"/>
            <w:vAlign w:val="center"/>
          </w:tcPr>
          <w:p w14:paraId="487A2C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1200776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69670AF" w14:textId="77777777" w:rsidTr="005E6784">
        <w:trPr>
          <w:jc w:val="center"/>
        </w:trPr>
        <w:tc>
          <w:tcPr>
            <w:tcW w:w="1412" w:type="dxa"/>
            <w:vAlign w:val="center"/>
          </w:tcPr>
          <w:p w14:paraId="11D243D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39</w:t>
            </w:r>
          </w:p>
        </w:tc>
        <w:tc>
          <w:tcPr>
            <w:tcW w:w="1706" w:type="dxa"/>
            <w:vAlign w:val="center"/>
          </w:tcPr>
          <w:p w14:paraId="4A8191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12717</w:t>
            </w:r>
          </w:p>
        </w:tc>
        <w:tc>
          <w:tcPr>
            <w:tcW w:w="3362" w:type="dxa"/>
            <w:vAlign w:val="center"/>
          </w:tcPr>
          <w:p w14:paraId="67A5B86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นางสาวสุริยาพร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หรื่เรไร</w:t>
            </w:r>
          </w:p>
        </w:tc>
        <w:tc>
          <w:tcPr>
            <w:tcW w:w="1633" w:type="dxa"/>
            <w:vAlign w:val="center"/>
          </w:tcPr>
          <w:p w14:paraId="5B9FE8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20A2F4C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C59CE1E" w14:textId="77777777" w:rsidTr="005E6784">
        <w:trPr>
          <w:jc w:val="center"/>
        </w:trPr>
        <w:tc>
          <w:tcPr>
            <w:tcW w:w="1412" w:type="dxa"/>
            <w:vAlign w:val="center"/>
          </w:tcPr>
          <w:p w14:paraId="746DA7F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</w:t>
            </w:r>
          </w:p>
        </w:tc>
        <w:tc>
          <w:tcPr>
            <w:tcW w:w="1706" w:type="dxa"/>
            <w:vAlign w:val="center"/>
          </w:tcPr>
          <w:p w14:paraId="2DD27A8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12718</w:t>
            </w:r>
          </w:p>
        </w:tc>
        <w:tc>
          <w:tcPr>
            <w:tcW w:w="3362" w:type="dxa"/>
            <w:vAlign w:val="center"/>
          </w:tcPr>
          <w:p w14:paraId="7EB2D91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นางสาวอรนิต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ดิษฐ์สูงเนิน</w:t>
            </w:r>
          </w:p>
        </w:tc>
        <w:tc>
          <w:tcPr>
            <w:tcW w:w="1633" w:type="dxa"/>
            <w:vAlign w:val="center"/>
          </w:tcPr>
          <w:p w14:paraId="2E4032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12.00</w:t>
            </w:r>
          </w:p>
        </w:tc>
        <w:tc>
          <w:tcPr>
            <w:tcW w:w="1962" w:type="dxa"/>
            <w:vAlign w:val="center"/>
          </w:tcPr>
          <w:p w14:paraId="6FDC95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</w:tbl>
    <w:p w14:paraId="142629BD" w14:textId="77777777" w:rsidR="005E6784" w:rsidRDefault="005E6784">
      <w:r>
        <w:rPr>
          <w:rFonts w:hint="eastAsia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357"/>
        <w:gridCol w:w="1684"/>
        <w:gridCol w:w="3266"/>
        <w:gridCol w:w="1581"/>
        <w:gridCol w:w="1961"/>
      </w:tblGrid>
      <w:tr w:rsidR="000F23F0" w:rsidRPr="000F23F0" w14:paraId="211D4495" w14:textId="77777777" w:rsidTr="005E6784">
        <w:trPr>
          <w:jc w:val="center"/>
        </w:trPr>
        <w:tc>
          <w:tcPr>
            <w:tcW w:w="1412" w:type="dxa"/>
            <w:vAlign w:val="center"/>
          </w:tcPr>
          <w:p w14:paraId="1C455900" w14:textId="678C8062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lastRenderedPageBreak/>
              <w:t>ที่</w:t>
            </w:r>
          </w:p>
        </w:tc>
        <w:tc>
          <w:tcPr>
            <w:tcW w:w="1706" w:type="dxa"/>
            <w:vAlign w:val="center"/>
          </w:tcPr>
          <w:p w14:paraId="2B74117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  <w:tc>
          <w:tcPr>
            <w:tcW w:w="3362" w:type="dxa"/>
            <w:vAlign w:val="center"/>
          </w:tcPr>
          <w:p w14:paraId="1ECEF27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  <w:tc>
          <w:tcPr>
            <w:tcW w:w="1633" w:type="dxa"/>
            <w:vAlign w:val="center"/>
          </w:tcPr>
          <w:p w14:paraId="0438E98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1962" w:type="dxa"/>
            <w:vAlign w:val="center"/>
          </w:tcPr>
          <w:p w14:paraId="16644E5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0F23F0" w:rsidRPr="000F23F0" w14:paraId="7887141C" w14:textId="77777777" w:rsidTr="005E6784">
        <w:trPr>
          <w:jc w:val="center"/>
        </w:trPr>
        <w:tc>
          <w:tcPr>
            <w:tcW w:w="1412" w:type="dxa"/>
            <w:vAlign w:val="center"/>
          </w:tcPr>
          <w:p w14:paraId="7ADCC2B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1706" w:type="dxa"/>
            <w:vAlign w:val="center"/>
          </w:tcPr>
          <w:p w14:paraId="02270EB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11241</w:t>
            </w:r>
          </w:p>
        </w:tc>
        <w:tc>
          <w:tcPr>
            <w:tcW w:w="3362" w:type="dxa"/>
            <w:vAlign w:val="center"/>
          </w:tcPr>
          <w:p w14:paraId="2F6B944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 จีรวัฒน์  พลสุภี</w:t>
            </w:r>
          </w:p>
        </w:tc>
        <w:tc>
          <w:tcPr>
            <w:tcW w:w="1633" w:type="dxa"/>
            <w:vAlign w:val="center"/>
          </w:tcPr>
          <w:p w14:paraId="4D23A0C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6ADB423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B8F453D" w14:textId="77777777" w:rsidTr="005E6784">
        <w:trPr>
          <w:jc w:val="center"/>
        </w:trPr>
        <w:tc>
          <w:tcPr>
            <w:tcW w:w="1412" w:type="dxa"/>
            <w:vAlign w:val="center"/>
          </w:tcPr>
          <w:p w14:paraId="711B6CE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1706" w:type="dxa"/>
            <w:vAlign w:val="center"/>
          </w:tcPr>
          <w:p w14:paraId="442EE2E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11427</w:t>
            </w:r>
          </w:p>
        </w:tc>
        <w:tc>
          <w:tcPr>
            <w:tcW w:w="3362" w:type="dxa"/>
            <w:vAlign w:val="center"/>
          </w:tcPr>
          <w:p w14:paraId="55C41FF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 พีรพัฒน์ กาญจนะ</w:t>
            </w:r>
          </w:p>
        </w:tc>
        <w:tc>
          <w:tcPr>
            <w:tcW w:w="1633" w:type="dxa"/>
            <w:vAlign w:val="center"/>
          </w:tcPr>
          <w:p w14:paraId="600B5B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2EC94CA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6388619" w14:textId="77777777" w:rsidTr="005E6784">
        <w:trPr>
          <w:jc w:val="center"/>
        </w:trPr>
        <w:tc>
          <w:tcPr>
            <w:tcW w:w="1412" w:type="dxa"/>
            <w:vAlign w:val="center"/>
          </w:tcPr>
          <w:p w14:paraId="42601E6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1706" w:type="dxa"/>
            <w:vAlign w:val="center"/>
          </w:tcPr>
          <w:p w14:paraId="7C7C6A1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11395</w:t>
            </w:r>
          </w:p>
        </w:tc>
        <w:tc>
          <w:tcPr>
            <w:tcW w:w="3362" w:type="dxa"/>
            <w:vAlign w:val="center"/>
          </w:tcPr>
          <w:p w14:paraId="4BFF693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นายเสริมทรัพย์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กลิ่นบุหงา</w:t>
            </w:r>
          </w:p>
        </w:tc>
        <w:tc>
          <w:tcPr>
            <w:tcW w:w="1633" w:type="dxa"/>
            <w:vAlign w:val="center"/>
          </w:tcPr>
          <w:p w14:paraId="20747A4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  <w:tc>
          <w:tcPr>
            <w:tcW w:w="1962" w:type="dxa"/>
            <w:vAlign w:val="center"/>
          </w:tcPr>
          <w:p w14:paraId="2F832BE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70846B8" w14:textId="77777777" w:rsidTr="005E6784">
        <w:trPr>
          <w:jc w:val="center"/>
        </w:trPr>
        <w:tc>
          <w:tcPr>
            <w:tcW w:w="1412" w:type="dxa"/>
            <w:vAlign w:val="center"/>
          </w:tcPr>
          <w:p w14:paraId="517D61F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1706" w:type="dxa"/>
            <w:vAlign w:val="center"/>
          </w:tcPr>
          <w:p w14:paraId="52244EB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12719</w:t>
            </w:r>
          </w:p>
        </w:tc>
        <w:tc>
          <w:tcPr>
            <w:tcW w:w="3362" w:type="dxa"/>
            <w:vAlign w:val="center"/>
          </w:tcPr>
          <w:p w14:paraId="55ECCAB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 กิตติศักดิ์ เพิ่มพูน</w:t>
            </w:r>
          </w:p>
        </w:tc>
        <w:tc>
          <w:tcPr>
            <w:tcW w:w="1633" w:type="dxa"/>
            <w:vAlign w:val="center"/>
          </w:tcPr>
          <w:p w14:paraId="7829176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5B73DD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AF7A2DE" w14:textId="77777777" w:rsidTr="005E6784">
        <w:trPr>
          <w:jc w:val="center"/>
        </w:trPr>
        <w:tc>
          <w:tcPr>
            <w:tcW w:w="1412" w:type="dxa"/>
            <w:vAlign w:val="center"/>
          </w:tcPr>
          <w:p w14:paraId="638DAD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</w:t>
            </w:r>
          </w:p>
        </w:tc>
        <w:tc>
          <w:tcPr>
            <w:tcW w:w="1706" w:type="dxa"/>
            <w:vAlign w:val="center"/>
          </w:tcPr>
          <w:p w14:paraId="4D34AC0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12720</w:t>
            </w:r>
          </w:p>
        </w:tc>
        <w:tc>
          <w:tcPr>
            <w:tcW w:w="3362" w:type="dxa"/>
            <w:vAlign w:val="center"/>
          </w:tcPr>
          <w:p w14:paraId="78B78BD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นายอดิศร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คงสนิทพะเนาว์</w:t>
            </w:r>
          </w:p>
        </w:tc>
        <w:tc>
          <w:tcPr>
            <w:tcW w:w="1633" w:type="dxa"/>
            <w:vAlign w:val="center"/>
          </w:tcPr>
          <w:p w14:paraId="347D6D8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55.00</w:t>
            </w:r>
          </w:p>
        </w:tc>
        <w:tc>
          <w:tcPr>
            <w:tcW w:w="1962" w:type="dxa"/>
            <w:vAlign w:val="center"/>
          </w:tcPr>
          <w:p w14:paraId="4ADFE8E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3432765A" w14:textId="77777777" w:rsidTr="005E6784">
        <w:trPr>
          <w:jc w:val="center"/>
        </w:trPr>
        <w:tc>
          <w:tcPr>
            <w:tcW w:w="1412" w:type="dxa"/>
            <w:vAlign w:val="center"/>
          </w:tcPr>
          <w:p w14:paraId="592FDF2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</w:t>
            </w:r>
          </w:p>
        </w:tc>
        <w:tc>
          <w:tcPr>
            <w:tcW w:w="1706" w:type="dxa"/>
            <w:vAlign w:val="center"/>
          </w:tcPr>
          <w:p w14:paraId="1C9110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12721</w:t>
            </w:r>
          </w:p>
        </w:tc>
        <w:tc>
          <w:tcPr>
            <w:tcW w:w="3362" w:type="dxa"/>
            <w:vAlign w:val="center"/>
          </w:tcPr>
          <w:p w14:paraId="043E20F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นายอธิป  ผันดอนดู่</w:t>
            </w:r>
          </w:p>
        </w:tc>
        <w:tc>
          <w:tcPr>
            <w:tcW w:w="1633" w:type="dxa"/>
            <w:vAlign w:val="center"/>
          </w:tcPr>
          <w:p w14:paraId="5E83D9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62.50</w:t>
            </w:r>
          </w:p>
        </w:tc>
        <w:tc>
          <w:tcPr>
            <w:tcW w:w="1962" w:type="dxa"/>
            <w:vAlign w:val="center"/>
          </w:tcPr>
          <w:p w14:paraId="033C1D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E959D9C" w14:textId="77777777" w:rsidTr="005E6784">
        <w:trPr>
          <w:jc w:val="center"/>
        </w:trPr>
        <w:tc>
          <w:tcPr>
            <w:tcW w:w="1412" w:type="dxa"/>
            <w:vAlign w:val="center"/>
          </w:tcPr>
          <w:p w14:paraId="0EF328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</w:t>
            </w:r>
          </w:p>
        </w:tc>
        <w:tc>
          <w:tcPr>
            <w:tcW w:w="1706" w:type="dxa"/>
            <w:vAlign w:val="center"/>
          </w:tcPr>
          <w:p w14:paraId="215BE9A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11248</w:t>
            </w:r>
          </w:p>
        </w:tc>
        <w:tc>
          <w:tcPr>
            <w:tcW w:w="3362" w:type="dxa"/>
            <w:vAlign w:val="center"/>
          </w:tcPr>
          <w:p w14:paraId="5E1F93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จิรภิญญา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ทรัพย์มา</w:t>
            </w:r>
          </w:p>
        </w:tc>
        <w:tc>
          <w:tcPr>
            <w:tcW w:w="1633" w:type="dxa"/>
            <w:vAlign w:val="center"/>
          </w:tcPr>
          <w:p w14:paraId="7C70E57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121F874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A4D2B51" w14:textId="77777777" w:rsidTr="005E6784">
        <w:trPr>
          <w:jc w:val="center"/>
        </w:trPr>
        <w:tc>
          <w:tcPr>
            <w:tcW w:w="1412" w:type="dxa"/>
            <w:vAlign w:val="center"/>
          </w:tcPr>
          <w:p w14:paraId="2CCC5C5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</w:t>
            </w:r>
          </w:p>
        </w:tc>
        <w:tc>
          <w:tcPr>
            <w:tcW w:w="1706" w:type="dxa"/>
            <w:vAlign w:val="center"/>
          </w:tcPr>
          <w:p w14:paraId="36FE3F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11249</w:t>
            </w:r>
          </w:p>
        </w:tc>
        <w:tc>
          <w:tcPr>
            <w:tcW w:w="3362" w:type="dxa"/>
            <w:vAlign w:val="center"/>
          </w:tcPr>
          <w:p w14:paraId="52D52F8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ชนัญชิดา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พิมพ์บึง</w:t>
            </w:r>
          </w:p>
        </w:tc>
        <w:tc>
          <w:tcPr>
            <w:tcW w:w="1633" w:type="dxa"/>
            <w:vAlign w:val="center"/>
          </w:tcPr>
          <w:p w14:paraId="578D984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50.00</w:t>
            </w:r>
          </w:p>
        </w:tc>
        <w:tc>
          <w:tcPr>
            <w:tcW w:w="1962" w:type="dxa"/>
            <w:vAlign w:val="center"/>
          </w:tcPr>
          <w:p w14:paraId="6E1798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BC24535" w14:textId="77777777" w:rsidTr="005E6784">
        <w:trPr>
          <w:jc w:val="center"/>
        </w:trPr>
        <w:tc>
          <w:tcPr>
            <w:tcW w:w="1412" w:type="dxa"/>
            <w:vAlign w:val="center"/>
          </w:tcPr>
          <w:p w14:paraId="1D83833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  <w:tc>
          <w:tcPr>
            <w:tcW w:w="1706" w:type="dxa"/>
            <w:vAlign w:val="center"/>
          </w:tcPr>
          <w:p w14:paraId="594E99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11251</w:t>
            </w:r>
          </w:p>
        </w:tc>
        <w:tc>
          <w:tcPr>
            <w:tcW w:w="3362" w:type="dxa"/>
            <w:vAlign w:val="center"/>
          </w:tcPr>
          <w:p w14:paraId="37664A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ญาดาวดี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บูรณะ</w:t>
            </w:r>
          </w:p>
        </w:tc>
        <w:tc>
          <w:tcPr>
            <w:tcW w:w="1633" w:type="dxa"/>
            <w:vAlign w:val="center"/>
          </w:tcPr>
          <w:p w14:paraId="6A4FC53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  <w:tc>
          <w:tcPr>
            <w:tcW w:w="1962" w:type="dxa"/>
            <w:vAlign w:val="center"/>
          </w:tcPr>
          <w:p w14:paraId="114D40F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2D0071A" w14:textId="77777777" w:rsidTr="005E6784">
        <w:trPr>
          <w:jc w:val="center"/>
        </w:trPr>
        <w:tc>
          <w:tcPr>
            <w:tcW w:w="1412" w:type="dxa"/>
            <w:vAlign w:val="center"/>
          </w:tcPr>
          <w:p w14:paraId="46E5D74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</w:t>
            </w:r>
          </w:p>
        </w:tc>
        <w:tc>
          <w:tcPr>
            <w:tcW w:w="1706" w:type="dxa"/>
            <w:vAlign w:val="center"/>
          </w:tcPr>
          <w:p w14:paraId="7A815E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11252</w:t>
            </w:r>
          </w:p>
        </w:tc>
        <w:tc>
          <w:tcPr>
            <w:tcW w:w="3362" w:type="dxa"/>
            <w:vAlign w:val="center"/>
          </w:tcPr>
          <w:p w14:paraId="50199AB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ณัฏฐณิชา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ชัยคุปต์</w:t>
            </w:r>
          </w:p>
        </w:tc>
        <w:tc>
          <w:tcPr>
            <w:tcW w:w="1633" w:type="dxa"/>
            <w:vAlign w:val="center"/>
          </w:tcPr>
          <w:p w14:paraId="01513B2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45.00</w:t>
            </w:r>
          </w:p>
        </w:tc>
        <w:tc>
          <w:tcPr>
            <w:tcW w:w="1962" w:type="dxa"/>
            <w:vAlign w:val="center"/>
          </w:tcPr>
          <w:p w14:paraId="2457AE8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FF12EC4" w14:textId="77777777" w:rsidTr="005E6784">
        <w:trPr>
          <w:jc w:val="center"/>
        </w:trPr>
        <w:tc>
          <w:tcPr>
            <w:tcW w:w="1412" w:type="dxa"/>
            <w:vAlign w:val="center"/>
          </w:tcPr>
          <w:p w14:paraId="11AD586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</w:t>
            </w:r>
          </w:p>
        </w:tc>
        <w:tc>
          <w:tcPr>
            <w:tcW w:w="1706" w:type="dxa"/>
            <w:vAlign w:val="center"/>
          </w:tcPr>
          <w:p w14:paraId="42257BC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11253</w:t>
            </w:r>
          </w:p>
        </w:tc>
        <w:tc>
          <w:tcPr>
            <w:tcW w:w="3362" w:type="dxa"/>
            <w:vAlign w:val="center"/>
          </w:tcPr>
          <w:p w14:paraId="330A4DA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นันท์นภัส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เถาพุทรา</w:t>
            </w:r>
          </w:p>
        </w:tc>
        <w:tc>
          <w:tcPr>
            <w:tcW w:w="1633" w:type="dxa"/>
            <w:vAlign w:val="center"/>
          </w:tcPr>
          <w:p w14:paraId="2D51904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  <w:tc>
          <w:tcPr>
            <w:tcW w:w="1962" w:type="dxa"/>
            <w:vAlign w:val="center"/>
          </w:tcPr>
          <w:p w14:paraId="2D19C0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66519EEC" w14:textId="77777777" w:rsidTr="005E6784">
        <w:trPr>
          <w:jc w:val="center"/>
        </w:trPr>
        <w:tc>
          <w:tcPr>
            <w:tcW w:w="1412" w:type="dxa"/>
            <w:vAlign w:val="center"/>
          </w:tcPr>
          <w:p w14:paraId="729BF50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</w:t>
            </w:r>
          </w:p>
        </w:tc>
        <w:tc>
          <w:tcPr>
            <w:tcW w:w="1706" w:type="dxa"/>
            <w:vAlign w:val="center"/>
          </w:tcPr>
          <w:p w14:paraId="6414405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11255</w:t>
            </w:r>
          </w:p>
        </w:tc>
        <w:tc>
          <w:tcPr>
            <w:tcW w:w="3362" w:type="dxa"/>
            <w:vAlign w:val="center"/>
          </w:tcPr>
          <w:p w14:paraId="77F472E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นิชา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เกตุยศ</w:t>
            </w:r>
          </w:p>
        </w:tc>
        <w:tc>
          <w:tcPr>
            <w:tcW w:w="1633" w:type="dxa"/>
            <w:vAlign w:val="center"/>
          </w:tcPr>
          <w:p w14:paraId="77E94E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4C80052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9A09D46" w14:textId="77777777" w:rsidTr="005E6784">
        <w:trPr>
          <w:jc w:val="center"/>
        </w:trPr>
        <w:tc>
          <w:tcPr>
            <w:tcW w:w="1412" w:type="dxa"/>
            <w:vAlign w:val="center"/>
          </w:tcPr>
          <w:p w14:paraId="644ABF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13</w:t>
            </w:r>
          </w:p>
        </w:tc>
        <w:tc>
          <w:tcPr>
            <w:tcW w:w="1706" w:type="dxa"/>
            <w:vAlign w:val="center"/>
          </w:tcPr>
          <w:p w14:paraId="2290C84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11266</w:t>
            </w:r>
          </w:p>
        </w:tc>
        <w:tc>
          <w:tcPr>
            <w:tcW w:w="3362" w:type="dxa"/>
            <w:vAlign w:val="center"/>
          </w:tcPr>
          <w:p w14:paraId="275FB16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นางสาวศิรัญญา บุพลับ</w:t>
            </w:r>
          </w:p>
        </w:tc>
        <w:tc>
          <w:tcPr>
            <w:tcW w:w="1633" w:type="dxa"/>
            <w:vAlign w:val="center"/>
          </w:tcPr>
          <w:p w14:paraId="1D26321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55.00</w:t>
            </w:r>
          </w:p>
        </w:tc>
        <w:tc>
          <w:tcPr>
            <w:tcW w:w="1962" w:type="dxa"/>
            <w:vAlign w:val="center"/>
          </w:tcPr>
          <w:p w14:paraId="5D5D26A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3EA75BD" w14:textId="77777777" w:rsidTr="005E6784">
        <w:trPr>
          <w:jc w:val="center"/>
        </w:trPr>
        <w:tc>
          <w:tcPr>
            <w:tcW w:w="1412" w:type="dxa"/>
            <w:vAlign w:val="center"/>
          </w:tcPr>
          <w:p w14:paraId="01BE60A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</w:t>
            </w:r>
          </w:p>
        </w:tc>
        <w:tc>
          <w:tcPr>
            <w:tcW w:w="1706" w:type="dxa"/>
            <w:vAlign w:val="center"/>
          </w:tcPr>
          <w:p w14:paraId="7F8E681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11269</w:t>
            </w:r>
          </w:p>
        </w:tc>
        <w:tc>
          <w:tcPr>
            <w:tcW w:w="3362" w:type="dxa"/>
            <w:vAlign w:val="center"/>
          </w:tcPr>
          <w:p w14:paraId="153C258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นางสาวสิริวิมล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ประวัติวิไล</w:t>
            </w:r>
          </w:p>
        </w:tc>
        <w:tc>
          <w:tcPr>
            <w:tcW w:w="1633" w:type="dxa"/>
            <w:vAlign w:val="center"/>
          </w:tcPr>
          <w:p w14:paraId="3F77AD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47.50</w:t>
            </w:r>
          </w:p>
        </w:tc>
        <w:tc>
          <w:tcPr>
            <w:tcW w:w="1962" w:type="dxa"/>
            <w:vAlign w:val="center"/>
          </w:tcPr>
          <w:p w14:paraId="6D3637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1981F8C" w14:textId="77777777" w:rsidTr="005E6784">
        <w:trPr>
          <w:jc w:val="center"/>
        </w:trPr>
        <w:tc>
          <w:tcPr>
            <w:tcW w:w="1412" w:type="dxa"/>
            <w:vAlign w:val="center"/>
          </w:tcPr>
          <w:p w14:paraId="64B3BE4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15</w:t>
            </w:r>
          </w:p>
        </w:tc>
        <w:tc>
          <w:tcPr>
            <w:tcW w:w="1706" w:type="dxa"/>
            <w:vAlign w:val="center"/>
          </w:tcPr>
          <w:p w14:paraId="5E97BC3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11328</w:t>
            </w:r>
          </w:p>
        </w:tc>
        <w:tc>
          <w:tcPr>
            <w:tcW w:w="3362" w:type="dxa"/>
            <w:vAlign w:val="center"/>
          </w:tcPr>
          <w:p w14:paraId="7E1BEDE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บัณฑิตา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มิตรผักแว่น</w:t>
            </w:r>
          </w:p>
        </w:tc>
        <w:tc>
          <w:tcPr>
            <w:tcW w:w="1633" w:type="dxa"/>
            <w:vAlign w:val="center"/>
          </w:tcPr>
          <w:p w14:paraId="1081CC8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52.50</w:t>
            </w:r>
          </w:p>
        </w:tc>
        <w:tc>
          <w:tcPr>
            <w:tcW w:w="1962" w:type="dxa"/>
            <w:vAlign w:val="center"/>
          </w:tcPr>
          <w:p w14:paraId="5E8FE6D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BA10631" w14:textId="77777777" w:rsidTr="005E6784">
        <w:trPr>
          <w:jc w:val="center"/>
        </w:trPr>
        <w:tc>
          <w:tcPr>
            <w:tcW w:w="1412" w:type="dxa"/>
            <w:vAlign w:val="center"/>
          </w:tcPr>
          <w:p w14:paraId="53FF1C5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</w:t>
            </w:r>
          </w:p>
        </w:tc>
        <w:tc>
          <w:tcPr>
            <w:tcW w:w="1706" w:type="dxa"/>
            <w:vAlign w:val="center"/>
          </w:tcPr>
          <w:p w14:paraId="7CEF37A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11399</w:t>
            </w:r>
          </w:p>
        </w:tc>
        <w:tc>
          <w:tcPr>
            <w:tcW w:w="3362" w:type="dxa"/>
            <w:vAlign w:val="center"/>
          </w:tcPr>
          <w:p w14:paraId="0037F4A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ชรินทร์ทิพย์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แผ้วพลสง</w:t>
            </w:r>
          </w:p>
        </w:tc>
        <w:tc>
          <w:tcPr>
            <w:tcW w:w="1633" w:type="dxa"/>
            <w:vAlign w:val="center"/>
          </w:tcPr>
          <w:p w14:paraId="7DB0F6B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08F6B59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5F8DE9F" w14:textId="77777777" w:rsidTr="005E6784">
        <w:trPr>
          <w:jc w:val="center"/>
        </w:trPr>
        <w:tc>
          <w:tcPr>
            <w:tcW w:w="1412" w:type="dxa"/>
            <w:vAlign w:val="center"/>
          </w:tcPr>
          <w:p w14:paraId="6B7789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</w:t>
            </w:r>
          </w:p>
        </w:tc>
        <w:tc>
          <w:tcPr>
            <w:tcW w:w="1706" w:type="dxa"/>
            <w:vAlign w:val="center"/>
          </w:tcPr>
          <w:p w14:paraId="63E97F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11404</w:t>
            </w:r>
          </w:p>
        </w:tc>
        <w:tc>
          <w:tcPr>
            <w:tcW w:w="3362" w:type="dxa"/>
            <w:vAlign w:val="center"/>
          </w:tcPr>
          <w:p w14:paraId="0FD4C56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นางสาวเปรมจิรา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มุ่งเปลี่ยนกลาง</w:t>
            </w:r>
          </w:p>
        </w:tc>
        <w:tc>
          <w:tcPr>
            <w:tcW w:w="1633" w:type="dxa"/>
            <w:vAlign w:val="center"/>
          </w:tcPr>
          <w:p w14:paraId="70A4DB6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45.00</w:t>
            </w:r>
          </w:p>
        </w:tc>
        <w:tc>
          <w:tcPr>
            <w:tcW w:w="1962" w:type="dxa"/>
            <w:vAlign w:val="center"/>
          </w:tcPr>
          <w:p w14:paraId="7F82BF7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EC4D494" w14:textId="77777777" w:rsidTr="005E6784">
        <w:trPr>
          <w:jc w:val="center"/>
        </w:trPr>
        <w:tc>
          <w:tcPr>
            <w:tcW w:w="1412" w:type="dxa"/>
            <w:vAlign w:val="center"/>
          </w:tcPr>
          <w:p w14:paraId="47816D3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</w:t>
            </w:r>
          </w:p>
        </w:tc>
        <w:tc>
          <w:tcPr>
            <w:tcW w:w="1706" w:type="dxa"/>
            <w:vAlign w:val="center"/>
          </w:tcPr>
          <w:p w14:paraId="4B4820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11410</w:t>
            </w:r>
          </w:p>
        </w:tc>
        <w:tc>
          <w:tcPr>
            <w:tcW w:w="3362" w:type="dxa"/>
            <w:vAlign w:val="center"/>
          </w:tcPr>
          <w:p w14:paraId="290F596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นางสาวสิรินยา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ศรีพรม</w:t>
            </w:r>
          </w:p>
        </w:tc>
        <w:tc>
          <w:tcPr>
            <w:tcW w:w="1633" w:type="dxa"/>
            <w:vAlign w:val="center"/>
          </w:tcPr>
          <w:p w14:paraId="4CE552F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14AC3DA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63AD91D" w14:textId="77777777" w:rsidTr="005E6784">
        <w:trPr>
          <w:jc w:val="center"/>
        </w:trPr>
        <w:tc>
          <w:tcPr>
            <w:tcW w:w="1412" w:type="dxa"/>
            <w:vAlign w:val="center"/>
          </w:tcPr>
          <w:p w14:paraId="501C071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19</w:t>
            </w:r>
          </w:p>
        </w:tc>
        <w:tc>
          <w:tcPr>
            <w:tcW w:w="1706" w:type="dxa"/>
            <w:vAlign w:val="center"/>
          </w:tcPr>
          <w:p w14:paraId="5E4992B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11411</w:t>
            </w:r>
          </w:p>
        </w:tc>
        <w:tc>
          <w:tcPr>
            <w:tcW w:w="3362" w:type="dxa"/>
            <w:vAlign w:val="center"/>
          </w:tcPr>
          <w:p w14:paraId="478F47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นางสาวสุนิตษา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คลังกูล</w:t>
            </w:r>
          </w:p>
        </w:tc>
        <w:tc>
          <w:tcPr>
            <w:tcW w:w="1633" w:type="dxa"/>
            <w:vAlign w:val="center"/>
          </w:tcPr>
          <w:p w14:paraId="5EA8C1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0B12AB1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78342B7" w14:textId="77777777" w:rsidTr="005E6784">
        <w:trPr>
          <w:jc w:val="center"/>
        </w:trPr>
        <w:tc>
          <w:tcPr>
            <w:tcW w:w="1412" w:type="dxa"/>
            <w:vAlign w:val="center"/>
          </w:tcPr>
          <w:p w14:paraId="7AA8111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</w:t>
            </w:r>
          </w:p>
        </w:tc>
        <w:tc>
          <w:tcPr>
            <w:tcW w:w="1706" w:type="dxa"/>
            <w:vAlign w:val="center"/>
          </w:tcPr>
          <w:p w14:paraId="1CA56EB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11443</w:t>
            </w:r>
          </w:p>
        </w:tc>
        <w:tc>
          <w:tcPr>
            <w:tcW w:w="3362" w:type="dxa"/>
            <w:vAlign w:val="center"/>
          </w:tcPr>
          <w:p w14:paraId="1195FD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นางสาวเปมิกา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เฉลิมปิติภัทร</w:t>
            </w:r>
          </w:p>
        </w:tc>
        <w:tc>
          <w:tcPr>
            <w:tcW w:w="1633" w:type="dxa"/>
            <w:vAlign w:val="center"/>
          </w:tcPr>
          <w:p w14:paraId="42191AD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45.00</w:t>
            </w:r>
          </w:p>
        </w:tc>
        <w:tc>
          <w:tcPr>
            <w:tcW w:w="1962" w:type="dxa"/>
            <w:vAlign w:val="center"/>
          </w:tcPr>
          <w:p w14:paraId="5827520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81A5A01" w14:textId="77777777" w:rsidTr="005E6784">
        <w:trPr>
          <w:jc w:val="center"/>
        </w:trPr>
        <w:tc>
          <w:tcPr>
            <w:tcW w:w="1412" w:type="dxa"/>
            <w:vAlign w:val="center"/>
          </w:tcPr>
          <w:p w14:paraId="01A354B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21</w:t>
            </w:r>
          </w:p>
        </w:tc>
        <w:tc>
          <w:tcPr>
            <w:tcW w:w="1706" w:type="dxa"/>
            <w:vAlign w:val="center"/>
          </w:tcPr>
          <w:p w14:paraId="71F538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11446</w:t>
            </w:r>
          </w:p>
        </w:tc>
        <w:tc>
          <w:tcPr>
            <w:tcW w:w="3362" w:type="dxa"/>
            <w:vAlign w:val="center"/>
          </w:tcPr>
          <w:p w14:paraId="677FF9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นางสาวภัทรมล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สิงห์ขร</w:t>
            </w:r>
          </w:p>
        </w:tc>
        <w:tc>
          <w:tcPr>
            <w:tcW w:w="1633" w:type="dxa"/>
            <w:vAlign w:val="center"/>
          </w:tcPr>
          <w:p w14:paraId="338F39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47.50</w:t>
            </w:r>
          </w:p>
        </w:tc>
        <w:tc>
          <w:tcPr>
            <w:tcW w:w="1962" w:type="dxa"/>
            <w:vAlign w:val="center"/>
          </w:tcPr>
          <w:p w14:paraId="18A8A04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5581160" w14:textId="77777777" w:rsidTr="005E6784">
        <w:trPr>
          <w:jc w:val="center"/>
        </w:trPr>
        <w:tc>
          <w:tcPr>
            <w:tcW w:w="1412" w:type="dxa"/>
            <w:vAlign w:val="center"/>
          </w:tcPr>
          <w:p w14:paraId="45FB9C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</w:t>
            </w:r>
          </w:p>
        </w:tc>
        <w:tc>
          <w:tcPr>
            <w:tcW w:w="1706" w:type="dxa"/>
            <w:vAlign w:val="center"/>
          </w:tcPr>
          <w:p w14:paraId="60ABCC3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12722</w:t>
            </w:r>
          </w:p>
        </w:tc>
        <w:tc>
          <w:tcPr>
            <w:tcW w:w="3362" w:type="dxa"/>
            <w:vAlign w:val="center"/>
          </w:tcPr>
          <w:p w14:paraId="39C57D8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กนกนิกา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สีกระสัง</w:t>
            </w:r>
          </w:p>
        </w:tc>
        <w:tc>
          <w:tcPr>
            <w:tcW w:w="1633" w:type="dxa"/>
            <w:vAlign w:val="center"/>
          </w:tcPr>
          <w:p w14:paraId="686D2B9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  <w:tc>
          <w:tcPr>
            <w:tcW w:w="1962" w:type="dxa"/>
            <w:vAlign w:val="center"/>
          </w:tcPr>
          <w:p w14:paraId="3F2EE6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03E01B1" w14:textId="77777777" w:rsidTr="005E6784">
        <w:trPr>
          <w:jc w:val="center"/>
        </w:trPr>
        <w:tc>
          <w:tcPr>
            <w:tcW w:w="1412" w:type="dxa"/>
            <w:vAlign w:val="center"/>
          </w:tcPr>
          <w:p w14:paraId="1E9F426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23</w:t>
            </w:r>
          </w:p>
        </w:tc>
        <w:tc>
          <w:tcPr>
            <w:tcW w:w="1706" w:type="dxa"/>
            <w:vAlign w:val="center"/>
          </w:tcPr>
          <w:p w14:paraId="5EC2470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12723</w:t>
            </w:r>
          </w:p>
        </w:tc>
        <w:tc>
          <w:tcPr>
            <w:tcW w:w="3362" w:type="dxa"/>
            <w:vAlign w:val="center"/>
          </w:tcPr>
          <w:p w14:paraId="5E2C7FF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กมลรัตน์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พงษ์วิเศษ</w:t>
            </w:r>
          </w:p>
        </w:tc>
        <w:tc>
          <w:tcPr>
            <w:tcW w:w="1633" w:type="dxa"/>
            <w:vAlign w:val="center"/>
          </w:tcPr>
          <w:p w14:paraId="6C35C9B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6688916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9C6BC8B" w14:textId="77777777" w:rsidTr="005E6784">
        <w:trPr>
          <w:jc w:val="center"/>
        </w:trPr>
        <w:tc>
          <w:tcPr>
            <w:tcW w:w="1412" w:type="dxa"/>
            <w:vAlign w:val="center"/>
          </w:tcPr>
          <w:p w14:paraId="05D3B9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</w:t>
            </w:r>
          </w:p>
        </w:tc>
        <w:tc>
          <w:tcPr>
            <w:tcW w:w="1706" w:type="dxa"/>
            <w:vAlign w:val="center"/>
          </w:tcPr>
          <w:p w14:paraId="268A85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12724</w:t>
            </w:r>
          </w:p>
        </w:tc>
        <w:tc>
          <w:tcPr>
            <w:tcW w:w="3362" w:type="dxa"/>
            <w:vAlign w:val="center"/>
          </w:tcPr>
          <w:p w14:paraId="2B3305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จิรัตสุดา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บุญประสาท</w:t>
            </w:r>
          </w:p>
        </w:tc>
        <w:tc>
          <w:tcPr>
            <w:tcW w:w="1633" w:type="dxa"/>
            <w:vAlign w:val="center"/>
          </w:tcPr>
          <w:p w14:paraId="5F55F4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  <w:tc>
          <w:tcPr>
            <w:tcW w:w="1962" w:type="dxa"/>
            <w:vAlign w:val="center"/>
          </w:tcPr>
          <w:p w14:paraId="7F85597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2C86430" w14:textId="77777777" w:rsidTr="005E6784">
        <w:trPr>
          <w:jc w:val="center"/>
        </w:trPr>
        <w:tc>
          <w:tcPr>
            <w:tcW w:w="1412" w:type="dxa"/>
            <w:vAlign w:val="center"/>
          </w:tcPr>
          <w:p w14:paraId="183BF9E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25</w:t>
            </w:r>
          </w:p>
        </w:tc>
        <w:tc>
          <w:tcPr>
            <w:tcW w:w="1706" w:type="dxa"/>
            <w:vAlign w:val="center"/>
          </w:tcPr>
          <w:p w14:paraId="4FEE47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12725</w:t>
            </w:r>
          </w:p>
        </w:tc>
        <w:tc>
          <w:tcPr>
            <w:tcW w:w="3362" w:type="dxa"/>
            <w:vAlign w:val="center"/>
          </w:tcPr>
          <w:p w14:paraId="03411D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ชุติกาญจน์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ใจหยุด</w:t>
            </w:r>
          </w:p>
        </w:tc>
        <w:tc>
          <w:tcPr>
            <w:tcW w:w="1633" w:type="dxa"/>
            <w:vAlign w:val="center"/>
          </w:tcPr>
          <w:p w14:paraId="74046E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68FF3C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7DE5B7F" w14:textId="77777777" w:rsidTr="005E6784">
        <w:trPr>
          <w:jc w:val="center"/>
        </w:trPr>
        <w:tc>
          <w:tcPr>
            <w:tcW w:w="1412" w:type="dxa"/>
            <w:vAlign w:val="center"/>
          </w:tcPr>
          <w:p w14:paraId="7CB8520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</w:t>
            </w:r>
          </w:p>
        </w:tc>
        <w:tc>
          <w:tcPr>
            <w:tcW w:w="1706" w:type="dxa"/>
            <w:vAlign w:val="center"/>
          </w:tcPr>
          <w:p w14:paraId="462F2F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12726</w:t>
            </w:r>
          </w:p>
        </w:tc>
        <w:tc>
          <w:tcPr>
            <w:tcW w:w="3362" w:type="dxa"/>
            <w:vAlign w:val="center"/>
          </w:tcPr>
          <w:p w14:paraId="1B3890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 ญาณิศา ปรือปรัก</w:t>
            </w:r>
          </w:p>
        </w:tc>
        <w:tc>
          <w:tcPr>
            <w:tcW w:w="1633" w:type="dxa"/>
            <w:vAlign w:val="center"/>
          </w:tcPr>
          <w:p w14:paraId="63FAFBF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  <w:tc>
          <w:tcPr>
            <w:tcW w:w="1962" w:type="dxa"/>
            <w:vAlign w:val="center"/>
          </w:tcPr>
          <w:p w14:paraId="2EA12A3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DE7984D" w14:textId="77777777" w:rsidTr="005E6784">
        <w:trPr>
          <w:jc w:val="center"/>
        </w:trPr>
        <w:tc>
          <w:tcPr>
            <w:tcW w:w="1412" w:type="dxa"/>
            <w:vAlign w:val="center"/>
          </w:tcPr>
          <w:p w14:paraId="2869023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27</w:t>
            </w:r>
          </w:p>
        </w:tc>
        <w:tc>
          <w:tcPr>
            <w:tcW w:w="1706" w:type="dxa"/>
            <w:vAlign w:val="center"/>
          </w:tcPr>
          <w:p w14:paraId="5F869AD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12727</w:t>
            </w:r>
          </w:p>
        </w:tc>
        <w:tc>
          <w:tcPr>
            <w:tcW w:w="3362" w:type="dxa"/>
            <w:vAlign w:val="center"/>
          </w:tcPr>
          <w:p w14:paraId="49EE55E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ณัฐพร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ชุมนุมชาติ</w:t>
            </w:r>
          </w:p>
        </w:tc>
        <w:tc>
          <w:tcPr>
            <w:tcW w:w="1633" w:type="dxa"/>
            <w:vAlign w:val="center"/>
          </w:tcPr>
          <w:p w14:paraId="5761B90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  <w:tc>
          <w:tcPr>
            <w:tcW w:w="1962" w:type="dxa"/>
            <w:vAlign w:val="center"/>
          </w:tcPr>
          <w:p w14:paraId="5B036F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E1D513E" w14:textId="77777777" w:rsidTr="005E6784">
        <w:trPr>
          <w:jc w:val="center"/>
        </w:trPr>
        <w:tc>
          <w:tcPr>
            <w:tcW w:w="1412" w:type="dxa"/>
            <w:vAlign w:val="center"/>
          </w:tcPr>
          <w:p w14:paraId="28CA971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</w:t>
            </w:r>
          </w:p>
        </w:tc>
        <w:tc>
          <w:tcPr>
            <w:tcW w:w="1706" w:type="dxa"/>
            <w:vAlign w:val="center"/>
          </w:tcPr>
          <w:p w14:paraId="7F13346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12728</w:t>
            </w:r>
          </w:p>
        </w:tc>
        <w:tc>
          <w:tcPr>
            <w:tcW w:w="3362" w:type="dxa"/>
            <w:vAlign w:val="center"/>
          </w:tcPr>
          <w:p w14:paraId="1ECD641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ธัญญาพร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พนาลักษณ์</w:t>
            </w:r>
          </w:p>
        </w:tc>
        <w:tc>
          <w:tcPr>
            <w:tcW w:w="1633" w:type="dxa"/>
            <w:vAlign w:val="center"/>
          </w:tcPr>
          <w:p w14:paraId="48850A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  <w:tc>
          <w:tcPr>
            <w:tcW w:w="1962" w:type="dxa"/>
            <w:vAlign w:val="center"/>
          </w:tcPr>
          <w:p w14:paraId="32DEF30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16CB0E4" w14:textId="77777777" w:rsidTr="005E6784">
        <w:trPr>
          <w:jc w:val="center"/>
        </w:trPr>
        <w:tc>
          <w:tcPr>
            <w:tcW w:w="1412" w:type="dxa"/>
            <w:vAlign w:val="center"/>
          </w:tcPr>
          <w:p w14:paraId="35C2963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29</w:t>
            </w:r>
          </w:p>
        </w:tc>
        <w:tc>
          <w:tcPr>
            <w:tcW w:w="1706" w:type="dxa"/>
            <w:vAlign w:val="center"/>
          </w:tcPr>
          <w:p w14:paraId="050A460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12729</w:t>
            </w:r>
          </w:p>
        </w:tc>
        <w:tc>
          <w:tcPr>
            <w:tcW w:w="3362" w:type="dxa"/>
            <w:vAlign w:val="center"/>
          </w:tcPr>
          <w:p w14:paraId="762E3A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ธิชากรณ์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รังพงษ์</w:t>
            </w:r>
          </w:p>
        </w:tc>
        <w:tc>
          <w:tcPr>
            <w:tcW w:w="1633" w:type="dxa"/>
            <w:vAlign w:val="center"/>
          </w:tcPr>
          <w:p w14:paraId="6692179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  <w:tc>
          <w:tcPr>
            <w:tcW w:w="1962" w:type="dxa"/>
            <w:vAlign w:val="center"/>
          </w:tcPr>
          <w:p w14:paraId="0DA015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A8FE93A" w14:textId="77777777" w:rsidTr="005E6784">
        <w:trPr>
          <w:jc w:val="center"/>
        </w:trPr>
        <w:tc>
          <w:tcPr>
            <w:tcW w:w="1412" w:type="dxa"/>
            <w:vAlign w:val="center"/>
          </w:tcPr>
          <w:p w14:paraId="51CAFE4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</w:t>
            </w:r>
          </w:p>
        </w:tc>
        <w:tc>
          <w:tcPr>
            <w:tcW w:w="1706" w:type="dxa"/>
            <w:vAlign w:val="center"/>
          </w:tcPr>
          <w:p w14:paraId="7389053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12730</w:t>
            </w:r>
          </w:p>
        </w:tc>
        <w:tc>
          <w:tcPr>
            <w:tcW w:w="3362" w:type="dxa"/>
            <w:vAlign w:val="center"/>
          </w:tcPr>
          <w:p w14:paraId="6A9AD82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นารีรัตน์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ใจศิลป์</w:t>
            </w:r>
          </w:p>
        </w:tc>
        <w:tc>
          <w:tcPr>
            <w:tcW w:w="1633" w:type="dxa"/>
            <w:vAlign w:val="center"/>
          </w:tcPr>
          <w:p w14:paraId="5162B4F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52C56A6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98E2874" w14:textId="77777777" w:rsidTr="005E6784">
        <w:trPr>
          <w:jc w:val="center"/>
        </w:trPr>
        <w:tc>
          <w:tcPr>
            <w:tcW w:w="1412" w:type="dxa"/>
            <w:vAlign w:val="center"/>
          </w:tcPr>
          <w:p w14:paraId="7DF340E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31</w:t>
            </w:r>
          </w:p>
        </w:tc>
        <w:tc>
          <w:tcPr>
            <w:tcW w:w="1706" w:type="dxa"/>
            <w:vAlign w:val="center"/>
          </w:tcPr>
          <w:p w14:paraId="780E521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12731</w:t>
            </w:r>
          </w:p>
        </w:tc>
        <w:tc>
          <w:tcPr>
            <w:tcW w:w="3362" w:type="dxa"/>
            <w:vAlign w:val="center"/>
          </w:tcPr>
          <w:p w14:paraId="5870D4D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ปิยดา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อัมพรประภา</w:t>
            </w:r>
          </w:p>
        </w:tc>
        <w:tc>
          <w:tcPr>
            <w:tcW w:w="1633" w:type="dxa"/>
            <w:vAlign w:val="center"/>
          </w:tcPr>
          <w:p w14:paraId="7BA104E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6B460DD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B7A54EA" w14:textId="77777777" w:rsidTr="005E6784">
        <w:trPr>
          <w:jc w:val="center"/>
        </w:trPr>
        <w:tc>
          <w:tcPr>
            <w:tcW w:w="1412" w:type="dxa"/>
            <w:vAlign w:val="center"/>
          </w:tcPr>
          <w:p w14:paraId="5DB2D64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</w:t>
            </w:r>
          </w:p>
        </w:tc>
        <w:tc>
          <w:tcPr>
            <w:tcW w:w="1706" w:type="dxa"/>
            <w:vAlign w:val="center"/>
          </w:tcPr>
          <w:p w14:paraId="30D2A66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12732</w:t>
            </w:r>
          </w:p>
        </w:tc>
        <w:tc>
          <w:tcPr>
            <w:tcW w:w="3362" w:type="dxa"/>
            <w:vAlign w:val="center"/>
          </w:tcPr>
          <w:p w14:paraId="1C45892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นางสาวพรกนก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เทพเนาว์</w:t>
            </w:r>
          </w:p>
        </w:tc>
        <w:tc>
          <w:tcPr>
            <w:tcW w:w="1633" w:type="dxa"/>
            <w:vAlign w:val="center"/>
          </w:tcPr>
          <w:p w14:paraId="32AB02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  <w:tc>
          <w:tcPr>
            <w:tcW w:w="1962" w:type="dxa"/>
            <w:vAlign w:val="center"/>
          </w:tcPr>
          <w:p w14:paraId="6599E1D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6D14241" w14:textId="77777777" w:rsidTr="005E6784">
        <w:trPr>
          <w:jc w:val="center"/>
        </w:trPr>
        <w:tc>
          <w:tcPr>
            <w:tcW w:w="1412" w:type="dxa"/>
            <w:vAlign w:val="center"/>
          </w:tcPr>
          <w:p w14:paraId="7F18845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6A9A47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12733</w:t>
            </w:r>
          </w:p>
        </w:tc>
        <w:tc>
          <w:tcPr>
            <w:tcW w:w="3362" w:type="dxa"/>
            <w:vAlign w:val="center"/>
          </w:tcPr>
          <w:p w14:paraId="3BB180F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นางสาวพิราวรรณ เผือกไร</w:t>
            </w:r>
          </w:p>
        </w:tc>
        <w:tc>
          <w:tcPr>
            <w:tcW w:w="1633" w:type="dxa"/>
            <w:vAlign w:val="center"/>
          </w:tcPr>
          <w:p w14:paraId="23ACB7E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  <w:tc>
          <w:tcPr>
            <w:tcW w:w="1962" w:type="dxa"/>
            <w:vAlign w:val="center"/>
          </w:tcPr>
          <w:p w14:paraId="3417F9A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EB98449" w14:textId="77777777" w:rsidTr="005E6784">
        <w:trPr>
          <w:jc w:val="center"/>
        </w:trPr>
        <w:tc>
          <w:tcPr>
            <w:tcW w:w="1412" w:type="dxa"/>
            <w:vAlign w:val="center"/>
          </w:tcPr>
          <w:p w14:paraId="74E76F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</w:t>
            </w:r>
          </w:p>
        </w:tc>
        <w:tc>
          <w:tcPr>
            <w:tcW w:w="1706" w:type="dxa"/>
            <w:vAlign w:val="center"/>
          </w:tcPr>
          <w:p w14:paraId="6D9F5C0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12734</w:t>
            </w:r>
          </w:p>
        </w:tc>
        <w:tc>
          <w:tcPr>
            <w:tcW w:w="3362" w:type="dxa"/>
            <w:vAlign w:val="center"/>
          </w:tcPr>
          <w:p w14:paraId="159AF3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นางสาวภัทรนันท์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รักษาอินทร์</w:t>
            </w:r>
          </w:p>
        </w:tc>
        <w:tc>
          <w:tcPr>
            <w:tcW w:w="1633" w:type="dxa"/>
            <w:vAlign w:val="center"/>
          </w:tcPr>
          <w:p w14:paraId="746A36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29A94B4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06F9FEA" w14:textId="77777777" w:rsidTr="005E6784">
        <w:trPr>
          <w:jc w:val="center"/>
        </w:trPr>
        <w:tc>
          <w:tcPr>
            <w:tcW w:w="1412" w:type="dxa"/>
            <w:vAlign w:val="center"/>
          </w:tcPr>
          <w:p w14:paraId="0E14C5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</w:t>
            </w:r>
          </w:p>
        </w:tc>
        <w:tc>
          <w:tcPr>
            <w:tcW w:w="1706" w:type="dxa"/>
            <w:vAlign w:val="center"/>
          </w:tcPr>
          <w:p w14:paraId="4DF4344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12735</w:t>
            </w:r>
          </w:p>
        </w:tc>
        <w:tc>
          <w:tcPr>
            <w:tcW w:w="3362" w:type="dxa"/>
            <w:vAlign w:val="center"/>
          </w:tcPr>
          <w:p w14:paraId="2C86E24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นางสาวสิรินทิพย์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โชคมหาสมบัติ</w:t>
            </w:r>
          </w:p>
        </w:tc>
        <w:tc>
          <w:tcPr>
            <w:tcW w:w="1633" w:type="dxa"/>
            <w:vAlign w:val="center"/>
          </w:tcPr>
          <w:p w14:paraId="4DA3D77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  <w:tc>
          <w:tcPr>
            <w:tcW w:w="1962" w:type="dxa"/>
            <w:vAlign w:val="center"/>
          </w:tcPr>
          <w:p w14:paraId="218E055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45C9D0F" w14:textId="77777777" w:rsidTr="005E6784">
        <w:trPr>
          <w:jc w:val="center"/>
        </w:trPr>
        <w:tc>
          <w:tcPr>
            <w:tcW w:w="1412" w:type="dxa"/>
            <w:vAlign w:val="center"/>
          </w:tcPr>
          <w:p w14:paraId="3556AE8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lastRenderedPageBreak/>
              <w:t>36</w:t>
            </w:r>
          </w:p>
        </w:tc>
        <w:tc>
          <w:tcPr>
            <w:tcW w:w="1706" w:type="dxa"/>
            <w:vAlign w:val="center"/>
          </w:tcPr>
          <w:p w14:paraId="59720E5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12736</w:t>
            </w:r>
          </w:p>
        </w:tc>
        <w:tc>
          <w:tcPr>
            <w:tcW w:w="3362" w:type="dxa"/>
            <w:vAlign w:val="center"/>
          </w:tcPr>
          <w:p w14:paraId="079CFA4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นางสาวสุภาพร  จำปาทอง</w:t>
            </w:r>
          </w:p>
        </w:tc>
        <w:tc>
          <w:tcPr>
            <w:tcW w:w="1633" w:type="dxa"/>
            <w:vAlign w:val="center"/>
          </w:tcPr>
          <w:p w14:paraId="2C39FA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47521E2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3B79A92" w14:textId="77777777" w:rsidTr="005E6784">
        <w:trPr>
          <w:jc w:val="center"/>
        </w:trPr>
        <w:tc>
          <w:tcPr>
            <w:tcW w:w="1412" w:type="dxa"/>
            <w:vAlign w:val="center"/>
          </w:tcPr>
          <w:p w14:paraId="600213D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</w:t>
            </w:r>
          </w:p>
        </w:tc>
        <w:tc>
          <w:tcPr>
            <w:tcW w:w="1706" w:type="dxa"/>
            <w:vAlign w:val="center"/>
          </w:tcPr>
          <w:p w14:paraId="4ABF7B8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12737</w:t>
            </w:r>
          </w:p>
        </w:tc>
        <w:tc>
          <w:tcPr>
            <w:tcW w:w="3362" w:type="dxa"/>
            <w:vAlign w:val="center"/>
          </w:tcPr>
          <w:p w14:paraId="2EF2461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นางสาวสุรภา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นอนา</w:t>
            </w:r>
          </w:p>
        </w:tc>
        <w:tc>
          <w:tcPr>
            <w:tcW w:w="1633" w:type="dxa"/>
            <w:vAlign w:val="center"/>
          </w:tcPr>
          <w:p w14:paraId="1F773FE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  <w:tc>
          <w:tcPr>
            <w:tcW w:w="1962" w:type="dxa"/>
            <w:vAlign w:val="center"/>
          </w:tcPr>
          <w:p w14:paraId="3CDBB4E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369A17D0" w14:textId="77777777" w:rsidTr="005E6784">
        <w:trPr>
          <w:jc w:val="center"/>
        </w:trPr>
        <w:tc>
          <w:tcPr>
            <w:tcW w:w="1412" w:type="dxa"/>
            <w:vAlign w:val="center"/>
          </w:tcPr>
          <w:p w14:paraId="45B1A3A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</w:t>
            </w:r>
          </w:p>
        </w:tc>
        <w:tc>
          <w:tcPr>
            <w:tcW w:w="1706" w:type="dxa"/>
            <w:vAlign w:val="center"/>
          </w:tcPr>
          <w:p w14:paraId="4AE0755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12738</w:t>
            </w:r>
          </w:p>
        </w:tc>
        <w:tc>
          <w:tcPr>
            <w:tcW w:w="3362" w:type="dxa"/>
            <w:vAlign w:val="center"/>
          </w:tcPr>
          <w:p w14:paraId="200185F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นางสาวหนึ่งฤทัย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สืบสุข</w:t>
            </w:r>
          </w:p>
        </w:tc>
        <w:tc>
          <w:tcPr>
            <w:tcW w:w="1633" w:type="dxa"/>
            <w:vAlign w:val="center"/>
          </w:tcPr>
          <w:p w14:paraId="757DDB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  <w:tc>
          <w:tcPr>
            <w:tcW w:w="1962" w:type="dxa"/>
            <w:vAlign w:val="center"/>
          </w:tcPr>
          <w:p w14:paraId="78497F0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B92E3C1" w14:textId="77777777" w:rsidTr="005E6784">
        <w:trPr>
          <w:jc w:val="center"/>
        </w:trPr>
        <w:tc>
          <w:tcPr>
            <w:tcW w:w="1412" w:type="dxa"/>
            <w:vAlign w:val="center"/>
          </w:tcPr>
          <w:p w14:paraId="5090674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39</w:t>
            </w:r>
          </w:p>
        </w:tc>
        <w:tc>
          <w:tcPr>
            <w:tcW w:w="1706" w:type="dxa"/>
            <w:vAlign w:val="center"/>
          </w:tcPr>
          <w:p w14:paraId="4ED7953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12739</w:t>
            </w:r>
          </w:p>
        </w:tc>
        <w:tc>
          <w:tcPr>
            <w:tcW w:w="3362" w:type="dxa"/>
            <w:vAlign w:val="center"/>
          </w:tcPr>
          <w:p w14:paraId="3F8356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นางสาวอริญลดา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ทิพย์อักษร</w:t>
            </w:r>
          </w:p>
        </w:tc>
        <w:tc>
          <w:tcPr>
            <w:tcW w:w="1633" w:type="dxa"/>
            <w:vAlign w:val="center"/>
          </w:tcPr>
          <w:p w14:paraId="2CA1684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4729D9B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</w:tbl>
    <w:p w14:paraId="2585AA79" w14:textId="77777777" w:rsidR="005E6784" w:rsidRDefault="005E6784">
      <w:r>
        <w:rPr>
          <w:rFonts w:hint="eastAsia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353"/>
        <w:gridCol w:w="1683"/>
        <w:gridCol w:w="3274"/>
        <w:gridCol w:w="1578"/>
        <w:gridCol w:w="1961"/>
      </w:tblGrid>
      <w:tr w:rsidR="000F23F0" w:rsidRPr="000F23F0" w14:paraId="46B8306D" w14:textId="77777777" w:rsidTr="005E6784">
        <w:trPr>
          <w:jc w:val="center"/>
        </w:trPr>
        <w:tc>
          <w:tcPr>
            <w:tcW w:w="1412" w:type="dxa"/>
            <w:vAlign w:val="center"/>
          </w:tcPr>
          <w:p w14:paraId="3D383084" w14:textId="171BEDFC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lastRenderedPageBreak/>
              <w:t>ที่</w:t>
            </w:r>
          </w:p>
        </w:tc>
        <w:tc>
          <w:tcPr>
            <w:tcW w:w="1706" w:type="dxa"/>
            <w:vAlign w:val="center"/>
          </w:tcPr>
          <w:p w14:paraId="2FAA03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  <w:tc>
          <w:tcPr>
            <w:tcW w:w="3362" w:type="dxa"/>
            <w:vAlign w:val="center"/>
          </w:tcPr>
          <w:p w14:paraId="285FE29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  <w:tc>
          <w:tcPr>
            <w:tcW w:w="1633" w:type="dxa"/>
            <w:vAlign w:val="center"/>
          </w:tcPr>
          <w:p w14:paraId="01850AB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1962" w:type="dxa"/>
            <w:vAlign w:val="center"/>
          </w:tcPr>
          <w:p w14:paraId="67F896A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0F23F0" w:rsidRPr="000F23F0" w14:paraId="286C40A3" w14:textId="77777777" w:rsidTr="005E6784">
        <w:trPr>
          <w:jc w:val="center"/>
        </w:trPr>
        <w:tc>
          <w:tcPr>
            <w:tcW w:w="1412" w:type="dxa"/>
            <w:vAlign w:val="center"/>
          </w:tcPr>
          <w:p w14:paraId="2326ADE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1706" w:type="dxa"/>
            <w:vAlign w:val="center"/>
          </w:tcPr>
          <w:p w14:paraId="1DEA246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11240</w:t>
            </w:r>
          </w:p>
        </w:tc>
        <w:tc>
          <w:tcPr>
            <w:tcW w:w="3362" w:type="dxa"/>
            <w:vAlign w:val="center"/>
          </w:tcPr>
          <w:p w14:paraId="3A8340B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นายกิตติพันธ์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เทพเนาว์</w:t>
            </w:r>
          </w:p>
        </w:tc>
        <w:tc>
          <w:tcPr>
            <w:tcW w:w="1633" w:type="dxa"/>
            <w:vAlign w:val="center"/>
          </w:tcPr>
          <w:p w14:paraId="58564FE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0244E7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9C0C2DE" w14:textId="77777777" w:rsidTr="005E6784">
        <w:trPr>
          <w:jc w:val="center"/>
        </w:trPr>
        <w:tc>
          <w:tcPr>
            <w:tcW w:w="1412" w:type="dxa"/>
            <w:vAlign w:val="center"/>
          </w:tcPr>
          <w:p w14:paraId="5BF877F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1706" w:type="dxa"/>
            <w:vAlign w:val="center"/>
          </w:tcPr>
          <w:p w14:paraId="662046C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11274</w:t>
            </w:r>
          </w:p>
        </w:tc>
        <w:tc>
          <w:tcPr>
            <w:tcW w:w="3362" w:type="dxa"/>
            <w:vAlign w:val="center"/>
          </w:tcPr>
          <w:p w14:paraId="7F47412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นายจิรพฤทธิ์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ฉิมมาลี</w:t>
            </w:r>
          </w:p>
        </w:tc>
        <w:tc>
          <w:tcPr>
            <w:tcW w:w="1633" w:type="dxa"/>
            <w:vAlign w:val="center"/>
          </w:tcPr>
          <w:p w14:paraId="6B9AD28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2D8C48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85CA952" w14:textId="77777777" w:rsidTr="005E6784">
        <w:trPr>
          <w:jc w:val="center"/>
        </w:trPr>
        <w:tc>
          <w:tcPr>
            <w:tcW w:w="1412" w:type="dxa"/>
            <w:vAlign w:val="center"/>
          </w:tcPr>
          <w:p w14:paraId="7300A97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1706" w:type="dxa"/>
            <w:vAlign w:val="center"/>
          </w:tcPr>
          <w:p w14:paraId="7B7347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11275</w:t>
            </w:r>
          </w:p>
        </w:tc>
        <w:tc>
          <w:tcPr>
            <w:tcW w:w="3362" w:type="dxa"/>
            <w:vAlign w:val="center"/>
          </w:tcPr>
          <w:p w14:paraId="1099350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นายจิรพัฒน์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ยิ่งได้ชม</w:t>
            </w:r>
          </w:p>
        </w:tc>
        <w:tc>
          <w:tcPr>
            <w:tcW w:w="1633" w:type="dxa"/>
            <w:vAlign w:val="center"/>
          </w:tcPr>
          <w:p w14:paraId="6093AFC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1CCBFAA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BA7E3ED" w14:textId="77777777" w:rsidTr="005E6784">
        <w:trPr>
          <w:jc w:val="center"/>
        </w:trPr>
        <w:tc>
          <w:tcPr>
            <w:tcW w:w="1412" w:type="dxa"/>
            <w:vAlign w:val="center"/>
          </w:tcPr>
          <w:p w14:paraId="75D88CE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1706" w:type="dxa"/>
            <w:vAlign w:val="center"/>
          </w:tcPr>
          <w:p w14:paraId="0FA232C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11346</w:t>
            </w:r>
          </w:p>
        </w:tc>
        <w:tc>
          <w:tcPr>
            <w:tcW w:w="3362" w:type="dxa"/>
            <w:vAlign w:val="center"/>
          </w:tcPr>
          <w:p w14:paraId="5C83442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นายนราวิชญ์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ศิริสวัสดิ์</w:t>
            </w:r>
          </w:p>
        </w:tc>
        <w:tc>
          <w:tcPr>
            <w:tcW w:w="1633" w:type="dxa"/>
            <w:vAlign w:val="center"/>
          </w:tcPr>
          <w:p w14:paraId="32D96A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59CAFF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6CA0711" w14:textId="77777777" w:rsidTr="005E6784">
        <w:trPr>
          <w:jc w:val="center"/>
        </w:trPr>
        <w:tc>
          <w:tcPr>
            <w:tcW w:w="1412" w:type="dxa"/>
            <w:vAlign w:val="center"/>
          </w:tcPr>
          <w:p w14:paraId="52DFD02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</w:t>
            </w:r>
          </w:p>
        </w:tc>
        <w:tc>
          <w:tcPr>
            <w:tcW w:w="1706" w:type="dxa"/>
            <w:vAlign w:val="center"/>
          </w:tcPr>
          <w:p w14:paraId="6F40D5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11381</w:t>
            </w:r>
          </w:p>
        </w:tc>
        <w:tc>
          <w:tcPr>
            <w:tcW w:w="3362" w:type="dxa"/>
            <w:vAlign w:val="center"/>
          </w:tcPr>
          <w:p w14:paraId="253D745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นายทักษิณ เครือบคนโท</w:t>
            </w:r>
          </w:p>
        </w:tc>
        <w:tc>
          <w:tcPr>
            <w:tcW w:w="1633" w:type="dxa"/>
            <w:vAlign w:val="center"/>
          </w:tcPr>
          <w:p w14:paraId="41A3D7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458ABE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66DAA45" w14:textId="77777777" w:rsidTr="005E6784">
        <w:trPr>
          <w:jc w:val="center"/>
        </w:trPr>
        <w:tc>
          <w:tcPr>
            <w:tcW w:w="1412" w:type="dxa"/>
            <w:vAlign w:val="center"/>
          </w:tcPr>
          <w:p w14:paraId="3F7E1A0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</w:t>
            </w:r>
          </w:p>
        </w:tc>
        <w:tc>
          <w:tcPr>
            <w:tcW w:w="1706" w:type="dxa"/>
            <w:vAlign w:val="center"/>
          </w:tcPr>
          <w:p w14:paraId="63B8518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11384</w:t>
            </w:r>
          </w:p>
        </w:tc>
        <w:tc>
          <w:tcPr>
            <w:tcW w:w="3362" w:type="dxa"/>
            <w:vAlign w:val="center"/>
          </w:tcPr>
          <w:p w14:paraId="311CBEF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นายธวัชชัย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คงกำเนิด</w:t>
            </w:r>
          </w:p>
        </w:tc>
        <w:tc>
          <w:tcPr>
            <w:tcW w:w="1633" w:type="dxa"/>
            <w:vAlign w:val="center"/>
          </w:tcPr>
          <w:p w14:paraId="36D6436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54E37E3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F1DE77D" w14:textId="77777777" w:rsidTr="005E6784">
        <w:trPr>
          <w:jc w:val="center"/>
        </w:trPr>
        <w:tc>
          <w:tcPr>
            <w:tcW w:w="1412" w:type="dxa"/>
            <w:vAlign w:val="center"/>
          </w:tcPr>
          <w:p w14:paraId="2829EBF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</w:t>
            </w:r>
          </w:p>
        </w:tc>
        <w:tc>
          <w:tcPr>
            <w:tcW w:w="1706" w:type="dxa"/>
            <w:vAlign w:val="center"/>
          </w:tcPr>
          <w:p w14:paraId="6B4D2BF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11393</w:t>
            </w:r>
          </w:p>
        </w:tc>
        <w:tc>
          <w:tcPr>
            <w:tcW w:w="3362" w:type="dxa"/>
            <w:vAlign w:val="center"/>
          </w:tcPr>
          <w:p w14:paraId="0A9D153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นายสุรบดินทร์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ธรรมสูตร</w:t>
            </w:r>
          </w:p>
        </w:tc>
        <w:tc>
          <w:tcPr>
            <w:tcW w:w="1633" w:type="dxa"/>
            <w:vAlign w:val="center"/>
          </w:tcPr>
          <w:p w14:paraId="4743174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  <w:tc>
          <w:tcPr>
            <w:tcW w:w="1962" w:type="dxa"/>
            <w:vAlign w:val="center"/>
          </w:tcPr>
          <w:p w14:paraId="73E0B8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AE28953" w14:textId="77777777" w:rsidTr="005E6784">
        <w:trPr>
          <w:jc w:val="center"/>
        </w:trPr>
        <w:tc>
          <w:tcPr>
            <w:tcW w:w="1412" w:type="dxa"/>
            <w:vAlign w:val="center"/>
          </w:tcPr>
          <w:p w14:paraId="0946729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</w:t>
            </w:r>
          </w:p>
        </w:tc>
        <w:tc>
          <w:tcPr>
            <w:tcW w:w="1706" w:type="dxa"/>
            <w:vAlign w:val="center"/>
          </w:tcPr>
          <w:p w14:paraId="6EA7C0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11423</w:t>
            </w:r>
          </w:p>
        </w:tc>
        <w:tc>
          <w:tcPr>
            <w:tcW w:w="3362" w:type="dxa"/>
            <w:vAlign w:val="center"/>
          </w:tcPr>
          <w:p w14:paraId="348F370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นายปุณญวิชญ์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ฤทธิบูรณ์</w:t>
            </w:r>
          </w:p>
        </w:tc>
        <w:tc>
          <w:tcPr>
            <w:tcW w:w="1633" w:type="dxa"/>
            <w:vAlign w:val="center"/>
          </w:tcPr>
          <w:p w14:paraId="753EB80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022685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28F793F" w14:textId="77777777" w:rsidTr="005E6784">
        <w:trPr>
          <w:jc w:val="center"/>
        </w:trPr>
        <w:tc>
          <w:tcPr>
            <w:tcW w:w="1412" w:type="dxa"/>
            <w:vAlign w:val="center"/>
          </w:tcPr>
          <w:p w14:paraId="7FBB025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  <w:tc>
          <w:tcPr>
            <w:tcW w:w="1706" w:type="dxa"/>
            <w:vAlign w:val="center"/>
          </w:tcPr>
          <w:p w14:paraId="445544C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12740</w:t>
            </w:r>
          </w:p>
        </w:tc>
        <w:tc>
          <w:tcPr>
            <w:tcW w:w="3362" w:type="dxa"/>
            <w:vAlign w:val="center"/>
          </w:tcPr>
          <w:p w14:paraId="163D691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นายครวัฐ กู้เกียรติศักดิ์</w:t>
            </w:r>
          </w:p>
        </w:tc>
        <w:tc>
          <w:tcPr>
            <w:tcW w:w="1633" w:type="dxa"/>
            <w:vAlign w:val="center"/>
          </w:tcPr>
          <w:p w14:paraId="4CF500B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6E29BEF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B9BC653" w14:textId="77777777" w:rsidTr="005E6784">
        <w:trPr>
          <w:jc w:val="center"/>
        </w:trPr>
        <w:tc>
          <w:tcPr>
            <w:tcW w:w="1412" w:type="dxa"/>
            <w:vAlign w:val="center"/>
          </w:tcPr>
          <w:p w14:paraId="652B413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</w:t>
            </w:r>
          </w:p>
        </w:tc>
        <w:tc>
          <w:tcPr>
            <w:tcW w:w="1706" w:type="dxa"/>
            <w:vAlign w:val="center"/>
          </w:tcPr>
          <w:p w14:paraId="477211A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12741</w:t>
            </w:r>
          </w:p>
        </w:tc>
        <w:tc>
          <w:tcPr>
            <w:tcW w:w="3362" w:type="dxa"/>
            <w:vAlign w:val="center"/>
          </w:tcPr>
          <w:p w14:paraId="7E1C2DB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นายจิรวิทย์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คงนอก</w:t>
            </w:r>
          </w:p>
        </w:tc>
        <w:tc>
          <w:tcPr>
            <w:tcW w:w="1633" w:type="dxa"/>
            <w:vAlign w:val="center"/>
          </w:tcPr>
          <w:p w14:paraId="1A130E4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6817FEE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3BE6919" w14:textId="77777777" w:rsidTr="005E6784">
        <w:trPr>
          <w:jc w:val="center"/>
        </w:trPr>
        <w:tc>
          <w:tcPr>
            <w:tcW w:w="1412" w:type="dxa"/>
            <w:vAlign w:val="center"/>
          </w:tcPr>
          <w:p w14:paraId="2214648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</w:t>
            </w:r>
          </w:p>
        </w:tc>
        <w:tc>
          <w:tcPr>
            <w:tcW w:w="1706" w:type="dxa"/>
            <w:vAlign w:val="center"/>
          </w:tcPr>
          <w:p w14:paraId="0360503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12742</w:t>
            </w:r>
          </w:p>
        </w:tc>
        <w:tc>
          <w:tcPr>
            <w:tcW w:w="3362" w:type="dxa"/>
            <w:vAlign w:val="center"/>
          </w:tcPr>
          <w:p w14:paraId="20F19C3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นายณัฐวัตร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ผลกอง</w:t>
            </w:r>
          </w:p>
        </w:tc>
        <w:tc>
          <w:tcPr>
            <w:tcW w:w="1633" w:type="dxa"/>
            <w:vAlign w:val="center"/>
          </w:tcPr>
          <w:p w14:paraId="700345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489D407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325CCB4" w14:textId="77777777" w:rsidTr="005E6784">
        <w:trPr>
          <w:jc w:val="center"/>
        </w:trPr>
        <w:tc>
          <w:tcPr>
            <w:tcW w:w="1412" w:type="dxa"/>
            <w:vAlign w:val="center"/>
          </w:tcPr>
          <w:p w14:paraId="4AD2BE7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</w:t>
            </w:r>
          </w:p>
        </w:tc>
        <w:tc>
          <w:tcPr>
            <w:tcW w:w="1706" w:type="dxa"/>
            <w:vAlign w:val="center"/>
          </w:tcPr>
          <w:p w14:paraId="11E0F7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12743</w:t>
            </w:r>
          </w:p>
        </w:tc>
        <w:tc>
          <w:tcPr>
            <w:tcW w:w="3362" w:type="dxa"/>
            <w:vAlign w:val="center"/>
          </w:tcPr>
          <w:p w14:paraId="7E83CC6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นายธนกฤต กลิ่นหวล</w:t>
            </w:r>
          </w:p>
        </w:tc>
        <w:tc>
          <w:tcPr>
            <w:tcW w:w="1633" w:type="dxa"/>
            <w:vAlign w:val="center"/>
          </w:tcPr>
          <w:p w14:paraId="214582A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02B134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642F6E3" w14:textId="77777777" w:rsidTr="005E6784">
        <w:trPr>
          <w:jc w:val="center"/>
        </w:trPr>
        <w:tc>
          <w:tcPr>
            <w:tcW w:w="1412" w:type="dxa"/>
            <w:vAlign w:val="center"/>
          </w:tcPr>
          <w:p w14:paraId="3C2AFF4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13</w:t>
            </w:r>
          </w:p>
        </w:tc>
        <w:tc>
          <w:tcPr>
            <w:tcW w:w="1706" w:type="dxa"/>
            <w:vAlign w:val="center"/>
          </w:tcPr>
          <w:p w14:paraId="588FB7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12744</w:t>
            </w:r>
          </w:p>
        </w:tc>
        <w:tc>
          <w:tcPr>
            <w:tcW w:w="3362" w:type="dxa"/>
            <w:vAlign w:val="center"/>
          </w:tcPr>
          <w:p w14:paraId="1C7CEE1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นายสกุลศึก วิเชียร</w:t>
            </w:r>
          </w:p>
        </w:tc>
        <w:tc>
          <w:tcPr>
            <w:tcW w:w="1633" w:type="dxa"/>
            <w:vAlign w:val="center"/>
          </w:tcPr>
          <w:p w14:paraId="7FC707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18.00</w:t>
            </w:r>
          </w:p>
        </w:tc>
        <w:tc>
          <w:tcPr>
            <w:tcW w:w="1962" w:type="dxa"/>
            <w:vAlign w:val="center"/>
          </w:tcPr>
          <w:p w14:paraId="117A921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0E108C1" w14:textId="77777777" w:rsidTr="005E6784">
        <w:trPr>
          <w:jc w:val="center"/>
        </w:trPr>
        <w:tc>
          <w:tcPr>
            <w:tcW w:w="1412" w:type="dxa"/>
            <w:vAlign w:val="center"/>
          </w:tcPr>
          <w:p w14:paraId="7206325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</w:t>
            </w:r>
          </w:p>
        </w:tc>
        <w:tc>
          <w:tcPr>
            <w:tcW w:w="1706" w:type="dxa"/>
            <w:vAlign w:val="center"/>
          </w:tcPr>
          <w:p w14:paraId="72C5FF3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12745</w:t>
            </w:r>
          </w:p>
        </w:tc>
        <w:tc>
          <w:tcPr>
            <w:tcW w:w="3362" w:type="dxa"/>
            <w:vAlign w:val="center"/>
          </w:tcPr>
          <w:p w14:paraId="30DC78B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นายอัครพงศ์ ทองคำ</w:t>
            </w:r>
          </w:p>
        </w:tc>
        <w:tc>
          <w:tcPr>
            <w:tcW w:w="1633" w:type="dxa"/>
            <w:vAlign w:val="center"/>
          </w:tcPr>
          <w:p w14:paraId="15108E1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372852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FBAF7E8" w14:textId="77777777" w:rsidTr="005E6784">
        <w:trPr>
          <w:jc w:val="center"/>
        </w:trPr>
        <w:tc>
          <w:tcPr>
            <w:tcW w:w="1412" w:type="dxa"/>
            <w:vAlign w:val="center"/>
          </w:tcPr>
          <w:p w14:paraId="74199E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15</w:t>
            </w:r>
          </w:p>
        </w:tc>
        <w:tc>
          <w:tcPr>
            <w:tcW w:w="1706" w:type="dxa"/>
            <w:vAlign w:val="center"/>
          </w:tcPr>
          <w:p w14:paraId="15F1754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11324</w:t>
            </w:r>
          </w:p>
        </w:tc>
        <w:tc>
          <w:tcPr>
            <w:tcW w:w="3362" w:type="dxa"/>
            <w:vAlign w:val="center"/>
          </w:tcPr>
          <w:p w14:paraId="6B2E218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จีรภัทร์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ทวีพูน</w:t>
            </w:r>
          </w:p>
        </w:tc>
        <w:tc>
          <w:tcPr>
            <w:tcW w:w="1633" w:type="dxa"/>
            <w:vAlign w:val="center"/>
          </w:tcPr>
          <w:p w14:paraId="63C8287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10C5CFA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9CD470F" w14:textId="77777777" w:rsidTr="005E6784">
        <w:trPr>
          <w:jc w:val="center"/>
        </w:trPr>
        <w:tc>
          <w:tcPr>
            <w:tcW w:w="1412" w:type="dxa"/>
            <w:vAlign w:val="center"/>
          </w:tcPr>
          <w:p w14:paraId="12C53D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</w:t>
            </w:r>
          </w:p>
        </w:tc>
        <w:tc>
          <w:tcPr>
            <w:tcW w:w="1706" w:type="dxa"/>
            <w:vAlign w:val="center"/>
          </w:tcPr>
          <w:p w14:paraId="33D13B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11331</w:t>
            </w:r>
          </w:p>
        </w:tc>
        <w:tc>
          <w:tcPr>
            <w:tcW w:w="3362" w:type="dxa"/>
            <w:vAlign w:val="center"/>
          </w:tcPr>
          <w:p w14:paraId="7CEF5D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นางสาวรินรดา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วรรณคีรี</w:t>
            </w:r>
          </w:p>
        </w:tc>
        <w:tc>
          <w:tcPr>
            <w:tcW w:w="1633" w:type="dxa"/>
            <w:vAlign w:val="center"/>
          </w:tcPr>
          <w:p w14:paraId="05E9463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18.00</w:t>
            </w:r>
          </w:p>
        </w:tc>
        <w:tc>
          <w:tcPr>
            <w:tcW w:w="1962" w:type="dxa"/>
            <w:vAlign w:val="center"/>
          </w:tcPr>
          <w:p w14:paraId="613643A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C1E3BA8" w14:textId="77777777" w:rsidTr="005E6784">
        <w:trPr>
          <w:jc w:val="center"/>
        </w:trPr>
        <w:tc>
          <w:tcPr>
            <w:tcW w:w="1412" w:type="dxa"/>
            <w:vAlign w:val="center"/>
          </w:tcPr>
          <w:p w14:paraId="532C06E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</w:t>
            </w:r>
          </w:p>
        </w:tc>
        <w:tc>
          <w:tcPr>
            <w:tcW w:w="1706" w:type="dxa"/>
            <w:vAlign w:val="center"/>
          </w:tcPr>
          <w:p w14:paraId="5B11C0E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11361</w:t>
            </w:r>
          </w:p>
        </w:tc>
        <w:tc>
          <w:tcPr>
            <w:tcW w:w="3362" w:type="dxa"/>
            <w:vAlign w:val="center"/>
          </w:tcPr>
          <w:p w14:paraId="532166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 ณัฐธิดา ประวรรณ</w:t>
            </w:r>
          </w:p>
        </w:tc>
        <w:tc>
          <w:tcPr>
            <w:tcW w:w="1633" w:type="dxa"/>
            <w:vAlign w:val="center"/>
          </w:tcPr>
          <w:p w14:paraId="435FA89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47D471C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24F99D6" w14:textId="77777777" w:rsidTr="005E6784">
        <w:trPr>
          <w:jc w:val="center"/>
        </w:trPr>
        <w:tc>
          <w:tcPr>
            <w:tcW w:w="1412" w:type="dxa"/>
            <w:vAlign w:val="center"/>
          </w:tcPr>
          <w:p w14:paraId="6EE37DB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</w:t>
            </w:r>
          </w:p>
        </w:tc>
        <w:tc>
          <w:tcPr>
            <w:tcW w:w="1706" w:type="dxa"/>
            <w:vAlign w:val="center"/>
          </w:tcPr>
          <w:p w14:paraId="285B901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11363</w:t>
            </w:r>
          </w:p>
        </w:tc>
        <w:tc>
          <w:tcPr>
            <w:tcW w:w="3362" w:type="dxa"/>
            <w:vAlign w:val="center"/>
          </w:tcPr>
          <w:p w14:paraId="5BB42A8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นางสาวธิดาภา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โอดรัมย์</w:t>
            </w:r>
          </w:p>
        </w:tc>
        <w:tc>
          <w:tcPr>
            <w:tcW w:w="1633" w:type="dxa"/>
            <w:vAlign w:val="center"/>
          </w:tcPr>
          <w:p w14:paraId="29D1861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6613026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F0B0E9F" w14:textId="77777777" w:rsidTr="005E6784">
        <w:trPr>
          <w:jc w:val="center"/>
        </w:trPr>
        <w:tc>
          <w:tcPr>
            <w:tcW w:w="1412" w:type="dxa"/>
            <w:vAlign w:val="center"/>
          </w:tcPr>
          <w:p w14:paraId="42CD629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19</w:t>
            </w:r>
          </w:p>
        </w:tc>
        <w:tc>
          <w:tcPr>
            <w:tcW w:w="1706" w:type="dxa"/>
            <w:vAlign w:val="center"/>
          </w:tcPr>
          <w:p w14:paraId="5C4CD98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11370</w:t>
            </w:r>
          </w:p>
        </w:tc>
        <w:tc>
          <w:tcPr>
            <w:tcW w:w="3362" w:type="dxa"/>
            <w:vAlign w:val="center"/>
          </w:tcPr>
          <w:p w14:paraId="0B4225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นางสาวพิชชานันท์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แขรัมย์</w:t>
            </w:r>
          </w:p>
        </w:tc>
        <w:tc>
          <w:tcPr>
            <w:tcW w:w="1633" w:type="dxa"/>
            <w:vAlign w:val="center"/>
          </w:tcPr>
          <w:p w14:paraId="03A94DB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1116B42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83A22DD" w14:textId="77777777" w:rsidTr="005E6784">
        <w:trPr>
          <w:jc w:val="center"/>
        </w:trPr>
        <w:tc>
          <w:tcPr>
            <w:tcW w:w="1412" w:type="dxa"/>
            <w:vAlign w:val="center"/>
          </w:tcPr>
          <w:p w14:paraId="563CAF4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</w:t>
            </w:r>
          </w:p>
        </w:tc>
        <w:tc>
          <w:tcPr>
            <w:tcW w:w="1706" w:type="dxa"/>
            <w:vAlign w:val="center"/>
          </w:tcPr>
          <w:p w14:paraId="711DBFA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11376</w:t>
            </w:r>
          </w:p>
        </w:tc>
        <w:tc>
          <w:tcPr>
            <w:tcW w:w="3362" w:type="dxa"/>
            <w:vAlign w:val="center"/>
          </w:tcPr>
          <w:p w14:paraId="1D4EBA6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นางสาวอรอมล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ทองประภา</w:t>
            </w:r>
          </w:p>
        </w:tc>
        <w:tc>
          <w:tcPr>
            <w:tcW w:w="1633" w:type="dxa"/>
            <w:vAlign w:val="center"/>
          </w:tcPr>
          <w:p w14:paraId="705276C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26A4B82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1F85D88" w14:textId="77777777" w:rsidTr="005E6784">
        <w:trPr>
          <w:jc w:val="center"/>
        </w:trPr>
        <w:tc>
          <w:tcPr>
            <w:tcW w:w="1412" w:type="dxa"/>
            <w:vAlign w:val="center"/>
          </w:tcPr>
          <w:p w14:paraId="0958389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21</w:t>
            </w:r>
          </w:p>
        </w:tc>
        <w:tc>
          <w:tcPr>
            <w:tcW w:w="1706" w:type="dxa"/>
            <w:vAlign w:val="center"/>
          </w:tcPr>
          <w:p w14:paraId="187F33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11403</w:t>
            </w:r>
          </w:p>
        </w:tc>
        <w:tc>
          <w:tcPr>
            <w:tcW w:w="3362" w:type="dxa"/>
            <w:vAlign w:val="center"/>
          </w:tcPr>
          <w:p w14:paraId="62E39B4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ธัญญพัทธ์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โชติกลาง</w:t>
            </w:r>
          </w:p>
        </w:tc>
        <w:tc>
          <w:tcPr>
            <w:tcW w:w="1633" w:type="dxa"/>
            <w:vAlign w:val="center"/>
          </w:tcPr>
          <w:p w14:paraId="50C9011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4A3B59F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95280CA" w14:textId="77777777" w:rsidTr="005E6784">
        <w:trPr>
          <w:jc w:val="center"/>
        </w:trPr>
        <w:tc>
          <w:tcPr>
            <w:tcW w:w="1412" w:type="dxa"/>
            <w:vAlign w:val="center"/>
          </w:tcPr>
          <w:p w14:paraId="102918B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</w:t>
            </w:r>
          </w:p>
        </w:tc>
        <w:tc>
          <w:tcPr>
            <w:tcW w:w="1706" w:type="dxa"/>
            <w:vAlign w:val="center"/>
          </w:tcPr>
          <w:p w14:paraId="13A5734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11406</w:t>
            </w:r>
          </w:p>
        </w:tc>
        <w:tc>
          <w:tcPr>
            <w:tcW w:w="3362" w:type="dxa"/>
            <w:vAlign w:val="center"/>
          </w:tcPr>
          <w:p w14:paraId="4D4351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นางสาววชิรญาณ์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ประประโคน</w:t>
            </w:r>
          </w:p>
        </w:tc>
        <w:tc>
          <w:tcPr>
            <w:tcW w:w="1633" w:type="dxa"/>
            <w:vAlign w:val="center"/>
          </w:tcPr>
          <w:p w14:paraId="2A9A103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736BCAD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EF167FA" w14:textId="77777777" w:rsidTr="005E6784">
        <w:trPr>
          <w:jc w:val="center"/>
        </w:trPr>
        <w:tc>
          <w:tcPr>
            <w:tcW w:w="1412" w:type="dxa"/>
            <w:vAlign w:val="center"/>
          </w:tcPr>
          <w:p w14:paraId="3D238CA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23</w:t>
            </w:r>
          </w:p>
        </w:tc>
        <w:tc>
          <w:tcPr>
            <w:tcW w:w="1706" w:type="dxa"/>
            <w:vAlign w:val="center"/>
          </w:tcPr>
          <w:p w14:paraId="17D73F7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11412</w:t>
            </w:r>
          </w:p>
        </w:tc>
        <w:tc>
          <w:tcPr>
            <w:tcW w:w="3362" w:type="dxa"/>
            <w:vAlign w:val="center"/>
          </w:tcPr>
          <w:p w14:paraId="37AA10B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นางสาวสุภัทชาดา มากชุมแสง</w:t>
            </w:r>
          </w:p>
        </w:tc>
        <w:tc>
          <w:tcPr>
            <w:tcW w:w="1633" w:type="dxa"/>
            <w:vAlign w:val="center"/>
          </w:tcPr>
          <w:p w14:paraId="12512D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4F4897B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57BBAE8" w14:textId="77777777" w:rsidTr="005E6784">
        <w:trPr>
          <w:jc w:val="center"/>
        </w:trPr>
        <w:tc>
          <w:tcPr>
            <w:tcW w:w="1412" w:type="dxa"/>
            <w:vAlign w:val="center"/>
          </w:tcPr>
          <w:p w14:paraId="7E2EBE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</w:t>
            </w:r>
          </w:p>
        </w:tc>
        <w:tc>
          <w:tcPr>
            <w:tcW w:w="1706" w:type="dxa"/>
            <w:vAlign w:val="center"/>
          </w:tcPr>
          <w:p w14:paraId="624F4F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11414</w:t>
            </w:r>
          </w:p>
        </w:tc>
        <w:tc>
          <w:tcPr>
            <w:tcW w:w="3362" w:type="dxa"/>
            <w:vAlign w:val="center"/>
          </w:tcPr>
          <w:p w14:paraId="179C616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นางสาวอรธิมา โต่นวุธ</w:t>
            </w:r>
          </w:p>
        </w:tc>
        <w:tc>
          <w:tcPr>
            <w:tcW w:w="1633" w:type="dxa"/>
            <w:vAlign w:val="center"/>
          </w:tcPr>
          <w:p w14:paraId="6551D59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0F7C7A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62D47FD5" w14:textId="77777777" w:rsidTr="005E6784">
        <w:trPr>
          <w:jc w:val="center"/>
        </w:trPr>
        <w:tc>
          <w:tcPr>
            <w:tcW w:w="1412" w:type="dxa"/>
            <w:vAlign w:val="center"/>
          </w:tcPr>
          <w:p w14:paraId="66BE319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25</w:t>
            </w:r>
          </w:p>
        </w:tc>
        <w:tc>
          <w:tcPr>
            <w:tcW w:w="1706" w:type="dxa"/>
            <w:vAlign w:val="center"/>
          </w:tcPr>
          <w:p w14:paraId="2982645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11996</w:t>
            </w:r>
          </w:p>
        </w:tc>
        <w:tc>
          <w:tcPr>
            <w:tcW w:w="3362" w:type="dxa"/>
            <w:vAlign w:val="center"/>
          </w:tcPr>
          <w:p w14:paraId="0A507E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นางสาวสุพัตตรา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บุญรอดดวง</w:t>
            </w:r>
          </w:p>
        </w:tc>
        <w:tc>
          <w:tcPr>
            <w:tcW w:w="1633" w:type="dxa"/>
            <w:vAlign w:val="center"/>
          </w:tcPr>
          <w:p w14:paraId="4CFFA84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06E6E46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4657F2E" w14:textId="77777777" w:rsidTr="005E6784">
        <w:trPr>
          <w:jc w:val="center"/>
        </w:trPr>
        <w:tc>
          <w:tcPr>
            <w:tcW w:w="1412" w:type="dxa"/>
            <w:vAlign w:val="center"/>
          </w:tcPr>
          <w:p w14:paraId="0D38EE5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</w:t>
            </w:r>
          </w:p>
        </w:tc>
        <w:tc>
          <w:tcPr>
            <w:tcW w:w="1706" w:type="dxa"/>
            <w:vAlign w:val="center"/>
          </w:tcPr>
          <w:p w14:paraId="5C1D336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12746</w:t>
            </w:r>
          </w:p>
        </w:tc>
        <w:tc>
          <w:tcPr>
            <w:tcW w:w="3362" w:type="dxa"/>
            <w:vAlign w:val="center"/>
          </w:tcPr>
          <w:p w14:paraId="674A23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จิดาภา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เหลือสืบพันธ์</w:t>
            </w:r>
          </w:p>
        </w:tc>
        <w:tc>
          <w:tcPr>
            <w:tcW w:w="1633" w:type="dxa"/>
            <w:vAlign w:val="center"/>
          </w:tcPr>
          <w:p w14:paraId="224F355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53BD68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9559777" w14:textId="77777777" w:rsidTr="005E6784">
        <w:trPr>
          <w:jc w:val="center"/>
        </w:trPr>
        <w:tc>
          <w:tcPr>
            <w:tcW w:w="1412" w:type="dxa"/>
            <w:vAlign w:val="center"/>
          </w:tcPr>
          <w:p w14:paraId="64CCC26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27</w:t>
            </w:r>
          </w:p>
        </w:tc>
        <w:tc>
          <w:tcPr>
            <w:tcW w:w="1706" w:type="dxa"/>
            <w:vAlign w:val="center"/>
          </w:tcPr>
          <w:p w14:paraId="1E49E5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12747</w:t>
            </w:r>
          </w:p>
        </w:tc>
        <w:tc>
          <w:tcPr>
            <w:tcW w:w="3362" w:type="dxa"/>
            <w:vAlign w:val="center"/>
          </w:tcPr>
          <w:p w14:paraId="13FDAB1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ธัญรัตน์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แก้ววัฒถา</w:t>
            </w:r>
          </w:p>
        </w:tc>
        <w:tc>
          <w:tcPr>
            <w:tcW w:w="1633" w:type="dxa"/>
            <w:vAlign w:val="center"/>
          </w:tcPr>
          <w:p w14:paraId="0598770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451A344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1B9EFC0" w14:textId="77777777" w:rsidTr="005E6784">
        <w:trPr>
          <w:jc w:val="center"/>
        </w:trPr>
        <w:tc>
          <w:tcPr>
            <w:tcW w:w="1412" w:type="dxa"/>
            <w:vAlign w:val="center"/>
          </w:tcPr>
          <w:p w14:paraId="03A05EC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</w:t>
            </w:r>
          </w:p>
        </w:tc>
        <w:tc>
          <w:tcPr>
            <w:tcW w:w="1706" w:type="dxa"/>
            <w:vAlign w:val="center"/>
          </w:tcPr>
          <w:p w14:paraId="3A6030F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12748</w:t>
            </w:r>
          </w:p>
        </w:tc>
        <w:tc>
          <w:tcPr>
            <w:tcW w:w="3362" w:type="dxa"/>
            <w:vAlign w:val="center"/>
          </w:tcPr>
          <w:p w14:paraId="17432A3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นางสาวบังอร ท่ากลาง</w:t>
            </w:r>
          </w:p>
        </w:tc>
        <w:tc>
          <w:tcPr>
            <w:tcW w:w="1633" w:type="dxa"/>
            <w:vAlign w:val="center"/>
          </w:tcPr>
          <w:p w14:paraId="06B6E8C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14.00</w:t>
            </w:r>
          </w:p>
        </w:tc>
        <w:tc>
          <w:tcPr>
            <w:tcW w:w="1962" w:type="dxa"/>
            <w:vAlign w:val="center"/>
          </w:tcPr>
          <w:p w14:paraId="320C021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78EE492" w14:textId="77777777" w:rsidTr="005E6784">
        <w:trPr>
          <w:jc w:val="center"/>
        </w:trPr>
        <w:tc>
          <w:tcPr>
            <w:tcW w:w="1412" w:type="dxa"/>
            <w:vAlign w:val="center"/>
          </w:tcPr>
          <w:p w14:paraId="252F4AB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29</w:t>
            </w:r>
          </w:p>
        </w:tc>
        <w:tc>
          <w:tcPr>
            <w:tcW w:w="1706" w:type="dxa"/>
            <w:vAlign w:val="center"/>
          </w:tcPr>
          <w:p w14:paraId="2252A1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12749</w:t>
            </w:r>
          </w:p>
        </w:tc>
        <w:tc>
          <w:tcPr>
            <w:tcW w:w="3362" w:type="dxa"/>
            <w:vAlign w:val="center"/>
          </w:tcPr>
          <w:p w14:paraId="5703F29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นางสาวปริฉัตร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อิสระวงค์</w:t>
            </w:r>
          </w:p>
        </w:tc>
        <w:tc>
          <w:tcPr>
            <w:tcW w:w="1633" w:type="dxa"/>
            <w:vAlign w:val="center"/>
          </w:tcPr>
          <w:p w14:paraId="4D7EC4A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134C0C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83A2B76" w14:textId="77777777" w:rsidTr="005E6784">
        <w:trPr>
          <w:jc w:val="center"/>
        </w:trPr>
        <w:tc>
          <w:tcPr>
            <w:tcW w:w="1412" w:type="dxa"/>
            <w:vAlign w:val="center"/>
          </w:tcPr>
          <w:p w14:paraId="6FE396D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</w:t>
            </w:r>
          </w:p>
        </w:tc>
        <w:tc>
          <w:tcPr>
            <w:tcW w:w="1706" w:type="dxa"/>
            <w:vAlign w:val="center"/>
          </w:tcPr>
          <w:p w14:paraId="091DD1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12750</w:t>
            </w:r>
          </w:p>
        </w:tc>
        <w:tc>
          <w:tcPr>
            <w:tcW w:w="3362" w:type="dxa"/>
            <w:vAlign w:val="center"/>
          </w:tcPr>
          <w:p w14:paraId="5802B0F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นางสาวปาริชาติ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แฉล้มชาติ</w:t>
            </w:r>
          </w:p>
        </w:tc>
        <w:tc>
          <w:tcPr>
            <w:tcW w:w="1633" w:type="dxa"/>
            <w:vAlign w:val="center"/>
          </w:tcPr>
          <w:p w14:paraId="7A4B037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  <w:tc>
          <w:tcPr>
            <w:tcW w:w="1962" w:type="dxa"/>
            <w:vAlign w:val="center"/>
          </w:tcPr>
          <w:p w14:paraId="2AD1A8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69C58DC" w14:textId="77777777" w:rsidTr="005E6784">
        <w:trPr>
          <w:jc w:val="center"/>
        </w:trPr>
        <w:tc>
          <w:tcPr>
            <w:tcW w:w="1412" w:type="dxa"/>
            <w:vAlign w:val="center"/>
          </w:tcPr>
          <w:p w14:paraId="7AA23C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31</w:t>
            </w:r>
          </w:p>
        </w:tc>
        <w:tc>
          <w:tcPr>
            <w:tcW w:w="1706" w:type="dxa"/>
            <w:vAlign w:val="center"/>
          </w:tcPr>
          <w:p w14:paraId="3CF658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12751</w:t>
            </w:r>
          </w:p>
        </w:tc>
        <w:tc>
          <w:tcPr>
            <w:tcW w:w="3362" w:type="dxa"/>
            <w:vAlign w:val="center"/>
          </w:tcPr>
          <w:p w14:paraId="51B1EE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นางสาวพิชนิกา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รวมใหม่</w:t>
            </w:r>
          </w:p>
        </w:tc>
        <w:tc>
          <w:tcPr>
            <w:tcW w:w="1633" w:type="dxa"/>
            <w:vAlign w:val="center"/>
          </w:tcPr>
          <w:p w14:paraId="3222122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601FFF9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F741903" w14:textId="77777777" w:rsidTr="005E6784">
        <w:trPr>
          <w:jc w:val="center"/>
        </w:trPr>
        <w:tc>
          <w:tcPr>
            <w:tcW w:w="1412" w:type="dxa"/>
            <w:vAlign w:val="center"/>
          </w:tcPr>
          <w:p w14:paraId="7709BB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</w:t>
            </w:r>
          </w:p>
        </w:tc>
        <w:tc>
          <w:tcPr>
            <w:tcW w:w="1706" w:type="dxa"/>
            <w:vAlign w:val="center"/>
          </w:tcPr>
          <w:p w14:paraId="4B5AA8D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12752</w:t>
            </w:r>
          </w:p>
        </w:tc>
        <w:tc>
          <w:tcPr>
            <w:tcW w:w="3362" w:type="dxa"/>
            <w:vAlign w:val="center"/>
          </w:tcPr>
          <w:p w14:paraId="700CDB8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นางสาวพิมพ์ทอง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แสนเดช</w:t>
            </w:r>
          </w:p>
        </w:tc>
        <w:tc>
          <w:tcPr>
            <w:tcW w:w="1633" w:type="dxa"/>
            <w:vAlign w:val="center"/>
          </w:tcPr>
          <w:p w14:paraId="384FDC6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6AC76B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8795355" w14:textId="77777777" w:rsidTr="005E6784">
        <w:trPr>
          <w:jc w:val="center"/>
        </w:trPr>
        <w:tc>
          <w:tcPr>
            <w:tcW w:w="1412" w:type="dxa"/>
            <w:vAlign w:val="center"/>
          </w:tcPr>
          <w:p w14:paraId="23F090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5EEB688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12753</w:t>
            </w:r>
          </w:p>
        </w:tc>
        <w:tc>
          <w:tcPr>
            <w:tcW w:w="3362" w:type="dxa"/>
            <w:vAlign w:val="center"/>
          </w:tcPr>
          <w:p w14:paraId="0815226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นางสาววาริน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โต๊ะยะบุตร</w:t>
            </w:r>
          </w:p>
        </w:tc>
        <w:tc>
          <w:tcPr>
            <w:tcW w:w="1633" w:type="dxa"/>
            <w:vAlign w:val="center"/>
          </w:tcPr>
          <w:p w14:paraId="2DD4FD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18.00</w:t>
            </w:r>
          </w:p>
        </w:tc>
        <w:tc>
          <w:tcPr>
            <w:tcW w:w="1962" w:type="dxa"/>
            <w:vAlign w:val="center"/>
          </w:tcPr>
          <w:p w14:paraId="5F144A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2D81FF1" w14:textId="77777777" w:rsidTr="005E6784">
        <w:trPr>
          <w:jc w:val="center"/>
        </w:trPr>
        <w:tc>
          <w:tcPr>
            <w:tcW w:w="1412" w:type="dxa"/>
            <w:vAlign w:val="center"/>
          </w:tcPr>
          <w:p w14:paraId="517E9B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</w:t>
            </w:r>
          </w:p>
        </w:tc>
        <w:tc>
          <w:tcPr>
            <w:tcW w:w="1706" w:type="dxa"/>
            <w:vAlign w:val="center"/>
          </w:tcPr>
          <w:p w14:paraId="012AE81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12754</w:t>
            </w:r>
          </w:p>
        </w:tc>
        <w:tc>
          <w:tcPr>
            <w:tcW w:w="3362" w:type="dxa"/>
            <w:vAlign w:val="center"/>
          </w:tcPr>
          <w:p w14:paraId="6616F9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นางสาวสิรินดา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ปัดภัย</w:t>
            </w:r>
          </w:p>
        </w:tc>
        <w:tc>
          <w:tcPr>
            <w:tcW w:w="1633" w:type="dxa"/>
            <w:vAlign w:val="center"/>
          </w:tcPr>
          <w:p w14:paraId="1A7CC45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  <w:tc>
          <w:tcPr>
            <w:tcW w:w="1962" w:type="dxa"/>
            <w:vAlign w:val="center"/>
          </w:tcPr>
          <w:p w14:paraId="3F852B3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BE272D4" w14:textId="77777777" w:rsidTr="005E6784">
        <w:trPr>
          <w:jc w:val="center"/>
        </w:trPr>
        <w:tc>
          <w:tcPr>
            <w:tcW w:w="1412" w:type="dxa"/>
            <w:vAlign w:val="center"/>
          </w:tcPr>
          <w:p w14:paraId="684E528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</w:t>
            </w:r>
          </w:p>
        </w:tc>
        <w:tc>
          <w:tcPr>
            <w:tcW w:w="1706" w:type="dxa"/>
            <w:vAlign w:val="center"/>
          </w:tcPr>
          <w:p w14:paraId="1FC0766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12755</w:t>
            </w:r>
          </w:p>
        </w:tc>
        <w:tc>
          <w:tcPr>
            <w:tcW w:w="3362" w:type="dxa"/>
            <w:vAlign w:val="center"/>
          </w:tcPr>
          <w:p w14:paraId="358C4A0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นางสาวสุพรรษา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อังกาพเพชร</w:t>
            </w:r>
          </w:p>
        </w:tc>
        <w:tc>
          <w:tcPr>
            <w:tcW w:w="1633" w:type="dxa"/>
            <w:vAlign w:val="center"/>
          </w:tcPr>
          <w:p w14:paraId="6201CAB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79CB6B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D4AD3E1" w14:textId="77777777" w:rsidTr="005E6784">
        <w:trPr>
          <w:jc w:val="center"/>
        </w:trPr>
        <w:tc>
          <w:tcPr>
            <w:tcW w:w="1412" w:type="dxa"/>
            <w:vAlign w:val="center"/>
          </w:tcPr>
          <w:p w14:paraId="095BF0B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lastRenderedPageBreak/>
              <w:t>ที่</w:t>
            </w:r>
          </w:p>
        </w:tc>
        <w:tc>
          <w:tcPr>
            <w:tcW w:w="1706" w:type="dxa"/>
            <w:vAlign w:val="center"/>
          </w:tcPr>
          <w:p w14:paraId="272EF4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  <w:tc>
          <w:tcPr>
            <w:tcW w:w="3362" w:type="dxa"/>
            <w:vAlign w:val="center"/>
          </w:tcPr>
          <w:p w14:paraId="4F74FF0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  <w:tc>
          <w:tcPr>
            <w:tcW w:w="1633" w:type="dxa"/>
            <w:vAlign w:val="center"/>
          </w:tcPr>
          <w:p w14:paraId="56689E9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1962" w:type="dxa"/>
            <w:vAlign w:val="center"/>
          </w:tcPr>
          <w:p w14:paraId="0698C1A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0F23F0" w:rsidRPr="000F23F0" w14:paraId="0977E3D9" w14:textId="77777777" w:rsidTr="005E6784">
        <w:trPr>
          <w:jc w:val="center"/>
        </w:trPr>
        <w:tc>
          <w:tcPr>
            <w:tcW w:w="1412" w:type="dxa"/>
            <w:vAlign w:val="center"/>
          </w:tcPr>
          <w:p w14:paraId="2AAF23E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1706" w:type="dxa"/>
            <w:vAlign w:val="center"/>
          </w:tcPr>
          <w:p w14:paraId="1C00FB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11300</w:t>
            </w:r>
          </w:p>
        </w:tc>
        <w:tc>
          <w:tcPr>
            <w:tcW w:w="3362" w:type="dxa"/>
            <w:vAlign w:val="center"/>
          </w:tcPr>
          <w:p w14:paraId="6CAF13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นายกฤษดา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จันทร์จะบวก</w:t>
            </w:r>
          </w:p>
        </w:tc>
        <w:tc>
          <w:tcPr>
            <w:tcW w:w="1633" w:type="dxa"/>
            <w:vAlign w:val="center"/>
          </w:tcPr>
          <w:p w14:paraId="13827E8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103CD9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6C85AEF" w14:textId="77777777" w:rsidTr="005E6784">
        <w:trPr>
          <w:jc w:val="center"/>
        </w:trPr>
        <w:tc>
          <w:tcPr>
            <w:tcW w:w="1412" w:type="dxa"/>
            <w:vAlign w:val="center"/>
          </w:tcPr>
          <w:p w14:paraId="576CA41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1706" w:type="dxa"/>
            <w:vAlign w:val="center"/>
          </w:tcPr>
          <w:p w14:paraId="7DDF0EC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11307</w:t>
            </w:r>
          </w:p>
        </w:tc>
        <w:tc>
          <w:tcPr>
            <w:tcW w:w="3362" w:type="dxa"/>
            <w:vAlign w:val="center"/>
          </w:tcPr>
          <w:p w14:paraId="7146794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นายธนากร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สืบชาติ</w:t>
            </w:r>
          </w:p>
        </w:tc>
        <w:tc>
          <w:tcPr>
            <w:tcW w:w="1633" w:type="dxa"/>
            <w:vAlign w:val="center"/>
          </w:tcPr>
          <w:p w14:paraId="37A861C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50.00</w:t>
            </w:r>
          </w:p>
        </w:tc>
        <w:tc>
          <w:tcPr>
            <w:tcW w:w="1962" w:type="dxa"/>
            <w:vAlign w:val="center"/>
          </w:tcPr>
          <w:p w14:paraId="51BCE5C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F0BEDCB" w14:textId="77777777" w:rsidTr="005E6784">
        <w:trPr>
          <w:jc w:val="center"/>
        </w:trPr>
        <w:tc>
          <w:tcPr>
            <w:tcW w:w="1412" w:type="dxa"/>
            <w:vAlign w:val="center"/>
          </w:tcPr>
          <w:p w14:paraId="5F5579E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1706" w:type="dxa"/>
            <w:vAlign w:val="center"/>
          </w:tcPr>
          <w:p w14:paraId="6D31C4F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11308</w:t>
            </w:r>
          </w:p>
        </w:tc>
        <w:tc>
          <w:tcPr>
            <w:tcW w:w="3362" w:type="dxa"/>
            <w:vAlign w:val="center"/>
          </w:tcPr>
          <w:p w14:paraId="295F21B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นายธนาวัฒน์ พิมพ์อักษร</w:t>
            </w:r>
          </w:p>
        </w:tc>
        <w:tc>
          <w:tcPr>
            <w:tcW w:w="1633" w:type="dxa"/>
            <w:vAlign w:val="center"/>
          </w:tcPr>
          <w:p w14:paraId="419D0A1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  <w:tc>
          <w:tcPr>
            <w:tcW w:w="1962" w:type="dxa"/>
            <w:vAlign w:val="center"/>
          </w:tcPr>
          <w:p w14:paraId="4098554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496378B" w14:textId="77777777" w:rsidTr="005E6784">
        <w:trPr>
          <w:jc w:val="center"/>
        </w:trPr>
        <w:tc>
          <w:tcPr>
            <w:tcW w:w="1412" w:type="dxa"/>
            <w:vAlign w:val="center"/>
          </w:tcPr>
          <w:p w14:paraId="77AE414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1706" w:type="dxa"/>
            <w:vAlign w:val="center"/>
          </w:tcPr>
          <w:p w14:paraId="730B84B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11340</w:t>
            </w:r>
          </w:p>
        </w:tc>
        <w:tc>
          <w:tcPr>
            <w:tcW w:w="3362" w:type="dxa"/>
            <w:vAlign w:val="center"/>
          </w:tcPr>
          <w:p w14:paraId="1BEFD37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นายดามพดล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ทิพย์จันทร์</w:t>
            </w:r>
          </w:p>
        </w:tc>
        <w:tc>
          <w:tcPr>
            <w:tcW w:w="1633" w:type="dxa"/>
            <w:vAlign w:val="center"/>
          </w:tcPr>
          <w:p w14:paraId="5A90A53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  <w:tc>
          <w:tcPr>
            <w:tcW w:w="1962" w:type="dxa"/>
            <w:vAlign w:val="center"/>
          </w:tcPr>
          <w:p w14:paraId="7A1E39A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3ED1A88" w14:textId="77777777" w:rsidTr="005E6784">
        <w:trPr>
          <w:jc w:val="center"/>
        </w:trPr>
        <w:tc>
          <w:tcPr>
            <w:tcW w:w="1412" w:type="dxa"/>
            <w:vAlign w:val="center"/>
          </w:tcPr>
          <w:p w14:paraId="41DDD0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</w:t>
            </w:r>
          </w:p>
        </w:tc>
        <w:tc>
          <w:tcPr>
            <w:tcW w:w="1706" w:type="dxa"/>
            <w:vAlign w:val="center"/>
          </w:tcPr>
          <w:p w14:paraId="758716F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11382</w:t>
            </w:r>
          </w:p>
        </w:tc>
        <w:tc>
          <w:tcPr>
            <w:tcW w:w="3362" w:type="dxa"/>
            <w:vAlign w:val="center"/>
          </w:tcPr>
          <w:p w14:paraId="5A8A22A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นายธนธรณ์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เรือนเเก้ว</w:t>
            </w:r>
          </w:p>
        </w:tc>
        <w:tc>
          <w:tcPr>
            <w:tcW w:w="1633" w:type="dxa"/>
            <w:vAlign w:val="center"/>
          </w:tcPr>
          <w:p w14:paraId="005F6D3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67ED41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81593D2" w14:textId="77777777" w:rsidTr="005E6784">
        <w:trPr>
          <w:jc w:val="center"/>
        </w:trPr>
        <w:tc>
          <w:tcPr>
            <w:tcW w:w="1412" w:type="dxa"/>
            <w:vAlign w:val="center"/>
          </w:tcPr>
          <w:p w14:paraId="0A1F92F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</w:t>
            </w:r>
          </w:p>
        </w:tc>
        <w:tc>
          <w:tcPr>
            <w:tcW w:w="1706" w:type="dxa"/>
            <w:vAlign w:val="center"/>
          </w:tcPr>
          <w:p w14:paraId="785528F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11387</w:t>
            </w:r>
          </w:p>
        </w:tc>
        <w:tc>
          <w:tcPr>
            <w:tcW w:w="3362" w:type="dxa"/>
            <w:vAlign w:val="center"/>
          </w:tcPr>
          <w:p w14:paraId="7610E6B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นายพีระพงษ์ เสาโร</w:t>
            </w:r>
          </w:p>
        </w:tc>
        <w:tc>
          <w:tcPr>
            <w:tcW w:w="1633" w:type="dxa"/>
            <w:vAlign w:val="center"/>
          </w:tcPr>
          <w:p w14:paraId="016FDED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3BC38D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204B12B" w14:textId="77777777" w:rsidTr="005E6784">
        <w:trPr>
          <w:jc w:val="center"/>
        </w:trPr>
        <w:tc>
          <w:tcPr>
            <w:tcW w:w="1412" w:type="dxa"/>
            <w:vAlign w:val="center"/>
          </w:tcPr>
          <w:p w14:paraId="4ED4C2F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</w:t>
            </w:r>
          </w:p>
        </w:tc>
        <w:tc>
          <w:tcPr>
            <w:tcW w:w="1706" w:type="dxa"/>
            <w:vAlign w:val="center"/>
          </w:tcPr>
          <w:p w14:paraId="534787B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11394</w:t>
            </w:r>
          </w:p>
        </w:tc>
        <w:tc>
          <w:tcPr>
            <w:tcW w:w="3362" w:type="dxa"/>
            <w:vAlign w:val="center"/>
          </w:tcPr>
          <w:p w14:paraId="7A2E74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นายสุรศักดิ์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รอดเสียงล้ำ</w:t>
            </w:r>
          </w:p>
        </w:tc>
        <w:tc>
          <w:tcPr>
            <w:tcW w:w="1633" w:type="dxa"/>
            <w:vAlign w:val="center"/>
          </w:tcPr>
          <w:p w14:paraId="6336ABC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4369EF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1C8019C" w14:textId="77777777" w:rsidTr="005E6784">
        <w:trPr>
          <w:jc w:val="center"/>
        </w:trPr>
        <w:tc>
          <w:tcPr>
            <w:tcW w:w="1412" w:type="dxa"/>
            <w:vAlign w:val="center"/>
          </w:tcPr>
          <w:p w14:paraId="190DAA9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</w:t>
            </w:r>
          </w:p>
        </w:tc>
        <w:tc>
          <w:tcPr>
            <w:tcW w:w="1706" w:type="dxa"/>
            <w:vAlign w:val="center"/>
          </w:tcPr>
          <w:p w14:paraId="3C56593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11417</w:t>
            </w:r>
          </w:p>
        </w:tc>
        <w:tc>
          <w:tcPr>
            <w:tcW w:w="3362" w:type="dxa"/>
            <w:vAlign w:val="center"/>
          </w:tcPr>
          <w:p w14:paraId="57AA79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นายณัฐกิตติ์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อยู่จงดี</w:t>
            </w:r>
          </w:p>
        </w:tc>
        <w:tc>
          <w:tcPr>
            <w:tcW w:w="1633" w:type="dxa"/>
            <w:vAlign w:val="center"/>
          </w:tcPr>
          <w:p w14:paraId="41F336F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2A90D8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6BA9D30" w14:textId="77777777" w:rsidTr="005E6784">
        <w:trPr>
          <w:jc w:val="center"/>
        </w:trPr>
        <w:tc>
          <w:tcPr>
            <w:tcW w:w="1412" w:type="dxa"/>
            <w:vAlign w:val="center"/>
          </w:tcPr>
          <w:p w14:paraId="40F271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  <w:tc>
          <w:tcPr>
            <w:tcW w:w="1706" w:type="dxa"/>
            <w:vAlign w:val="center"/>
          </w:tcPr>
          <w:p w14:paraId="2FEB907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11420</w:t>
            </w:r>
          </w:p>
        </w:tc>
        <w:tc>
          <w:tcPr>
            <w:tcW w:w="3362" w:type="dxa"/>
            <w:vAlign w:val="center"/>
          </w:tcPr>
          <w:p w14:paraId="7B1271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นายนาเคนทร์ กองคำ</w:t>
            </w:r>
          </w:p>
        </w:tc>
        <w:tc>
          <w:tcPr>
            <w:tcW w:w="1633" w:type="dxa"/>
            <w:vAlign w:val="center"/>
          </w:tcPr>
          <w:p w14:paraId="0DA1215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7988F8B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B1125A9" w14:textId="77777777" w:rsidTr="005E6784">
        <w:trPr>
          <w:jc w:val="center"/>
        </w:trPr>
        <w:tc>
          <w:tcPr>
            <w:tcW w:w="1412" w:type="dxa"/>
            <w:vAlign w:val="center"/>
          </w:tcPr>
          <w:p w14:paraId="102CF51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</w:t>
            </w:r>
          </w:p>
        </w:tc>
        <w:tc>
          <w:tcPr>
            <w:tcW w:w="1706" w:type="dxa"/>
            <w:vAlign w:val="center"/>
          </w:tcPr>
          <w:p w14:paraId="27C3EF4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12416</w:t>
            </w:r>
          </w:p>
        </w:tc>
        <w:tc>
          <w:tcPr>
            <w:tcW w:w="3362" w:type="dxa"/>
            <w:vAlign w:val="center"/>
          </w:tcPr>
          <w:p w14:paraId="22BED11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นายปภังกร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ชำนาญเนาว์</w:t>
            </w:r>
          </w:p>
        </w:tc>
        <w:tc>
          <w:tcPr>
            <w:tcW w:w="1633" w:type="dxa"/>
            <w:vAlign w:val="center"/>
          </w:tcPr>
          <w:p w14:paraId="0D68C4A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074C742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88D72B4" w14:textId="77777777" w:rsidTr="005E6784">
        <w:trPr>
          <w:jc w:val="center"/>
        </w:trPr>
        <w:tc>
          <w:tcPr>
            <w:tcW w:w="1412" w:type="dxa"/>
            <w:vAlign w:val="center"/>
          </w:tcPr>
          <w:p w14:paraId="7BDE72E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</w:t>
            </w:r>
          </w:p>
        </w:tc>
        <w:tc>
          <w:tcPr>
            <w:tcW w:w="1706" w:type="dxa"/>
            <w:vAlign w:val="center"/>
          </w:tcPr>
          <w:p w14:paraId="1FEBC03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12756</w:t>
            </w:r>
          </w:p>
        </w:tc>
        <w:tc>
          <w:tcPr>
            <w:tcW w:w="3362" w:type="dxa"/>
            <w:vAlign w:val="center"/>
          </w:tcPr>
          <w:p w14:paraId="323A012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นายธนภูมิ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อวงรัมย์</w:t>
            </w:r>
          </w:p>
        </w:tc>
        <w:tc>
          <w:tcPr>
            <w:tcW w:w="1633" w:type="dxa"/>
            <w:vAlign w:val="center"/>
          </w:tcPr>
          <w:p w14:paraId="764C1D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61175E6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3F0FECAB" w14:textId="77777777" w:rsidTr="005E6784">
        <w:trPr>
          <w:jc w:val="center"/>
        </w:trPr>
        <w:tc>
          <w:tcPr>
            <w:tcW w:w="1412" w:type="dxa"/>
            <w:vAlign w:val="center"/>
          </w:tcPr>
          <w:p w14:paraId="457642B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</w:t>
            </w:r>
          </w:p>
        </w:tc>
        <w:tc>
          <w:tcPr>
            <w:tcW w:w="1706" w:type="dxa"/>
            <w:vAlign w:val="center"/>
          </w:tcPr>
          <w:p w14:paraId="64E9A8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12757</w:t>
            </w:r>
          </w:p>
        </w:tc>
        <w:tc>
          <w:tcPr>
            <w:tcW w:w="3362" w:type="dxa"/>
            <w:vAlign w:val="center"/>
          </w:tcPr>
          <w:p w14:paraId="72F8613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นายธันวา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กิจสีสุข</w:t>
            </w:r>
          </w:p>
        </w:tc>
        <w:tc>
          <w:tcPr>
            <w:tcW w:w="1633" w:type="dxa"/>
            <w:vAlign w:val="center"/>
          </w:tcPr>
          <w:p w14:paraId="3DB6648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193C72E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78D7AF7" w14:textId="77777777" w:rsidTr="005E6784">
        <w:trPr>
          <w:jc w:val="center"/>
        </w:trPr>
        <w:tc>
          <w:tcPr>
            <w:tcW w:w="1412" w:type="dxa"/>
            <w:vAlign w:val="center"/>
          </w:tcPr>
          <w:p w14:paraId="60F7282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13</w:t>
            </w:r>
          </w:p>
        </w:tc>
        <w:tc>
          <w:tcPr>
            <w:tcW w:w="1706" w:type="dxa"/>
            <w:vAlign w:val="center"/>
          </w:tcPr>
          <w:p w14:paraId="04CD07D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12758</w:t>
            </w:r>
          </w:p>
        </w:tc>
        <w:tc>
          <w:tcPr>
            <w:tcW w:w="3362" w:type="dxa"/>
            <w:vAlign w:val="center"/>
          </w:tcPr>
          <w:p w14:paraId="48B26D2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นายธีรเทพ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กุดสารี</w:t>
            </w:r>
          </w:p>
        </w:tc>
        <w:tc>
          <w:tcPr>
            <w:tcW w:w="1633" w:type="dxa"/>
            <w:vAlign w:val="center"/>
          </w:tcPr>
          <w:p w14:paraId="0011D41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47028AA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B56A094" w14:textId="77777777" w:rsidTr="005E6784">
        <w:trPr>
          <w:jc w:val="center"/>
        </w:trPr>
        <w:tc>
          <w:tcPr>
            <w:tcW w:w="1412" w:type="dxa"/>
            <w:vAlign w:val="center"/>
          </w:tcPr>
          <w:p w14:paraId="19B31E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</w:t>
            </w:r>
          </w:p>
        </w:tc>
        <w:tc>
          <w:tcPr>
            <w:tcW w:w="1706" w:type="dxa"/>
            <w:vAlign w:val="center"/>
          </w:tcPr>
          <w:p w14:paraId="07A5633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12759</w:t>
            </w:r>
          </w:p>
        </w:tc>
        <w:tc>
          <w:tcPr>
            <w:tcW w:w="3362" w:type="dxa"/>
            <w:vAlign w:val="center"/>
          </w:tcPr>
          <w:p w14:paraId="6EDB616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นายปฏิพล พันธุ์วิเศษ</w:t>
            </w:r>
          </w:p>
        </w:tc>
        <w:tc>
          <w:tcPr>
            <w:tcW w:w="1633" w:type="dxa"/>
            <w:vAlign w:val="center"/>
          </w:tcPr>
          <w:p w14:paraId="7135CB3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37C212C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6EA898E" w14:textId="77777777" w:rsidTr="005E6784">
        <w:trPr>
          <w:jc w:val="center"/>
        </w:trPr>
        <w:tc>
          <w:tcPr>
            <w:tcW w:w="1412" w:type="dxa"/>
            <w:vAlign w:val="center"/>
          </w:tcPr>
          <w:p w14:paraId="355B0A2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15</w:t>
            </w:r>
          </w:p>
        </w:tc>
        <w:tc>
          <w:tcPr>
            <w:tcW w:w="1706" w:type="dxa"/>
            <w:vAlign w:val="center"/>
          </w:tcPr>
          <w:p w14:paraId="00A189C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12760</w:t>
            </w:r>
          </w:p>
        </w:tc>
        <w:tc>
          <w:tcPr>
            <w:tcW w:w="3362" w:type="dxa"/>
            <w:vAlign w:val="center"/>
          </w:tcPr>
          <w:p w14:paraId="5030858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นายพัชรศักดิ์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ผาทอง</w:t>
            </w:r>
          </w:p>
        </w:tc>
        <w:tc>
          <w:tcPr>
            <w:tcW w:w="1633" w:type="dxa"/>
            <w:vAlign w:val="center"/>
          </w:tcPr>
          <w:p w14:paraId="707FF9F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54.00</w:t>
            </w:r>
          </w:p>
        </w:tc>
        <w:tc>
          <w:tcPr>
            <w:tcW w:w="1962" w:type="dxa"/>
            <w:vAlign w:val="center"/>
          </w:tcPr>
          <w:p w14:paraId="78A46CB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9380483" w14:textId="77777777" w:rsidTr="005E6784">
        <w:trPr>
          <w:jc w:val="center"/>
        </w:trPr>
        <w:tc>
          <w:tcPr>
            <w:tcW w:w="1412" w:type="dxa"/>
            <w:vAlign w:val="center"/>
          </w:tcPr>
          <w:p w14:paraId="7EAC02E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</w:t>
            </w:r>
          </w:p>
        </w:tc>
        <w:tc>
          <w:tcPr>
            <w:tcW w:w="1706" w:type="dxa"/>
            <w:vAlign w:val="center"/>
          </w:tcPr>
          <w:p w14:paraId="27F8042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11261</w:t>
            </w:r>
          </w:p>
        </w:tc>
        <w:tc>
          <w:tcPr>
            <w:tcW w:w="3362" w:type="dxa"/>
            <w:vAlign w:val="center"/>
          </w:tcPr>
          <w:p w14:paraId="70C3200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นางสาวภัทรธิดา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คำชา</w:t>
            </w:r>
          </w:p>
        </w:tc>
        <w:tc>
          <w:tcPr>
            <w:tcW w:w="1633" w:type="dxa"/>
            <w:vAlign w:val="center"/>
          </w:tcPr>
          <w:p w14:paraId="08B1B08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52.00</w:t>
            </w:r>
          </w:p>
        </w:tc>
        <w:tc>
          <w:tcPr>
            <w:tcW w:w="1962" w:type="dxa"/>
            <w:vAlign w:val="center"/>
          </w:tcPr>
          <w:p w14:paraId="23CDCCD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CD17982" w14:textId="77777777" w:rsidTr="005E6784">
        <w:trPr>
          <w:jc w:val="center"/>
        </w:trPr>
        <w:tc>
          <w:tcPr>
            <w:tcW w:w="1412" w:type="dxa"/>
            <w:vAlign w:val="center"/>
          </w:tcPr>
          <w:p w14:paraId="6511D61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</w:t>
            </w:r>
          </w:p>
        </w:tc>
        <w:tc>
          <w:tcPr>
            <w:tcW w:w="1706" w:type="dxa"/>
            <w:vAlign w:val="center"/>
          </w:tcPr>
          <w:p w14:paraId="784F8C5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11268</w:t>
            </w:r>
          </w:p>
        </w:tc>
        <w:tc>
          <w:tcPr>
            <w:tcW w:w="3362" w:type="dxa"/>
            <w:vAlign w:val="center"/>
          </w:tcPr>
          <w:p w14:paraId="1EC7F13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นางสาวสิรินภาพร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กัณหา</w:t>
            </w:r>
          </w:p>
        </w:tc>
        <w:tc>
          <w:tcPr>
            <w:tcW w:w="1633" w:type="dxa"/>
            <w:vAlign w:val="center"/>
          </w:tcPr>
          <w:p w14:paraId="777CF44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58.00</w:t>
            </w:r>
          </w:p>
        </w:tc>
        <w:tc>
          <w:tcPr>
            <w:tcW w:w="1962" w:type="dxa"/>
            <w:vAlign w:val="center"/>
          </w:tcPr>
          <w:p w14:paraId="0FB48EA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159411F" w14:textId="77777777" w:rsidTr="005E6784">
        <w:trPr>
          <w:jc w:val="center"/>
        </w:trPr>
        <w:tc>
          <w:tcPr>
            <w:tcW w:w="1412" w:type="dxa"/>
            <w:vAlign w:val="center"/>
          </w:tcPr>
          <w:p w14:paraId="2B2F25B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</w:t>
            </w:r>
          </w:p>
        </w:tc>
        <w:tc>
          <w:tcPr>
            <w:tcW w:w="1706" w:type="dxa"/>
            <w:vAlign w:val="center"/>
          </w:tcPr>
          <w:p w14:paraId="4AC71E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11336</w:t>
            </w:r>
          </w:p>
        </w:tc>
        <w:tc>
          <w:tcPr>
            <w:tcW w:w="3362" w:type="dxa"/>
            <w:vAlign w:val="center"/>
          </w:tcPr>
          <w:p w14:paraId="53ECA4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นางสาวอธิชนันท์ นวลศิริ</w:t>
            </w:r>
          </w:p>
        </w:tc>
        <w:tc>
          <w:tcPr>
            <w:tcW w:w="1633" w:type="dxa"/>
            <w:vAlign w:val="center"/>
          </w:tcPr>
          <w:p w14:paraId="3866039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3CA4979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13C6BEF" w14:textId="77777777" w:rsidTr="005E6784">
        <w:trPr>
          <w:jc w:val="center"/>
        </w:trPr>
        <w:tc>
          <w:tcPr>
            <w:tcW w:w="1412" w:type="dxa"/>
            <w:vAlign w:val="center"/>
          </w:tcPr>
          <w:p w14:paraId="282408F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19</w:t>
            </w:r>
          </w:p>
        </w:tc>
        <w:tc>
          <w:tcPr>
            <w:tcW w:w="1706" w:type="dxa"/>
            <w:vAlign w:val="center"/>
          </w:tcPr>
          <w:p w14:paraId="0979E41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11369</w:t>
            </w:r>
          </w:p>
        </w:tc>
        <w:tc>
          <w:tcPr>
            <w:tcW w:w="3362" w:type="dxa"/>
            <w:vAlign w:val="center"/>
          </w:tcPr>
          <w:p w14:paraId="2430552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นางสาวพัทธ์ทิชา ดาวเรือง</w:t>
            </w:r>
          </w:p>
        </w:tc>
        <w:tc>
          <w:tcPr>
            <w:tcW w:w="1633" w:type="dxa"/>
            <w:vAlign w:val="center"/>
          </w:tcPr>
          <w:p w14:paraId="6D4034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53272ED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E677135" w14:textId="77777777" w:rsidTr="005E6784">
        <w:trPr>
          <w:jc w:val="center"/>
        </w:trPr>
        <w:tc>
          <w:tcPr>
            <w:tcW w:w="1412" w:type="dxa"/>
            <w:vAlign w:val="center"/>
          </w:tcPr>
          <w:p w14:paraId="26057F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</w:t>
            </w:r>
          </w:p>
        </w:tc>
        <w:tc>
          <w:tcPr>
            <w:tcW w:w="1706" w:type="dxa"/>
            <w:vAlign w:val="center"/>
          </w:tcPr>
          <w:p w14:paraId="3BF542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11373</w:t>
            </w:r>
          </w:p>
        </w:tc>
        <w:tc>
          <w:tcPr>
            <w:tcW w:w="3362" w:type="dxa"/>
            <w:vAlign w:val="center"/>
          </w:tcPr>
          <w:p w14:paraId="4AF77A5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นางสาวลภัสสินี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ทิพย์นางรอง</w:t>
            </w:r>
          </w:p>
        </w:tc>
        <w:tc>
          <w:tcPr>
            <w:tcW w:w="1633" w:type="dxa"/>
            <w:vAlign w:val="center"/>
          </w:tcPr>
          <w:p w14:paraId="131CD02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5369D6E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FC2C07A" w14:textId="77777777" w:rsidTr="005E6784">
        <w:trPr>
          <w:jc w:val="center"/>
        </w:trPr>
        <w:tc>
          <w:tcPr>
            <w:tcW w:w="1412" w:type="dxa"/>
            <w:vAlign w:val="center"/>
          </w:tcPr>
          <w:p w14:paraId="016EC4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21</w:t>
            </w:r>
          </w:p>
        </w:tc>
        <w:tc>
          <w:tcPr>
            <w:tcW w:w="1706" w:type="dxa"/>
            <w:vAlign w:val="center"/>
          </w:tcPr>
          <w:p w14:paraId="117C63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11407</w:t>
            </w:r>
          </w:p>
        </w:tc>
        <w:tc>
          <w:tcPr>
            <w:tcW w:w="3362" w:type="dxa"/>
            <w:vAlign w:val="center"/>
          </w:tcPr>
          <w:p w14:paraId="6C10CE0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นางสาวศศิชา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นรชาญ</w:t>
            </w:r>
          </w:p>
        </w:tc>
        <w:tc>
          <w:tcPr>
            <w:tcW w:w="1633" w:type="dxa"/>
            <w:vAlign w:val="center"/>
          </w:tcPr>
          <w:p w14:paraId="5BBD1B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00C3B9F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D3C0532" w14:textId="77777777" w:rsidTr="005E6784">
        <w:trPr>
          <w:jc w:val="center"/>
        </w:trPr>
        <w:tc>
          <w:tcPr>
            <w:tcW w:w="1412" w:type="dxa"/>
            <w:vAlign w:val="center"/>
          </w:tcPr>
          <w:p w14:paraId="1D5EF08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</w:t>
            </w:r>
          </w:p>
        </w:tc>
        <w:tc>
          <w:tcPr>
            <w:tcW w:w="1706" w:type="dxa"/>
            <w:vAlign w:val="center"/>
          </w:tcPr>
          <w:p w14:paraId="5E3F035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11439</w:t>
            </w:r>
          </w:p>
        </w:tc>
        <w:tc>
          <w:tcPr>
            <w:tcW w:w="3362" w:type="dxa"/>
            <w:vAlign w:val="center"/>
          </w:tcPr>
          <w:p w14:paraId="32705B0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นางสาวชยานันท์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ภูยาแพทย์</w:t>
            </w:r>
          </w:p>
        </w:tc>
        <w:tc>
          <w:tcPr>
            <w:tcW w:w="1633" w:type="dxa"/>
            <w:vAlign w:val="center"/>
          </w:tcPr>
          <w:p w14:paraId="1B60F2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713F877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DBD5E50" w14:textId="77777777" w:rsidTr="005E6784">
        <w:trPr>
          <w:jc w:val="center"/>
        </w:trPr>
        <w:tc>
          <w:tcPr>
            <w:tcW w:w="1412" w:type="dxa"/>
            <w:vAlign w:val="center"/>
          </w:tcPr>
          <w:p w14:paraId="72A00E7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23</w:t>
            </w:r>
          </w:p>
        </w:tc>
        <w:tc>
          <w:tcPr>
            <w:tcW w:w="1706" w:type="dxa"/>
            <w:vAlign w:val="center"/>
          </w:tcPr>
          <w:p w14:paraId="01584AD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11440</w:t>
            </w:r>
          </w:p>
        </w:tc>
        <w:tc>
          <w:tcPr>
            <w:tcW w:w="3362" w:type="dxa"/>
            <w:vAlign w:val="center"/>
          </w:tcPr>
          <w:p w14:paraId="333B0E5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นางสาวณัฐชานันท์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ถนอมศรี</w:t>
            </w:r>
          </w:p>
        </w:tc>
        <w:tc>
          <w:tcPr>
            <w:tcW w:w="1633" w:type="dxa"/>
            <w:vAlign w:val="center"/>
          </w:tcPr>
          <w:p w14:paraId="7BA2E8D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33CB6A6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67CF4E4" w14:textId="77777777" w:rsidTr="005E6784">
        <w:trPr>
          <w:jc w:val="center"/>
        </w:trPr>
        <w:tc>
          <w:tcPr>
            <w:tcW w:w="1412" w:type="dxa"/>
            <w:vAlign w:val="center"/>
          </w:tcPr>
          <w:p w14:paraId="04D7F0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</w:t>
            </w:r>
          </w:p>
        </w:tc>
        <w:tc>
          <w:tcPr>
            <w:tcW w:w="1706" w:type="dxa"/>
            <w:vAlign w:val="center"/>
          </w:tcPr>
          <w:p w14:paraId="6B3970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11445</w:t>
            </w:r>
          </w:p>
        </w:tc>
        <w:tc>
          <w:tcPr>
            <w:tcW w:w="3362" w:type="dxa"/>
            <w:vAlign w:val="center"/>
          </w:tcPr>
          <w:p w14:paraId="15A43D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นางสาวภัคจิรา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มาประชา</w:t>
            </w:r>
          </w:p>
        </w:tc>
        <w:tc>
          <w:tcPr>
            <w:tcW w:w="1633" w:type="dxa"/>
            <w:vAlign w:val="center"/>
          </w:tcPr>
          <w:p w14:paraId="58C7933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  <w:tc>
          <w:tcPr>
            <w:tcW w:w="1962" w:type="dxa"/>
            <w:vAlign w:val="center"/>
          </w:tcPr>
          <w:p w14:paraId="7B6756E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5539D86" w14:textId="77777777" w:rsidTr="005E6784">
        <w:trPr>
          <w:jc w:val="center"/>
        </w:trPr>
        <w:tc>
          <w:tcPr>
            <w:tcW w:w="1412" w:type="dxa"/>
            <w:vAlign w:val="center"/>
          </w:tcPr>
          <w:p w14:paraId="42CBB21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25</w:t>
            </w:r>
          </w:p>
        </w:tc>
        <w:tc>
          <w:tcPr>
            <w:tcW w:w="1706" w:type="dxa"/>
            <w:vAlign w:val="center"/>
          </w:tcPr>
          <w:p w14:paraId="1B7CA98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11967</w:t>
            </w:r>
          </w:p>
        </w:tc>
        <w:tc>
          <w:tcPr>
            <w:tcW w:w="3362" w:type="dxa"/>
            <w:vAlign w:val="center"/>
          </w:tcPr>
          <w:p w14:paraId="187F585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นางสาวปวีณา ศรีศิริ</w:t>
            </w:r>
          </w:p>
        </w:tc>
        <w:tc>
          <w:tcPr>
            <w:tcW w:w="1633" w:type="dxa"/>
            <w:vAlign w:val="center"/>
          </w:tcPr>
          <w:p w14:paraId="686D98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4F7FCF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E789269" w14:textId="77777777" w:rsidTr="005E6784">
        <w:trPr>
          <w:jc w:val="center"/>
        </w:trPr>
        <w:tc>
          <w:tcPr>
            <w:tcW w:w="1412" w:type="dxa"/>
            <w:vAlign w:val="center"/>
          </w:tcPr>
          <w:p w14:paraId="23CF046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</w:t>
            </w:r>
          </w:p>
        </w:tc>
        <w:tc>
          <w:tcPr>
            <w:tcW w:w="1706" w:type="dxa"/>
            <w:vAlign w:val="center"/>
          </w:tcPr>
          <w:p w14:paraId="57E8E4D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12761</w:t>
            </w:r>
          </w:p>
        </w:tc>
        <w:tc>
          <w:tcPr>
            <w:tcW w:w="3362" w:type="dxa"/>
            <w:vAlign w:val="center"/>
          </w:tcPr>
          <w:p w14:paraId="1C9F1A5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นางสาวกมลรัตน์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กองชัย</w:t>
            </w:r>
          </w:p>
        </w:tc>
        <w:tc>
          <w:tcPr>
            <w:tcW w:w="1633" w:type="dxa"/>
            <w:vAlign w:val="center"/>
          </w:tcPr>
          <w:p w14:paraId="1EC345F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445FE8F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DD62426" w14:textId="77777777" w:rsidTr="005E6784">
        <w:trPr>
          <w:jc w:val="center"/>
        </w:trPr>
        <w:tc>
          <w:tcPr>
            <w:tcW w:w="1412" w:type="dxa"/>
            <w:vAlign w:val="center"/>
          </w:tcPr>
          <w:p w14:paraId="6295A1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27</w:t>
            </w:r>
          </w:p>
        </w:tc>
        <w:tc>
          <w:tcPr>
            <w:tcW w:w="1706" w:type="dxa"/>
            <w:vAlign w:val="center"/>
          </w:tcPr>
          <w:p w14:paraId="2169753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12762</w:t>
            </w:r>
          </w:p>
        </w:tc>
        <w:tc>
          <w:tcPr>
            <w:tcW w:w="3362" w:type="dxa"/>
            <w:vAlign w:val="center"/>
          </w:tcPr>
          <w:p w14:paraId="65C3B93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นางสาวกรณิกา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เกรัมย์</w:t>
            </w:r>
          </w:p>
        </w:tc>
        <w:tc>
          <w:tcPr>
            <w:tcW w:w="1633" w:type="dxa"/>
            <w:vAlign w:val="center"/>
          </w:tcPr>
          <w:p w14:paraId="20A5703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  <w:tc>
          <w:tcPr>
            <w:tcW w:w="1962" w:type="dxa"/>
            <w:vAlign w:val="center"/>
          </w:tcPr>
          <w:p w14:paraId="05CDA8E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D1B02B4" w14:textId="77777777" w:rsidTr="005E6784">
        <w:trPr>
          <w:jc w:val="center"/>
        </w:trPr>
        <w:tc>
          <w:tcPr>
            <w:tcW w:w="1412" w:type="dxa"/>
            <w:vAlign w:val="center"/>
          </w:tcPr>
          <w:p w14:paraId="5B35AB6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</w:t>
            </w:r>
          </w:p>
        </w:tc>
        <w:tc>
          <w:tcPr>
            <w:tcW w:w="1706" w:type="dxa"/>
            <w:vAlign w:val="center"/>
          </w:tcPr>
          <w:p w14:paraId="34FD9A4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12763</w:t>
            </w:r>
          </w:p>
        </w:tc>
        <w:tc>
          <w:tcPr>
            <w:tcW w:w="3362" w:type="dxa"/>
            <w:vAlign w:val="center"/>
          </w:tcPr>
          <w:p w14:paraId="0015A74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นางสาวการเกศ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กลิ่นหวล</w:t>
            </w:r>
          </w:p>
        </w:tc>
        <w:tc>
          <w:tcPr>
            <w:tcW w:w="1633" w:type="dxa"/>
            <w:vAlign w:val="center"/>
          </w:tcPr>
          <w:p w14:paraId="59BE71A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  <w:tc>
          <w:tcPr>
            <w:tcW w:w="1962" w:type="dxa"/>
            <w:vAlign w:val="center"/>
          </w:tcPr>
          <w:p w14:paraId="7A1B1C5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17DAA65" w14:textId="77777777" w:rsidTr="005E6784">
        <w:trPr>
          <w:jc w:val="center"/>
        </w:trPr>
        <w:tc>
          <w:tcPr>
            <w:tcW w:w="1412" w:type="dxa"/>
            <w:vAlign w:val="center"/>
          </w:tcPr>
          <w:p w14:paraId="1043B0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29</w:t>
            </w:r>
          </w:p>
        </w:tc>
        <w:tc>
          <w:tcPr>
            <w:tcW w:w="1706" w:type="dxa"/>
            <w:vAlign w:val="center"/>
          </w:tcPr>
          <w:p w14:paraId="0FC965E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12764</w:t>
            </w:r>
          </w:p>
        </w:tc>
        <w:tc>
          <w:tcPr>
            <w:tcW w:w="3362" w:type="dxa"/>
            <w:vAlign w:val="center"/>
          </w:tcPr>
          <w:p w14:paraId="3C57A01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นางสาวธมลวรรณ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แซ่เทียน</w:t>
            </w:r>
          </w:p>
        </w:tc>
        <w:tc>
          <w:tcPr>
            <w:tcW w:w="1633" w:type="dxa"/>
            <w:vAlign w:val="center"/>
          </w:tcPr>
          <w:p w14:paraId="08A67E2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7641B30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3DDCF61" w14:textId="77777777" w:rsidTr="005E6784">
        <w:trPr>
          <w:jc w:val="center"/>
        </w:trPr>
        <w:tc>
          <w:tcPr>
            <w:tcW w:w="1412" w:type="dxa"/>
            <w:vAlign w:val="center"/>
          </w:tcPr>
          <w:p w14:paraId="5CFECDF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</w:t>
            </w:r>
          </w:p>
        </w:tc>
        <w:tc>
          <w:tcPr>
            <w:tcW w:w="1706" w:type="dxa"/>
            <w:vAlign w:val="center"/>
          </w:tcPr>
          <w:p w14:paraId="36305E7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12765</w:t>
            </w:r>
          </w:p>
        </w:tc>
        <w:tc>
          <w:tcPr>
            <w:tcW w:w="3362" w:type="dxa"/>
            <w:vAlign w:val="center"/>
          </w:tcPr>
          <w:p w14:paraId="78A3C32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นางสาวปิยพร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ฉี่กระโทก</w:t>
            </w:r>
          </w:p>
        </w:tc>
        <w:tc>
          <w:tcPr>
            <w:tcW w:w="1633" w:type="dxa"/>
            <w:vAlign w:val="center"/>
          </w:tcPr>
          <w:p w14:paraId="3D81BE0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3563E1E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7823E35" w14:textId="77777777" w:rsidTr="005E6784">
        <w:trPr>
          <w:jc w:val="center"/>
        </w:trPr>
        <w:tc>
          <w:tcPr>
            <w:tcW w:w="1412" w:type="dxa"/>
            <w:vAlign w:val="center"/>
          </w:tcPr>
          <w:p w14:paraId="7F69971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31</w:t>
            </w:r>
          </w:p>
        </w:tc>
        <w:tc>
          <w:tcPr>
            <w:tcW w:w="1706" w:type="dxa"/>
            <w:vAlign w:val="center"/>
          </w:tcPr>
          <w:p w14:paraId="10D78D2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12766</w:t>
            </w:r>
          </w:p>
        </w:tc>
        <w:tc>
          <w:tcPr>
            <w:tcW w:w="3362" w:type="dxa"/>
            <w:vAlign w:val="center"/>
          </w:tcPr>
          <w:p w14:paraId="384DF10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นางสาววันวิสา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ปราบภัย</w:t>
            </w:r>
          </w:p>
        </w:tc>
        <w:tc>
          <w:tcPr>
            <w:tcW w:w="1633" w:type="dxa"/>
            <w:vAlign w:val="center"/>
          </w:tcPr>
          <w:p w14:paraId="21252CD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2A35A83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C85B2B0" w14:textId="77777777" w:rsidTr="005E6784">
        <w:trPr>
          <w:jc w:val="center"/>
        </w:trPr>
        <w:tc>
          <w:tcPr>
            <w:tcW w:w="1412" w:type="dxa"/>
            <w:vAlign w:val="center"/>
          </w:tcPr>
          <w:p w14:paraId="0A99725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</w:t>
            </w:r>
          </w:p>
        </w:tc>
        <w:tc>
          <w:tcPr>
            <w:tcW w:w="1706" w:type="dxa"/>
            <w:vAlign w:val="center"/>
          </w:tcPr>
          <w:p w14:paraId="3BC51DF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12767</w:t>
            </w:r>
          </w:p>
        </w:tc>
        <w:tc>
          <w:tcPr>
            <w:tcW w:w="3362" w:type="dxa"/>
            <w:vAlign w:val="center"/>
          </w:tcPr>
          <w:p w14:paraId="141B98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นางสาววิภาดา ปราบสกุล</w:t>
            </w:r>
          </w:p>
        </w:tc>
        <w:tc>
          <w:tcPr>
            <w:tcW w:w="1633" w:type="dxa"/>
            <w:vAlign w:val="center"/>
          </w:tcPr>
          <w:p w14:paraId="01A9AB1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6515B32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07C4461" w14:textId="77777777" w:rsidTr="005E6784">
        <w:trPr>
          <w:jc w:val="center"/>
        </w:trPr>
        <w:tc>
          <w:tcPr>
            <w:tcW w:w="1412" w:type="dxa"/>
            <w:vAlign w:val="center"/>
          </w:tcPr>
          <w:p w14:paraId="0024C3A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1D71F27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12768</w:t>
            </w:r>
          </w:p>
        </w:tc>
        <w:tc>
          <w:tcPr>
            <w:tcW w:w="3362" w:type="dxa"/>
            <w:vAlign w:val="center"/>
          </w:tcPr>
          <w:p w14:paraId="376EDC0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นางสาวศยามล ทิพย์อักษร</w:t>
            </w:r>
          </w:p>
        </w:tc>
        <w:tc>
          <w:tcPr>
            <w:tcW w:w="1633" w:type="dxa"/>
            <w:vAlign w:val="center"/>
          </w:tcPr>
          <w:p w14:paraId="32FBCDE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011653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A599FA5" w14:textId="77777777" w:rsidTr="005E6784">
        <w:trPr>
          <w:jc w:val="center"/>
        </w:trPr>
        <w:tc>
          <w:tcPr>
            <w:tcW w:w="1412" w:type="dxa"/>
            <w:vAlign w:val="center"/>
          </w:tcPr>
          <w:p w14:paraId="4A581B5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</w:t>
            </w:r>
          </w:p>
        </w:tc>
        <w:tc>
          <w:tcPr>
            <w:tcW w:w="1706" w:type="dxa"/>
            <w:vAlign w:val="center"/>
          </w:tcPr>
          <w:p w14:paraId="311E10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12769</w:t>
            </w:r>
          </w:p>
        </w:tc>
        <w:tc>
          <w:tcPr>
            <w:tcW w:w="3362" w:type="dxa"/>
            <w:vAlign w:val="center"/>
          </w:tcPr>
          <w:p w14:paraId="6959CF8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นางสาวสโรชา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โสมกูล</w:t>
            </w:r>
          </w:p>
        </w:tc>
        <w:tc>
          <w:tcPr>
            <w:tcW w:w="1633" w:type="dxa"/>
            <w:vAlign w:val="center"/>
          </w:tcPr>
          <w:p w14:paraId="357C73D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16.00</w:t>
            </w:r>
          </w:p>
        </w:tc>
        <w:tc>
          <w:tcPr>
            <w:tcW w:w="1962" w:type="dxa"/>
            <w:vAlign w:val="center"/>
          </w:tcPr>
          <w:p w14:paraId="0274151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84B388C" w14:textId="77777777" w:rsidTr="005E6784">
        <w:trPr>
          <w:jc w:val="center"/>
        </w:trPr>
        <w:tc>
          <w:tcPr>
            <w:tcW w:w="1412" w:type="dxa"/>
            <w:vAlign w:val="center"/>
          </w:tcPr>
          <w:p w14:paraId="1B4E4E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</w:t>
            </w:r>
          </w:p>
        </w:tc>
        <w:tc>
          <w:tcPr>
            <w:tcW w:w="1706" w:type="dxa"/>
            <w:vAlign w:val="center"/>
          </w:tcPr>
          <w:p w14:paraId="262DAD4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12770</w:t>
            </w:r>
          </w:p>
        </w:tc>
        <w:tc>
          <w:tcPr>
            <w:tcW w:w="3362" w:type="dxa"/>
            <w:vAlign w:val="center"/>
          </w:tcPr>
          <w:p w14:paraId="415E240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นางสาวสุชานาถ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แสงชา</w:t>
            </w:r>
          </w:p>
        </w:tc>
        <w:tc>
          <w:tcPr>
            <w:tcW w:w="1633" w:type="dxa"/>
            <w:vAlign w:val="center"/>
          </w:tcPr>
          <w:p w14:paraId="539854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54.00</w:t>
            </w:r>
          </w:p>
        </w:tc>
        <w:tc>
          <w:tcPr>
            <w:tcW w:w="1962" w:type="dxa"/>
            <w:vAlign w:val="center"/>
          </w:tcPr>
          <w:p w14:paraId="15DCF26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38FC24E1" w14:textId="77777777" w:rsidTr="005E6784">
        <w:trPr>
          <w:jc w:val="center"/>
        </w:trPr>
        <w:tc>
          <w:tcPr>
            <w:tcW w:w="1412" w:type="dxa"/>
            <w:vAlign w:val="center"/>
          </w:tcPr>
          <w:p w14:paraId="58C52D5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lastRenderedPageBreak/>
              <w:t>ที่</w:t>
            </w:r>
          </w:p>
        </w:tc>
        <w:tc>
          <w:tcPr>
            <w:tcW w:w="1706" w:type="dxa"/>
            <w:vAlign w:val="center"/>
          </w:tcPr>
          <w:p w14:paraId="1F6A7F8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  <w:tc>
          <w:tcPr>
            <w:tcW w:w="3362" w:type="dxa"/>
            <w:vAlign w:val="center"/>
          </w:tcPr>
          <w:p w14:paraId="53AB856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  <w:tc>
          <w:tcPr>
            <w:tcW w:w="1633" w:type="dxa"/>
            <w:vAlign w:val="center"/>
          </w:tcPr>
          <w:p w14:paraId="762AC4E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1962" w:type="dxa"/>
            <w:vAlign w:val="center"/>
          </w:tcPr>
          <w:p w14:paraId="61D1642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0F23F0" w:rsidRPr="000F23F0" w14:paraId="4DC07E14" w14:textId="77777777" w:rsidTr="005E6784">
        <w:trPr>
          <w:jc w:val="center"/>
        </w:trPr>
        <w:tc>
          <w:tcPr>
            <w:tcW w:w="1412" w:type="dxa"/>
            <w:vAlign w:val="center"/>
          </w:tcPr>
          <w:p w14:paraId="3C1F971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1706" w:type="dxa"/>
            <w:vAlign w:val="center"/>
          </w:tcPr>
          <w:p w14:paraId="22F529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11314</w:t>
            </w:r>
          </w:p>
        </w:tc>
        <w:tc>
          <w:tcPr>
            <w:tcW w:w="3362" w:type="dxa"/>
            <w:vAlign w:val="center"/>
          </w:tcPr>
          <w:p w14:paraId="3241FD2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นายวีรภัทร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เย็นกูล</w:t>
            </w:r>
          </w:p>
        </w:tc>
        <w:tc>
          <w:tcPr>
            <w:tcW w:w="1633" w:type="dxa"/>
            <w:vAlign w:val="center"/>
          </w:tcPr>
          <w:p w14:paraId="289AA0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4F06AA4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66EA99B" w14:textId="77777777" w:rsidTr="005E6784">
        <w:trPr>
          <w:jc w:val="center"/>
        </w:trPr>
        <w:tc>
          <w:tcPr>
            <w:tcW w:w="1412" w:type="dxa"/>
            <w:vAlign w:val="center"/>
          </w:tcPr>
          <w:p w14:paraId="6CB195E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1706" w:type="dxa"/>
            <w:vAlign w:val="center"/>
          </w:tcPr>
          <w:p w14:paraId="73D0106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11339</w:t>
            </w:r>
          </w:p>
        </w:tc>
        <w:tc>
          <w:tcPr>
            <w:tcW w:w="3362" w:type="dxa"/>
            <w:vAlign w:val="center"/>
          </w:tcPr>
          <w:p w14:paraId="101187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นายณัฐภัทร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ปลีนารัมย์</w:t>
            </w:r>
          </w:p>
        </w:tc>
        <w:tc>
          <w:tcPr>
            <w:tcW w:w="1633" w:type="dxa"/>
            <w:vAlign w:val="center"/>
          </w:tcPr>
          <w:p w14:paraId="0B8BC62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0C3CE01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A8E0380" w14:textId="77777777" w:rsidTr="005E6784">
        <w:trPr>
          <w:jc w:val="center"/>
        </w:trPr>
        <w:tc>
          <w:tcPr>
            <w:tcW w:w="1412" w:type="dxa"/>
            <w:vAlign w:val="center"/>
          </w:tcPr>
          <w:p w14:paraId="2E6D56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1706" w:type="dxa"/>
            <w:vAlign w:val="center"/>
          </w:tcPr>
          <w:p w14:paraId="339A94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11342</w:t>
            </w:r>
          </w:p>
        </w:tc>
        <w:tc>
          <w:tcPr>
            <w:tcW w:w="3362" w:type="dxa"/>
            <w:vAlign w:val="center"/>
          </w:tcPr>
          <w:p w14:paraId="4C3A36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นายแทนคุณ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ไก่แก้ว</w:t>
            </w:r>
          </w:p>
        </w:tc>
        <w:tc>
          <w:tcPr>
            <w:tcW w:w="1633" w:type="dxa"/>
            <w:vAlign w:val="center"/>
          </w:tcPr>
          <w:p w14:paraId="70433B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  <w:tc>
          <w:tcPr>
            <w:tcW w:w="1962" w:type="dxa"/>
            <w:vAlign w:val="center"/>
          </w:tcPr>
          <w:p w14:paraId="5E4CFC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696AF5F2" w14:textId="77777777" w:rsidTr="005E6784">
        <w:trPr>
          <w:jc w:val="center"/>
        </w:trPr>
        <w:tc>
          <w:tcPr>
            <w:tcW w:w="1412" w:type="dxa"/>
            <w:vAlign w:val="center"/>
          </w:tcPr>
          <w:p w14:paraId="4529357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1706" w:type="dxa"/>
            <w:vAlign w:val="center"/>
          </w:tcPr>
          <w:p w14:paraId="58F4182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11351</w:t>
            </w:r>
          </w:p>
        </w:tc>
        <w:tc>
          <w:tcPr>
            <w:tcW w:w="3362" w:type="dxa"/>
            <w:vAlign w:val="center"/>
          </w:tcPr>
          <w:p w14:paraId="274E68E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นายภาคิน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อินทะไชย</w:t>
            </w:r>
          </w:p>
        </w:tc>
        <w:tc>
          <w:tcPr>
            <w:tcW w:w="1633" w:type="dxa"/>
            <w:vAlign w:val="center"/>
          </w:tcPr>
          <w:p w14:paraId="061C3C1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043B139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19AD484" w14:textId="77777777" w:rsidTr="005E6784">
        <w:trPr>
          <w:jc w:val="center"/>
        </w:trPr>
        <w:tc>
          <w:tcPr>
            <w:tcW w:w="1412" w:type="dxa"/>
            <w:vAlign w:val="center"/>
          </w:tcPr>
          <w:p w14:paraId="476A354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</w:t>
            </w:r>
          </w:p>
        </w:tc>
        <w:tc>
          <w:tcPr>
            <w:tcW w:w="1706" w:type="dxa"/>
            <w:vAlign w:val="center"/>
          </w:tcPr>
          <w:p w14:paraId="508BDCD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11390</w:t>
            </w:r>
          </w:p>
        </w:tc>
        <w:tc>
          <w:tcPr>
            <w:tcW w:w="3362" w:type="dxa"/>
            <w:vAlign w:val="center"/>
          </w:tcPr>
          <w:p w14:paraId="20A4B08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นายวิภพ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แสนอภัย</w:t>
            </w:r>
          </w:p>
        </w:tc>
        <w:tc>
          <w:tcPr>
            <w:tcW w:w="1633" w:type="dxa"/>
            <w:vAlign w:val="center"/>
          </w:tcPr>
          <w:p w14:paraId="6913EA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3C144B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830F3F8" w14:textId="77777777" w:rsidTr="005E6784">
        <w:trPr>
          <w:jc w:val="center"/>
        </w:trPr>
        <w:tc>
          <w:tcPr>
            <w:tcW w:w="1412" w:type="dxa"/>
            <w:vAlign w:val="center"/>
          </w:tcPr>
          <w:p w14:paraId="5BD7C79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</w:t>
            </w:r>
          </w:p>
        </w:tc>
        <w:tc>
          <w:tcPr>
            <w:tcW w:w="1706" w:type="dxa"/>
            <w:vAlign w:val="center"/>
          </w:tcPr>
          <w:p w14:paraId="0010943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11424</w:t>
            </w:r>
          </w:p>
        </w:tc>
        <w:tc>
          <w:tcPr>
            <w:tcW w:w="3362" w:type="dxa"/>
            <w:vAlign w:val="center"/>
          </w:tcPr>
          <w:p w14:paraId="1713E4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นายพงศกร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ชื่นหล่อสังข์</w:t>
            </w:r>
          </w:p>
        </w:tc>
        <w:tc>
          <w:tcPr>
            <w:tcW w:w="1633" w:type="dxa"/>
            <w:vAlign w:val="center"/>
          </w:tcPr>
          <w:p w14:paraId="71392FC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39EB6FE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AB34A25" w14:textId="77777777" w:rsidTr="005E6784">
        <w:trPr>
          <w:jc w:val="center"/>
        </w:trPr>
        <w:tc>
          <w:tcPr>
            <w:tcW w:w="1412" w:type="dxa"/>
            <w:vAlign w:val="center"/>
          </w:tcPr>
          <w:p w14:paraId="290C3F0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</w:t>
            </w:r>
          </w:p>
        </w:tc>
        <w:tc>
          <w:tcPr>
            <w:tcW w:w="1706" w:type="dxa"/>
            <w:vAlign w:val="center"/>
          </w:tcPr>
          <w:p w14:paraId="55DA79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11425</w:t>
            </w:r>
          </w:p>
        </w:tc>
        <w:tc>
          <w:tcPr>
            <w:tcW w:w="3362" w:type="dxa"/>
            <w:vAlign w:val="center"/>
          </w:tcPr>
          <w:p w14:paraId="396310E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นายพรหมลิขิต* มีมุข</w:t>
            </w:r>
          </w:p>
        </w:tc>
        <w:tc>
          <w:tcPr>
            <w:tcW w:w="1633" w:type="dxa"/>
            <w:vAlign w:val="center"/>
          </w:tcPr>
          <w:p w14:paraId="288C9A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34FDE1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9B61352" w14:textId="77777777" w:rsidTr="005E6784">
        <w:trPr>
          <w:jc w:val="center"/>
        </w:trPr>
        <w:tc>
          <w:tcPr>
            <w:tcW w:w="1412" w:type="dxa"/>
            <w:vAlign w:val="center"/>
          </w:tcPr>
          <w:p w14:paraId="1B3031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</w:t>
            </w:r>
          </w:p>
        </w:tc>
        <w:tc>
          <w:tcPr>
            <w:tcW w:w="1706" w:type="dxa"/>
            <w:vAlign w:val="center"/>
          </w:tcPr>
          <w:p w14:paraId="22D5AD3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11430</w:t>
            </w:r>
          </w:p>
        </w:tc>
        <w:tc>
          <w:tcPr>
            <w:tcW w:w="3362" w:type="dxa"/>
            <w:vAlign w:val="center"/>
          </w:tcPr>
          <w:p w14:paraId="7A63D2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นายวงศกร  กาญจนะ</w:t>
            </w:r>
          </w:p>
        </w:tc>
        <w:tc>
          <w:tcPr>
            <w:tcW w:w="1633" w:type="dxa"/>
            <w:vAlign w:val="center"/>
          </w:tcPr>
          <w:p w14:paraId="629DD3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5BD29BF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C5D0E73" w14:textId="77777777" w:rsidTr="005E6784">
        <w:trPr>
          <w:jc w:val="center"/>
        </w:trPr>
        <w:tc>
          <w:tcPr>
            <w:tcW w:w="1412" w:type="dxa"/>
            <w:vAlign w:val="center"/>
          </w:tcPr>
          <w:p w14:paraId="190FFA4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  <w:tc>
          <w:tcPr>
            <w:tcW w:w="1706" w:type="dxa"/>
            <w:vAlign w:val="center"/>
          </w:tcPr>
          <w:p w14:paraId="1501F05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11434</w:t>
            </w:r>
          </w:p>
        </w:tc>
        <w:tc>
          <w:tcPr>
            <w:tcW w:w="3362" w:type="dxa"/>
            <w:vAlign w:val="center"/>
          </w:tcPr>
          <w:p w14:paraId="066E962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นายสุริยา ไชยบำรุง</w:t>
            </w:r>
          </w:p>
        </w:tc>
        <w:tc>
          <w:tcPr>
            <w:tcW w:w="1633" w:type="dxa"/>
            <w:vAlign w:val="center"/>
          </w:tcPr>
          <w:p w14:paraId="5B81EC8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225C5CB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4308075" w14:textId="77777777" w:rsidTr="005E6784">
        <w:trPr>
          <w:jc w:val="center"/>
        </w:trPr>
        <w:tc>
          <w:tcPr>
            <w:tcW w:w="1412" w:type="dxa"/>
            <w:vAlign w:val="center"/>
          </w:tcPr>
          <w:p w14:paraId="2900404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</w:t>
            </w:r>
          </w:p>
        </w:tc>
        <w:tc>
          <w:tcPr>
            <w:tcW w:w="1706" w:type="dxa"/>
            <w:vAlign w:val="center"/>
          </w:tcPr>
          <w:p w14:paraId="09AF7A6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12771</w:t>
            </w:r>
          </w:p>
        </w:tc>
        <w:tc>
          <w:tcPr>
            <w:tcW w:w="3362" w:type="dxa"/>
            <w:vAlign w:val="center"/>
          </w:tcPr>
          <w:p w14:paraId="2BF69BC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นายเดชาพล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แสนเเก้ว</w:t>
            </w:r>
          </w:p>
        </w:tc>
        <w:tc>
          <w:tcPr>
            <w:tcW w:w="1633" w:type="dxa"/>
            <w:vAlign w:val="center"/>
          </w:tcPr>
          <w:p w14:paraId="2EC1FDA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632CAE8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3C6667E" w14:textId="77777777" w:rsidTr="005E6784">
        <w:trPr>
          <w:jc w:val="center"/>
        </w:trPr>
        <w:tc>
          <w:tcPr>
            <w:tcW w:w="1412" w:type="dxa"/>
            <w:vAlign w:val="center"/>
          </w:tcPr>
          <w:p w14:paraId="13BCD54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</w:t>
            </w:r>
          </w:p>
        </w:tc>
        <w:tc>
          <w:tcPr>
            <w:tcW w:w="1706" w:type="dxa"/>
            <w:vAlign w:val="center"/>
          </w:tcPr>
          <w:p w14:paraId="4E4FF22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12772</w:t>
            </w:r>
          </w:p>
        </w:tc>
        <w:tc>
          <w:tcPr>
            <w:tcW w:w="3362" w:type="dxa"/>
            <w:vAlign w:val="center"/>
          </w:tcPr>
          <w:p w14:paraId="6C0942F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นายณัฐวรพล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ปรีชาพูด</w:t>
            </w:r>
          </w:p>
        </w:tc>
        <w:tc>
          <w:tcPr>
            <w:tcW w:w="1633" w:type="dxa"/>
            <w:vAlign w:val="center"/>
          </w:tcPr>
          <w:p w14:paraId="3A5BE40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72481E7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08A4CEF" w14:textId="77777777" w:rsidTr="005E6784">
        <w:trPr>
          <w:jc w:val="center"/>
        </w:trPr>
        <w:tc>
          <w:tcPr>
            <w:tcW w:w="1412" w:type="dxa"/>
            <w:vAlign w:val="center"/>
          </w:tcPr>
          <w:p w14:paraId="7D56DB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</w:t>
            </w:r>
          </w:p>
        </w:tc>
        <w:tc>
          <w:tcPr>
            <w:tcW w:w="1706" w:type="dxa"/>
            <w:vAlign w:val="center"/>
          </w:tcPr>
          <w:p w14:paraId="083EBE2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12773</w:t>
            </w:r>
          </w:p>
        </w:tc>
        <w:tc>
          <w:tcPr>
            <w:tcW w:w="3362" w:type="dxa"/>
            <w:vAlign w:val="center"/>
          </w:tcPr>
          <w:p w14:paraId="6A11AF9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นายนันทกร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อรัญศักดิ์</w:t>
            </w:r>
          </w:p>
        </w:tc>
        <w:tc>
          <w:tcPr>
            <w:tcW w:w="1633" w:type="dxa"/>
            <w:vAlign w:val="center"/>
          </w:tcPr>
          <w:p w14:paraId="438B04E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  <w:tc>
          <w:tcPr>
            <w:tcW w:w="1962" w:type="dxa"/>
            <w:vAlign w:val="center"/>
          </w:tcPr>
          <w:p w14:paraId="47472C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7B9524D" w14:textId="77777777" w:rsidTr="005E6784">
        <w:trPr>
          <w:jc w:val="center"/>
        </w:trPr>
        <w:tc>
          <w:tcPr>
            <w:tcW w:w="1412" w:type="dxa"/>
            <w:vAlign w:val="center"/>
          </w:tcPr>
          <w:p w14:paraId="24B61D0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13</w:t>
            </w:r>
          </w:p>
        </w:tc>
        <w:tc>
          <w:tcPr>
            <w:tcW w:w="1706" w:type="dxa"/>
            <w:vAlign w:val="center"/>
          </w:tcPr>
          <w:p w14:paraId="7983815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12774</w:t>
            </w:r>
          </w:p>
        </w:tc>
        <w:tc>
          <w:tcPr>
            <w:tcW w:w="3362" w:type="dxa"/>
            <w:vAlign w:val="center"/>
          </w:tcPr>
          <w:p w14:paraId="45058F2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นายวัชรนนท์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สุดาจันทร์</w:t>
            </w:r>
          </w:p>
        </w:tc>
        <w:tc>
          <w:tcPr>
            <w:tcW w:w="1633" w:type="dxa"/>
            <w:vAlign w:val="center"/>
          </w:tcPr>
          <w:p w14:paraId="01513C4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2481843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60FA776D" w14:textId="77777777" w:rsidTr="005E6784">
        <w:trPr>
          <w:jc w:val="center"/>
        </w:trPr>
        <w:tc>
          <w:tcPr>
            <w:tcW w:w="1412" w:type="dxa"/>
            <w:vAlign w:val="center"/>
          </w:tcPr>
          <w:p w14:paraId="3B9714A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</w:t>
            </w:r>
          </w:p>
        </w:tc>
        <w:tc>
          <w:tcPr>
            <w:tcW w:w="1706" w:type="dxa"/>
            <w:vAlign w:val="center"/>
          </w:tcPr>
          <w:p w14:paraId="2E00F1A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12775</w:t>
            </w:r>
          </w:p>
        </w:tc>
        <w:tc>
          <w:tcPr>
            <w:tcW w:w="3362" w:type="dxa"/>
            <w:vAlign w:val="center"/>
          </w:tcPr>
          <w:p w14:paraId="75424EE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นายศุภกิตติ์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ดวงดารา</w:t>
            </w:r>
          </w:p>
        </w:tc>
        <w:tc>
          <w:tcPr>
            <w:tcW w:w="1633" w:type="dxa"/>
            <w:vAlign w:val="center"/>
          </w:tcPr>
          <w:p w14:paraId="0BD9F4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46.00</w:t>
            </w:r>
          </w:p>
        </w:tc>
        <w:tc>
          <w:tcPr>
            <w:tcW w:w="1962" w:type="dxa"/>
            <w:vAlign w:val="center"/>
          </w:tcPr>
          <w:p w14:paraId="43885A3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51B83A1" w14:textId="77777777" w:rsidTr="005E6784">
        <w:trPr>
          <w:jc w:val="center"/>
        </w:trPr>
        <w:tc>
          <w:tcPr>
            <w:tcW w:w="1412" w:type="dxa"/>
            <w:vAlign w:val="center"/>
          </w:tcPr>
          <w:p w14:paraId="03C4835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15</w:t>
            </w:r>
          </w:p>
        </w:tc>
        <w:tc>
          <w:tcPr>
            <w:tcW w:w="1706" w:type="dxa"/>
            <w:vAlign w:val="center"/>
          </w:tcPr>
          <w:p w14:paraId="24EE716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11270</w:t>
            </w:r>
          </w:p>
        </w:tc>
        <w:tc>
          <w:tcPr>
            <w:tcW w:w="3362" w:type="dxa"/>
            <w:vAlign w:val="center"/>
          </w:tcPr>
          <w:p w14:paraId="6A82228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นางสาวสุนิสา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ภูมิพันธ์</w:t>
            </w:r>
          </w:p>
        </w:tc>
        <w:tc>
          <w:tcPr>
            <w:tcW w:w="1633" w:type="dxa"/>
            <w:vAlign w:val="center"/>
          </w:tcPr>
          <w:p w14:paraId="1D72D31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591992A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955FAF2" w14:textId="77777777" w:rsidTr="005E6784">
        <w:trPr>
          <w:jc w:val="center"/>
        </w:trPr>
        <w:tc>
          <w:tcPr>
            <w:tcW w:w="1412" w:type="dxa"/>
            <w:vAlign w:val="center"/>
          </w:tcPr>
          <w:p w14:paraId="4B95A0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</w:t>
            </w:r>
          </w:p>
        </w:tc>
        <w:tc>
          <w:tcPr>
            <w:tcW w:w="1706" w:type="dxa"/>
            <w:vAlign w:val="center"/>
          </w:tcPr>
          <w:p w14:paraId="4639BB1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11320</w:t>
            </w:r>
          </w:p>
        </w:tc>
        <w:tc>
          <w:tcPr>
            <w:tcW w:w="3362" w:type="dxa"/>
            <w:vAlign w:val="center"/>
          </w:tcPr>
          <w:p w14:paraId="2FCA39B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นางสาวขวัญข้าว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กุมพากูล</w:t>
            </w:r>
          </w:p>
        </w:tc>
        <w:tc>
          <w:tcPr>
            <w:tcW w:w="1633" w:type="dxa"/>
            <w:vAlign w:val="center"/>
          </w:tcPr>
          <w:p w14:paraId="7C15FB3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7252B0C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9CAE788" w14:textId="77777777" w:rsidTr="005E6784">
        <w:trPr>
          <w:jc w:val="center"/>
        </w:trPr>
        <w:tc>
          <w:tcPr>
            <w:tcW w:w="1412" w:type="dxa"/>
            <w:vAlign w:val="center"/>
          </w:tcPr>
          <w:p w14:paraId="2288F89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</w:t>
            </w:r>
          </w:p>
        </w:tc>
        <w:tc>
          <w:tcPr>
            <w:tcW w:w="1706" w:type="dxa"/>
            <w:vAlign w:val="center"/>
          </w:tcPr>
          <w:p w14:paraId="7BB5C18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11325</w:t>
            </w:r>
          </w:p>
        </w:tc>
        <w:tc>
          <w:tcPr>
            <w:tcW w:w="3362" w:type="dxa"/>
            <w:vAlign w:val="center"/>
          </w:tcPr>
          <w:p w14:paraId="06CE178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นางสาวณัฎฐธิดา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ดับกระโทก</w:t>
            </w:r>
          </w:p>
        </w:tc>
        <w:tc>
          <w:tcPr>
            <w:tcW w:w="1633" w:type="dxa"/>
            <w:vAlign w:val="center"/>
          </w:tcPr>
          <w:p w14:paraId="2B68AA5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695CD7A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8C77E6E" w14:textId="77777777" w:rsidTr="005E6784">
        <w:trPr>
          <w:jc w:val="center"/>
        </w:trPr>
        <w:tc>
          <w:tcPr>
            <w:tcW w:w="1412" w:type="dxa"/>
            <w:vAlign w:val="center"/>
          </w:tcPr>
          <w:p w14:paraId="6821248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</w:t>
            </w:r>
          </w:p>
        </w:tc>
        <w:tc>
          <w:tcPr>
            <w:tcW w:w="1706" w:type="dxa"/>
            <w:vAlign w:val="center"/>
          </w:tcPr>
          <w:p w14:paraId="5A82F38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11329</w:t>
            </w:r>
          </w:p>
        </w:tc>
        <w:tc>
          <w:tcPr>
            <w:tcW w:w="3362" w:type="dxa"/>
            <w:vAlign w:val="center"/>
          </w:tcPr>
          <w:p w14:paraId="6CC593D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นางสาวปิยดา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สิมมาลี</w:t>
            </w:r>
          </w:p>
        </w:tc>
        <w:tc>
          <w:tcPr>
            <w:tcW w:w="1633" w:type="dxa"/>
            <w:vAlign w:val="center"/>
          </w:tcPr>
          <w:p w14:paraId="72C5FE2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30B487B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FC2763D" w14:textId="77777777" w:rsidTr="005E6784">
        <w:trPr>
          <w:jc w:val="center"/>
        </w:trPr>
        <w:tc>
          <w:tcPr>
            <w:tcW w:w="1412" w:type="dxa"/>
            <w:vAlign w:val="center"/>
          </w:tcPr>
          <w:p w14:paraId="3849FA9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19</w:t>
            </w:r>
          </w:p>
        </w:tc>
        <w:tc>
          <w:tcPr>
            <w:tcW w:w="1706" w:type="dxa"/>
            <w:vAlign w:val="center"/>
          </w:tcPr>
          <w:p w14:paraId="091FF27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11330</w:t>
            </w:r>
          </w:p>
        </w:tc>
        <w:tc>
          <w:tcPr>
            <w:tcW w:w="3362" w:type="dxa"/>
            <w:vAlign w:val="center"/>
          </w:tcPr>
          <w:p w14:paraId="29A47C4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นางสาวปิยธิดา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ตุ้มทอง</w:t>
            </w:r>
          </w:p>
        </w:tc>
        <w:tc>
          <w:tcPr>
            <w:tcW w:w="1633" w:type="dxa"/>
            <w:vAlign w:val="center"/>
          </w:tcPr>
          <w:p w14:paraId="264024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05CFCB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FA3C76E" w14:textId="77777777" w:rsidTr="005E6784">
        <w:trPr>
          <w:jc w:val="center"/>
        </w:trPr>
        <w:tc>
          <w:tcPr>
            <w:tcW w:w="1412" w:type="dxa"/>
            <w:vAlign w:val="center"/>
          </w:tcPr>
          <w:p w14:paraId="323ECAD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</w:t>
            </w:r>
          </w:p>
        </w:tc>
        <w:tc>
          <w:tcPr>
            <w:tcW w:w="1706" w:type="dxa"/>
            <w:vAlign w:val="center"/>
          </w:tcPr>
          <w:p w14:paraId="2DF87B4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11358</w:t>
            </w:r>
          </w:p>
        </w:tc>
        <w:tc>
          <w:tcPr>
            <w:tcW w:w="3362" w:type="dxa"/>
            <w:vAlign w:val="center"/>
          </w:tcPr>
          <w:p w14:paraId="309E8FE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นางสาวเกษราภรณ์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พานอุ่น</w:t>
            </w:r>
          </w:p>
        </w:tc>
        <w:tc>
          <w:tcPr>
            <w:tcW w:w="1633" w:type="dxa"/>
            <w:vAlign w:val="center"/>
          </w:tcPr>
          <w:p w14:paraId="4E03C92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  <w:tc>
          <w:tcPr>
            <w:tcW w:w="1962" w:type="dxa"/>
            <w:vAlign w:val="center"/>
          </w:tcPr>
          <w:p w14:paraId="0249433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7D3E7FA" w14:textId="77777777" w:rsidTr="005E6784">
        <w:trPr>
          <w:jc w:val="center"/>
        </w:trPr>
        <w:tc>
          <w:tcPr>
            <w:tcW w:w="1412" w:type="dxa"/>
            <w:vAlign w:val="center"/>
          </w:tcPr>
          <w:p w14:paraId="5926A0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21</w:t>
            </w:r>
          </w:p>
        </w:tc>
        <w:tc>
          <w:tcPr>
            <w:tcW w:w="1706" w:type="dxa"/>
            <w:vAlign w:val="center"/>
          </w:tcPr>
          <w:p w14:paraId="39F6A10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11371</w:t>
            </w:r>
          </w:p>
        </w:tc>
        <w:tc>
          <w:tcPr>
            <w:tcW w:w="3362" w:type="dxa"/>
            <w:vAlign w:val="center"/>
          </w:tcPr>
          <w:p w14:paraId="458C090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นางสาวภคพร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พรมศักดิ์</w:t>
            </w:r>
          </w:p>
        </w:tc>
        <w:tc>
          <w:tcPr>
            <w:tcW w:w="1633" w:type="dxa"/>
            <w:vAlign w:val="center"/>
          </w:tcPr>
          <w:p w14:paraId="2842D43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26D516A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1F385ED" w14:textId="77777777" w:rsidTr="005E6784">
        <w:trPr>
          <w:jc w:val="center"/>
        </w:trPr>
        <w:tc>
          <w:tcPr>
            <w:tcW w:w="1412" w:type="dxa"/>
            <w:vAlign w:val="center"/>
          </w:tcPr>
          <w:p w14:paraId="777748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</w:t>
            </w:r>
          </w:p>
        </w:tc>
        <w:tc>
          <w:tcPr>
            <w:tcW w:w="1706" w:type="dxa"/>
            <w:vAlign w:val="center"/>
          </w:tcPr>
          <w:p w14:paraId="362CBD9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11437</w:t>
            </w:r>
          </w:p>
        </w:tc>
        <w:tc>
          <w:tcPr>
            <w:tcW w:w="3362" w:type="dxa"/>
            <w:vAlign w:val="center"/>
          </w:tcPr>
          <w:p w14:paraId="6D71228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นางสาวกัญญาพัชร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กลิ่นบุหงา</w:t>
            </w:r>
          </w:p>
        </w:tc>
        <w:tc>
          <w:tcPr>
            <w:tcW w:w="1633" w:type="dxa"/>
            <w:vAlign w:val="center"/>
          </w:tcPr>
          <w:p w14:paraId="2846F12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449F650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FA94C92" w14:textId="77777777" w:rsidTr="005E6784">
        <w:trPr>
          <w:jc w:val="center"/>
        </w:trPr>
        <w:tc>
          <w:tcPr>
            <w:tcW w:w="1412" w:type="dxa"/>
            <w:vAlign w:val="center"/>
          </w:tcPr>
          <w:p w14:paraId="66659A6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23</w:t>
            </w:r>
          </w:p>
        </w:tc>
        <w:tc>
          <w:tcPr>
            <w:tcW w:w="1706" w:type="dxa"/>
            <w:vAlign w:val="center"/>
          </w:tcPr>
          <w:p w14:paraId="62E1624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12429</w:t>
            </w:r>
          </w:p>
        </w:tc>
        <w:tc>
          <w:tcPr>
            <w:tcW w:w="3362" w:type="dxa"/>
            <w:vAlign w:val="center"/>
          </w:tcPr>
          <w:p w14:paraId="7B84C14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นางสาวขวัญใจ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สังเสรี</w:t>
            </w:r>
          </w:p>
        </w:tc>
        <w:tc>
          <w:tcPr>
            <w:tcW w:w="1633" w:type="dxa"/>
            <w:vAlign w:val="center"/>
          </w:tcPr>
          <w:p w14:paraId="2EF74EB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60942DA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1197CB1" w14:textId="77777777" w:rsidTr="005E6784">
        <w:trPr>
          <w:jc w:val="center"/>
        </w:trPr>
        <w:tc>
          <w:tcPr>
            <w:tcW w:w="1412" w:type="dxa"/>
            <w:vAlign w:val="center"/>
          </w:tcPr>
          <w:p w14:paraId="0CEB47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</w:t>
            </w:r>
          </w:p>
        </w:tc>
        <w:tc>
          <w:tcPr>
            <w:tcW w:w="1706" w:type="dxa"/>
            <w:vAlign w:val="center"/>
          </w:tcPr>
          <w:p w14:paraId="391522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12776</w:t>
            </w:r>
          </w:p>
        </w:tc>
        <w:tc>
          <w:tcPr>
            <w:tcW w:w="3362" w:type="dxa"/>
            <w:vAlign w:val="center"/>
          </w:tcPr>
          <w:p w14:paraId="7ADC037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นางสาวกนกพร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อาจินกิจ</w:t>
            </w:r>
          </w:p>
        </w:tc>
        <w:tc>
          <w:tcPr>
            <w:tcW w:w="1633" w:type="dxa"/>
            <w:vAlign w:val="center"/>
          </w:tcPr>
          <w:p w14:paraId="657EEB6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511A18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E86BB8E" w14:textId="77777777" w:rsidTr="005E6784">
        <w:trPr>
          <w:jc w:val="center"/>
        </w:trPr>
        <w:tc>
          <w:tcPr>
            <w:tcW w:w="1412" w:type="dxa"/>
            <w:vAlign w:val="center"/>
          </w:tcPr>
          <w:p w14:paraId="79D1878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25</w:t>
            </w:r>
          </w:p>
        </w:tc>
        <w:tc>
          <w:tcPr>
            <w:tcW w:w="1706" w:type="dxa"/>
            <w:vAlign w:val="center"/>
          </w:tcPr>
          <w:p w14:paraId="764A83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12777</w:t>
            </w:r>
          </w:p>
        </w:tc>
        <w:tc>
          <w:tcPr>
            <w:tcW w:w="3362" w:type="dxa"/>
            <w:vAlign w:val="center"/>
          </w:tcPr>
          <w:p w14:paraId="23A34D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นางสาวกมลวรรณ สำราญ</w:t>
            </w:r>
          </w:p>
        </w:tc>
        <w:tc>
          <w:tcPr>
            <w:tcW w:w="1633" w:type="dxa"/>
            <w:vAlign w:val="center"/>
          </w:tcPr>
          <w:p w14:paraId="4AD06C5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38D9971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03DADF4" w14:textId="77777777" w:rsidTr="005E6784">
        <w:trPr>
          <w:jc w:val="center"/>
        </w:trPr>
        <w:tc>
          <w:tcPr>
            <w:tcW w:w="1412" w:type="dxa"/>
            <w:vAlign w:val="center"/>
          </w:tcPr>
          <w:p w14:paraId="61D5FAC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</w:t>
            </w:r>
          </w:p>
        </w:tc>
        <w:tc>
          <w:tcPr>
            <w:tcW w:w="1706" w:type="dxa"/>
            <w:vAlign w:val="center"/>
          </w:tcPr>
          <w:p w14:paraId="69023CA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12778</w:t>
            </w:r>
          </w:p>
        </w:tc>
        <w:tc>
          <w:tcPr>
            <w:tcW w:w="3362" w:type="dxa"/>
            <w:vAlign w:val="center"/>
          </w:tcPr>
          <w:p w14:paraId="15DD61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นางสาวกัญญาณัฐ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ปานงูเหลือม</w:t>
            </w:r>
          </w:p>
        </w:tc>
        <w:tc>
          <w:tcPr>
            <w:tcW w:w="1633" w:type="dxa"/>
            <w:vAlign w:val="center"/>
          </w:tcPr>
          <w:p w14:paraId="68E12B2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12.00</w:t>
            </w:r>
          </w:p>
        </w:tc>
        <w:tc>
          <w:tcPr>
            <w:tcW w:w="1962" w:type="dxa"/>
            <w:vAlign w:val="center"/>
          </w:tcPr>
          <w:p w14:paraId="2140710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9484D49" w14:textId="77777777" w:rsidTr="005E6784">
        <w:trPr>
          <w:jc w:val="center"/>
        </w:trPr>
        <w:tc>
          <w:tcPr>
            <w:tcW w:w="1412" w:type="dxa"/>
            <w:vAlign w:val="center"/>
          </w:tcPr>
          <w:p w14:paraId="1947464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27</w:t>
            </w:r>
          </w:p>
        </w:tc>
        <w:tc>
          <w:tcPr>
            <w:tcW w:w="1706" w:type="dxa"/>
            <w:vAlign w:val="center"/>
          </w:tcPr>
          <w:p w14:paraId="5E5EF2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12779</w:t>
            </w:r>
          </w:p>
        </w:tc>
        <w:tc>
          <w:tcPr>
            <w:tcW w:w="3362" w:type="dxa"/>
            <w:vAlign w:val="center"/>
          </w:tcPr>
          <w:p w14:paraId="7B8CA5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นางสาวกัลย์สุดา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พุดดี</w:t>
            </w:r>
          </w:p>
        </w:tc>
        <w:tc>
          <w:tcPr>
            <w:tcW w:w="1633" w:type="dxa"/>
            <w:vAlign w:val="center"/>
          </w:tcPr>
          <w:p w14:paraId="5DB23C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19C803D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12DB2CB" w14:textId="77777777" w:rsidTr="005E6784">
        <w:trPr>
          <w:jc w:val="center"/>
        </w:trPr>
        <w:tc>
          <w:tcPr>
            <w:tcW w:w="1412" w:type="dxa"/>
            <w:vAlign w:val="center"/>
          </w:tcPr>
          <w:p w14:paraId="55C9BED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</w:t>
            </w:r>
          </w:p>
        </w:tc>
        <w:tc>
          <w:tcPr>
            <w:tcW w:w="1706" w:type="dxa"/>
            <w:vAlign w:val="center"/>
          </w:tcPr>
          <w:p w14:paraId="37ABF9D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12780</w:t>
            </w:r>
          </w:p>
        </w:tc>
        <w:tc>
          <w:tcPr>
            <w:tcW w:w="3362" w:type="dxa"/>
            <w:vAlign w:val="center"/>
          </w:tcPr>
          <w:p w14:paraId="5B9D0A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นางสาวกาญจน์เกล้า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ขำเอนก</w:t>
            </w:r>
          </w:p>
        </w:tc>
        <w:tc>
          <w:tcPr>
            <w:tcW w:w="1633" w:type="dxa"/>
            <w:vAlign w:val="center"/>
          </w:tcPr>
          <w:p w14:paraId="32AF203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037456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B415E5F" w14:textId="77777777" w:rsidTr="005E6784">
        <w:trPr>
          <w:jc w:val="center"/>
        </w:trPr>
        <w:tc>
          <w:tcPr>
            <w:tcW w:w="1412" w:type="dxa"/>
            <w:vAlign w:val="center"/>
          </w:tcPr>
          <w:p w14:paraId="7130D2F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29</w:t>
            </w:r>
          </w:p>
        </w:tc>
        <w:tc>
          <w:tcPr>
            <w:tcW w:w="1706" w:type="dxa"/>
            <w:vAlign w:val="center"/>
          </w:tcPr>
          <w:p w14:paraId="791A109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12781</w:t>
            </w:r>
          </w:p>
        </w:tc>
        <w:tc>
          <w:tcPr>
            <w:tcW w:w="3362" w:type="dxa"/>
            <w:vAlign w:val="center"/>
          </w:tcPr>
          <w:p w14:paraId="77FA656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นางสาวจรรยมณฑน์  สัพโส</w:t>
            </w:r>
          </w:p>
        </w:tc>
        <w:tc>
          <w:tcPr>
            <w:tcW w:w="1633" w:type="dxa"/>
            <w:vAlign w:val="center"/>
          </w:tcPr>
          <w:p w14:paraId="5C116C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236EC3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016C8ED" w14:textId="77777777" w:rsidTr="005E6784">
        <w:trPr>
          <w:jc w:val="center"/>
        </w:trPr>
        <w:tc>
          <w:tcPr>
            <w:tcW w:w="1412" w:type="dxa"/>
            <w:vAlign w:val="center"/>
          </w:tcPr>
          <w:p w14:paraId="45CE4CF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</w:t>
            </w:r>
          </w:p>
        </w:tc>
        <w:tc>
          <w:tcPr>
            <w:tcW w:w="1706" w:type="dxa"/>
            <w:vAlign w:val="center"/>
          </w:tcPr>
          <w:p w14:paraId="166C3DB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12782</w:t>
            </w:r>
          </w:p>
        </w:tc>
        <w:tc>
          <w:tcPr>
            <w:tcW w:w="3362" w:type="dxa"/>
            <w:vAlign w:val="center"/>
          </w:tcPr>
          <w:p w14:paraId="5189152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นางสาวจิรัชญา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แก้วพิลา</w:t>
            </w:r>
          </w:p>
        </w:tc>
        <w:tc>
          <w:tcPr>
            <w:tcW w:w="1633" w:type="dxa"/>
            <w:vAlign w:val="center"/>
          </w:tcPr>
          <w:p w14:paraId="12FCB04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0302DE4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5CC3E14" w14:textId="77777777" w:rsidTr="005E6784">
        <w:trPr>
          <w:jc w:val="center"/>
        </w:trPr>
        <w:tc>
          <w:tcPr>
            <w:tcW w:w="1412" w:type="dxa"/>
            <w:vAlign w:val="center"/>
          </w:tcPr>
          <w:p w14:paraId="2526F23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31</w:t>
            </w:r>
          </w:p>
        </w:tc>
        <w:tc>
          <w:tcPr>
            <w:tcW w:w="1706" w:type="dxa"/>
            <w:vAlign w:val="center"/>
          </w:tcPr>
          <w:p w14:paraId="6227B2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12783</w:t>
            </w:r>
          </w:p>
        </w:tc>
        <w:tc>
          <w:tcPr>
            <w:tcW w:w="3362" w:type="dxa"/>
            <w:vAlign w:val="center"/>
          </w:tcPr>
          <w:p w14:paraId="2806155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นางสาวนัฐลดา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จันทร์พวก</w:t>
            </w:r>
          </w:p>
        </w:tc>
        <w:tc>
          <w:tcPr>
            <w:tcW w:w="1633" w:type="dxa"/>
            <w:vAlign w:val="center"/>
          </w:tcPr>
          <w:p w14:paraId="0C6E70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03DAA3D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5A4C900" w14:textId="77777777" w:rsidTr="005E6784">
        <w:trPr>
          <w:jc w:val="center"/>
        </w:trPr>
        <w:tc>
          <w:tcPr>
            <w:tcW w:w="1412" w:type="dxa"/>
            <w:vAlign w:val="center"/>
          </w:tcPr>
          <w:p w14:paraId="3776705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</w:t>
            </w:r>
          </w:p>
        </w:tc>
        <w:tc>
          <w:tcPr>
            <w:tcW w:w="1706" w:type="dxa"/>
            <w:vAlign w:val="center"/>
          </w:tcPr>
          <w:p w14:paraId="55C082C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12784</w:t>
            </w:r>
          </w:p>
        </w:tc>
        <w:tc>
          <w:tcPr>
            <w:tcW w:w="3362" w:type="dxa"/>
            <w:vAlign w:val="center"/>
          </w:tcPr>
          <w:p w14:paraId="55672A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นางสาวปรัถมา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คงตะเคียน</w:t>
            </w:r>
          </w:p>
        </w:tc>
        <w:tc>
          <w:tcPr>
            <w:tcW w:w="1633" w:type="dxa"/>
            <w:vAlign w:val="center"/>
          </w:tcPr>
          <w:p w14:paraId="71E1A7A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78E99FC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E4D8E73" w14:textId="77777777" w:rsidTr="005E6784">
        <w:trPr>
          <w:jc w:val="center"/>
        </w:trPr>
        <w:tc>
          <w:tcPr>
            <w:tcW w:w="1412" w:type="dxa"/>
            <w:vAlign w:val="center"/>
          </w:tcPr>
          <w:p w14:paraId="0DBFE8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16391FB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12785</w:t>
            </w:r>
          </w:p>
        </w:tc>
        <w:tc>
          <w:tcPr>
            <w:tcW w:w="3362" w:type="dxa"/>
            <w:vAlign w:val="center"/>
          </w:tcPr>
          <w:p w14:paraId="2883892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นางสาวพรพรรณ ปิ่นศิริ</w:t>
            </w:r>
          </w:p>
        </w:tc>
        <w:tc>
          <w:tcPr>
            <w:tcW w:w="1633" w:type="dxa"/>
            <w:vAlign w:val="center"/>
          </w:tcPr>
          <w:p w14:paraId="593066F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30EA0EF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2A2F0C4" w14:textId="77777777" w:rsidTr="005E6784">
        <w:trPr>
          <w:jc w:val="center"/>
        </w:trPr>
        <w:tc>
          <w:tcPr>
            <w:tcW w:w="1412" w:type="dxa"/>
            <w:vAlign w:val="center"/>
          </w:tcPr>
          <w:p w14:paraId="205E8E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</w:t>
            </w:r>
          </w:p>
        </w:tc>
        <w:tc>
          <w:tcPr>
            <w:tcW w:w="1706" w:type="dxa"/>
            <w:vAlign w:val="center"/>
          </w:tcPr>
          <w:p w14:paraId="668990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12786</w:t>
            </w:r>
          </w:p>
        </w:tc>
        <w:tc>
          <w:tcPr>
            <w:tcW w:w="3362" w:type="dxa"/>
            <w:vAlign w:val="center"/>
          </w:tcPr>
          <w:p w14:paraId="4679A0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นางสาวพิยดา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เสประโคน</w:t>
            </w:r>
          </w:p>
        </w:tc>
        <w:tc>
          <w:tcPr>
            <w:tcW w:w="1633" w:type="dxa"/>
            <w:vAlign w:val="center"/>
          </w:tcPr>
          <w:p w14:paraId="4311D69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1E62E2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5C38359" w14:textId="77777777" w:rsidTr="005E6784">
        <w:trPr>
          <w:jc w:val="center"/>
        </w:trPr>
        <w:tc>
          <w:tcPr>
            <w:tcW w:w="1412" w:type="dxa"/>
            <w:vAlign w:val="center"/>
          </w:tcPr>
          <w:p w14:paraId="4FFB6E7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</w:t>
            </w:r>
          </w:p>
        </w:tc>
        <w:tc>
          <w:tcPr>
            <w:tcW w:w="1706" w:type="dxa"/>
            <w:vAlign w:val="center"/>
          </w:tcPr>
          <w:p w14:paraId="7BC8935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12787</w:t>
            </w:r>
          </w:p>
        </w:tc>
        <w:tc>
          <w:tcPr>
            <w:tcW w:w="3362" w:type="dxa"/>
            <w:vAlign w:val="center"/>
          </w:tcPr>
          <w:p w14:paraId="58C9EDA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นางสาววิราวรรณ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ปัตะยะโส</w:t>
            </w:r>
          </w:p>
        </w:tc>
        <w:tc>
          <w:tcPr>
            <w:tcW w:w="1633" w:type="dxa"/>
            <w:vAlign w:val="center"/>
          </w:tcPr>
          <w:p w14:paraId="55AE6F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1FF7F01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35FE795" w14:textId="77777777" w:rsidTr="005E6784">
        <w:trPr>
          <w:jc w:val="center"/>
        </w:trPr>
        <w:tc>
          <w:tcPr>
            <w:tcW w:w="1412" w:type="dxa"/>
            <w:vAlign w:val="center"/>
          </w:tcPr>
          <w:p w14:paraId="389295A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lastRenderedPageBreak/>
              <w:t>ที่</w:t>
            </w:r>
          </w:p>
        </w:tc>
        <w:tc>
          <w:tcPr>
            <w:tcW w:w="1706" w:type="dxa"/>
            <w:vAlign w:val="center"/>
          </w:tcPr>
          <w:p w14:paraId="6A83AA2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  <w:tc>
          <w:tcPr>
            <w:tcW w:w="3362" w:type="dxa"/>
            <w:vAlign w:val="center"/>
          </w:tcPr>
          <w:p w14:paraId="582300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  <w:tc>
          <w:tcPr>
            <w:tcW w:w="1633" w:type="dxa"/>
            <w:vAlign w:val="center"/>
          </w:tcPr>
          <w:p w14:paraId="51DE69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1962" w:type="dxa"/>
            <w:vAlign w:val="center"/>
          </w:tcPr>
          <w:p w14:paraId="5C7F86B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0F23F0" w:rsidRPr="000F23F0" w14:paraId="2186E9FF" w14:textId="77777777" w:rsidTr="005E6784">
        <w:trPr>
          <w:jc w:val="center"/>
        </w:trPr>
        <w:tc>
          <w:tcPr>
            <w:tcW w:w="1412" w:type="dxa"/>
            <w:vAlign w:val="center"/>
          </w:tcPr>
          <w:p w14:paraId="3144157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1706" w:type="dxa"/>
            <w:vAlign w:val="center"/>
          </w:tcPr>
          <w:p w14:paraId="1BF799D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10958</w:t>
            </w:r>
          </w:p>
        </w:tc>
        <w:tc>
          <w:tcPr>
            <w:tcW w:w="3362" w:type="dxa"/>
            <w:vAlign w:val="center"/>
          </w:tcPr>
          <w:p w14:paraId="04D5CEB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ไกรกูล</w:t>
            </w:r>
          </w:p>
        </w:tc>
        <w:tc>
          <w:tcPr>
            <w:tcW w:w="1633" w:type="dxa"/>
            <w:vAlign w:val="center"/>
          </w:tcPr>
          <w:p w14:paraId="1968BEE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6270EED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A5FA949" w14:textId="77777777" w:rsidTr="005E6784">
        <w:trPr>
          <w:jc w:val="center"/>
        </w:trPr>
        <w:tc>
          <w:tcPr>
            <w:tcW w:w="1412" w:type="dxa"/>
            <w:vAlign w:val="center"/>
          </w:tcPr>
          <w:p w14:paraId="4FCBB13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1706" w:type="dxa"/>
            <w:vAlign w:val="center"/>
          </w:tcPr>
          <w:p w14:paraId="545A025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11287</w:t>
            </w:r>
          </w:p>
        </w:tc>
        <w:tc>
          <w:tcPr>
            <w:tcW w:w="3362" w:type="dxa"/>
            <w:vAlign w:val="center"/>
          </w:tcPr>
          <w:p w14:paraId="1C1987E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นายรณกร ปานวรณ์</w:t>
            </w:r>
          </w:p>
        </w:tc>
        <w:tc>
          <w:tcPr>
            <w:tcW w:w="1633" w:type="dxa"/>
            <w:vAlign w:val="center"/>
          </w:tcPr>
          <w:p w14:paraId="1A7F3B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  <w:tc>
          <w:tcPr>
            <w:tcW w:w="1962" w:type="dxa"/>
            <w:vAlign w:val="center"/>
          </w:tcPr>
          <w:p w14:paraId="1E17994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88E00C6" w14:textId="77777777" w:rsidTr="005E6784">
        <w:trPr>
          <w:jc w:val="center"/>
        </w:trPr>
        <w:tc>
          <w:tcPr>
            <w:tcW w:w="1412" w:type="dxa"/>
            <w:vAlign w:val="center"/>
          </w:tcPr>
          <w:p w14:paraId="12EE18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1706" w:type="dxa"/>
            <w:vAlign w:val="center"/>
          </w:tcPr>
          <w:p w14:paraId="532935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11306</w:t>
            </w:r>
          </w:p>
        </w:tc>
        <w:tc>
          <w:tcPr>
            <w:tcW w:w="3362" w:type="dxa"/>
            <w:vAlign w:val="center"/>
          </w:tcPr>
          <w:p w14:paraId="6F01AB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นายณันฐศักดิ์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โสกูล</w:t>
            </w:r>
          </w:p>
        </w:tc>
        <w:tc>
          <w:tcPr>
            <w:tcW w:w="1633" w:type="dxa"/>
            <w:vAlign w:val="center"/>
          </w:tcPr>
          <w:p w14:paraId="2E23DA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3074B6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9C8282C" w14:textId="77777777" w:rsidTr="005E6784">
        <w:trPr>
          <w:jc w:val="center"/>
        </w:trPr>
        <w:tc>
          <w:tcPr>
            <w:tcW w:w="1412" w:type="dxa"/>
            <w:vAlign w:val="center"/>
          </w:tcPr>
          <w:p w14:paraId="4AC062B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1706" w:type="dxa"/>
            <w:vAlign w:val="center"/>
          </w:tcPr>
          <w:p w14:paraId="519764C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11310</w:t>
            </w:r>
          </w:p>
        </w:tc>
        <w:tc>
          <w:tcPr>
            <w:tcW w:w="3362" w:type="dxa"/>
            <w:vAlign w:val="center"/>
          </w:tcPr>
          <w:p w14:paraId="380170B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นายนิติวัชร์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เรืองอุดมเกียรติ</w:t>
            </w:r>
          </w:p>
        </w:tc>
        <w:tc>
          <w:tcPr>
            <w:tcW w:w="1633" w:type="dxa"/>
            <w:vAlign w:val="center"/>
          </w:tcPr>
          <w:p w14:paraId="2A4E218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  <w:tc>
          <w:tcPr>
            <w:tcW w:w="1962" w:type="dxa"/>
            <w:vAlign w:val="center"/>
          </w:tcPr>
          <w:p w14:paraId="126A0ED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ACBCF57" w14:textId="77777777" w:rsidTr="005E6784">
        <w:trPr>
          <w:jc w:val="center"/>
        </w:trPr>
        <w:tc>
          <w:tcPr>
            <w:tcW w:w="1412" w:type="dxa"/>
            <w:vAlign w:val="center"/>
          </w:tcPr>
          <w:p w14:paraId="5EB9E03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</w:t>
            </w:r>
          </w:p>
        </w:tc>
        <w:tc>
          <w:tcPr>
            <w:tcW w:w="1706" w:type="dxa"/>
            <w:vAlign w:val="center"/>
          </w:tcPr>
          <w:p w14:paraId="1BDAD18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11352</w:t>
            </w:r>
          </w:p>
        </w:tc>
        <w:tc>
          <w:tcPr>
            <w:tcW w:w="3362" w:type="dxa"/>
            <w:vAlign w:val="center"/>
          </w:tcPr>
          <w:p w14:paraId="34A603F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นายวรรธนัย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ธัญญเจริญ</w:t>
            </w:r>
          </w:p>
        </w:tc>
        <w:tc>
          <w:tcPr>
            <w:tcW w:w="1633" w:type="dxa"/>
            <w:vAlign w:val="center"/>
          </w:tcPr>
          <w:p w14:paraId="5FF1CF6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5AAD70C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345AF3C" w14:textId="77777777" w:rsidTr="005E6784">
        <w:trPr>
          <w:jc w:val="center"/>
        </w:trPr>
        <w:tc>
          <w:tcPr>
            <w:tcW w:w="1412" w:type="dxa"/>
            <w:vAlign w:val="center"/>
          </w:tcPr>
          <w:p w14:paraId="07DE29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</w:t>
            </w:r>
          </w:p>
        </w:tc>
        <w:tc>
          <w:tcPr>
            <w:tcW w:w="1706" w:type="dxa"/>
            <w:vAlign w:val="center"/>
          </w:tcPr>
          <w:p w14:paraId="70D8C50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11378</w:t>
            </w:r>
          </w:p>
        </w:tc>
        <w:tc>
          <w:tcPr>
            <w:tcW w:w="3362" w:type="dxa"/>
            <w:vAlign w:val="center"/>
          </w:tcPr>
          <w:p w14:paraId="470AEB4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นายกิตติพงษ์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เธียรวรรณ</w:t>
            </w:r>
          </w:p>
        </w:tc>
        <w:tc>
          <w:tcPr>
            <w:tcW w:w="1633" w:type="dxa"/>
            <w:vAlign w:val="center"/>
          </w:tcPr>
          <w:p w14:paraId="08F06E3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0AC0032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7A1428F" w14:textId="77777777" w:rsidTr="005E6784">
        <w:trPr>
          <w:jc w:val="center"/>
        </w:trPr>
        <w:tc>
          <w:tcPr>
            <w:tcW w:w="1412" w:type="dxa"/>
            <w:vAlign w:val="center"/>
          </w:tcPr>
          <w:p w14:paraId="23604FE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</w:t>
            </w:r>
          </w:p>
        </w:tc>
        <w:tc>
          <w:tcPr>
            <w:tcW w:w="1706" w:type="dxa"/>
            <w:vAlign w:val="center"/>
          </w:tcPr>
          <w:p w14:paraId="40E58F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11383</w:t>
            </w:r>
          </w:p>
        </w:tc>
        <w:tc>
          <w:tcPr>
            <w:tcW w:w="3362" w:type="dxa"/>
            <w:vAlign w:val="center"/>
          </w:tcPr>
          <w:p w14:paraId="41AE09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จามชาติ</w:t>
            </w:r>
          </w:p>
        </w:tc>
        <w:tc>
          <w:tcPr>
            <w:tcW w:w="1633" w:type="dxa"/>
            <w:vAlign w:val="center"/>
          </w:tcPr>
          <w:p w14:paraId="4CBE48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18.00</w:t>
            </w:r>
          </w:p>
        </w:tc>
        <w:tc>
          <w:tcPr>
            <w:tcW w:w="1962" w:type="dxa"/>
            <w:vAlign w:val="center"/>
          </w:tcPr>
          <w:p w14:paraId="3AF7987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49AB598" w14:textId="77777777" w:rsidTr="005E6784">
        <w:trPr>
          <w:jc w:val="center"/>
        </w:trPr>
        <w:tc>
          <w:tcPr>
            <w:tcW w:w="1412" w:type="dxa"/>
            <w:vAlign w:val="center"/>
          </w:tcPr>
          <w:p w14:paraId="1083314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</w:t>
            </w:r>
          </w:p>
        </w:tc>
        <w:tc>
          <w:tcPr>
            <w:tcW w:w="1706" w:type="dxa"/>
            <w:vAlign w:val="center"/>
          </w:tcPr>
          <w:p w14:paraId="1407508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11433</w:t>
            </w:r>
          </w:p>
        </w:tc>
        <w:tc>
          <w:tcPr>
            <w:tcW w:w="3362" w:type="dxa"/>
            <w:vAlign w:val="center"/>
          </w:tcPr>
          <w:p w14:paraId="77A8568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นายศุภณัฐ* ชุมใหม่</w:t>
            </w:r>
          </w:p>
        </w:tc>
        <w:tc>
          <w:tcPr>
            <w:tcW w:w="1633" w:type="dxa"/>
            <w:vAlign w:val="center"/>
          </w:tcPr>
          <w:p w14:paraId="100C67F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46FC356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68D1B82" w14:textId="77777777" w:rsidTr="005E6784">
        <w:trPr>
          <w:jc w:val="center"/>
        </w:trPr>
        <w:tc>
          <w:tcPr>
            <w:tcW w:w="1412" w:type="dxa"/>
            <w:vAlign w:val="center"/>
          </w:tcPr>
          <w:p w14:paraId="4E3572F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  <w:tc>
          <w:tcPr>
            <w:tcW w:w="1706" w:type="dxa"/>
            <w:vAlign w:val="center"/>
          </w:tcPr>
          <w:p w14:paraId="73894DE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12788</w:t>
            </w:r>
          </w:p>
        </w:tc>
        <w:tc>
          <w:tcPr>
            <w:tcW w:w="3362" w:type="dxa"/>
            <w:vAlign w:val="center"/>
          </w:tcPr>
          <w:p w14:paraId="757E18F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นายชนาธิป เสาโร</w:t>
            </w:r>
          </w:p>
        </w:tc>
        <w:tc>
          <w:tcPr>
            <w:tcW w:w="1633" w:type="dxa"/>
            <w:vAlign w:val="center"/>
          </w:tcPr>
          <w:p w14:paraId="018FAB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7FBE674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097B26C" w14:textId="77777777" w:rsidTr="005E6784">
        <w:trPr>
          <w:jc w:val="center"/>
        </w:trPr>
        <w:tc>
          <w:tcPr>
            <w:tcW w:w="1412" w:type="dxa"/>
            <w:vAlign w:val="center"/>
          </w:tcPr>
          <w:p w14:paraId="2E6534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</w:t>
            </w:r>
          </w:p>
        </w:tc>
        <w:tc>
          <w:tcPr>
            <w:tcW w:w="1706" w:type="dxa"/>
            <w:vAlign w:val="center"/>
          </w:tcPr>
          <w:p w14:paraId="7B9255E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12789</w:t>
            </w:r>
          </w:p>
        </w:tc>
        <w:tc>
          <w:tcPr>
            <w:tcW w:w="3362" w:type="dxa"/>
            <w:vAlign w:val="center"/>
          </w:tcPr>
          <w:p w14:paraId="37F6C39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นายธีรภัทร์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ภิมุขพัฒน์</w:t>
            </w:r>
          </w:p>
        </w:tc>
        <w:tc>
          <w:tcPr>
            <w:tcW w:w="1633" w:type="dxa"/>
            <w:vAlign w:val="center"/>
          </w:tcPr>
          <w:p w14:paraId="10BAE3C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6CC22F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C3AAD57" w14:textId="77777777" w:rsidTr="005E6784">
        <w:trPr>
          <w:jc w:val="center"/>
        </w:trPr>
        <w:tc>
          <w:tcPr>
            <w:tcW w:w="1412" w:type="dxa"/>
            <w:vAlign w:val="center"/>
          </w:tcPr>
          <w:p w14:paraId="06A4CF8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</w:t>
            </w:r>
          </w:p>
        </w:tc>
        <w:tc>
          <w:tcPr>
            <w:tcW w:w="1706" w:type="dxa"/>
            <w:vAlign w:val="center"/>
          </w:tcPr>
          <w:p w14:paraId="7BBB00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12790</w:t>
            </w:r>
          </w:p>
        </w:tc>
        <w:tc>
          <w:tcPr>
            <w:tcW w:w="3362" w:type="dxa"/>
            <w:vAlign w:val="center"/>
          </w:tcPr>
          <w:p w14:paraId="500F3C1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นายพัณณกรณ์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พิศาลวนิชกุล</w:t>
            </w:r>
          </w:p>
        </w:tc>
        <w:tc>
          <w:tcPr>
            <w:tcW w:w="1633" w:type="dxa"/>
            <w:vAlign w:val="center"/>
          </w:tcPr>
          <w:p w14:paraId="73820A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5EC8E65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F924792" w14:textId="77777777" w:rsidTr="005E6784">
        <w:trPr>
          <w:jc w:val="center"/>
        </w:trPr>
        <w:tc>
          <w:tcPr>
            <w:tcW w:w="1412" w:type="dxa"/>
            <w:vAlign w:val="center"/>
          </w:tcPr>
          <w:p w14:paraId="5218D2D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</w:t>
            </w:r>
          </w:p>
        </w:tc>
        <w:tc>
          <w:tcPr>
            <w:tcW w:w="1706" w:type="dxa"/>
            <w:vAlign w:val="center"/>
          </w:tcPr>
          <w:p w14:paraId="1D5DAC6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12791</w:t>
            </w:r>
          </w:p>
        </w:tc>
        <w:tc>
          <w:tcPr>
            <w:tcW w:w="3362" w:type="dxa"/>
            <w:vAlign w:val="center"/>
          </w:tcPr>
          <w:p w14:paraId="2DAC59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นายพันธรักษ์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รังพงษ์</w:t>
            </w:r>
          </w:p>
        </w:tc>
        <w:tc>
          <w:tcPr>
            <w:tcW w:w="1633" w:type="dxa"/>
            <w:vAlign w:val="center"/>
          </w:tcPr>
          <w:p w14:paraId="47F9A67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4F73911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1501FB2" w14:textId="77777777" w:rsidTr="005E6784">
        <w:trPr>
          <w:jc w:val="center"/>
        </w:trPr>
        <w:tc>
          <w:tcPr>
            <w:tcW w:w="1412" w:type="dxa"/>
            <w:vAlign w:val="center"/>
          </w:tcPr>
          <w:p w14:paraId="49D07D9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13</w:t>
            </w:r>
          </w:p>
        </w:tc>
        <w:tc>
          <w:tcPr>
            <w:tcW w:w="1706" w:type="dxa"/>
            <w:vAlign w:val="center"/>
          </w:tcPr>
          <w:p w14:paraId="5E6DC8C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12792</w:t>
            </w:r>
          </w:p>
        </w:tc>
        <w:tc>
          <w:tcPr>
            <w:tcW w:w="3362" w:type="dxa"/>
            <w:vAlign w:val="center"/>
          </w:tcPr>
          <w:p w14:paraId="34BBDD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นายภัทรดนัย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ทวยโพธิ์</w:t>
            </w:r>
          </w:p>
        </w:tc>
        <w:tc>
          <w:tcPr>
            <w:tcW w:w="1633" w:type="dxa"/>
            <w:vAlign w:val="center"/>
          </w:tcPr>
          <w:p w14:paraId="2633DA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  <w:tc>
          <w:tcPr>
            <w:tcW w:w="1962" w:type="dxa"/>
            <w:vAlign w:val="center"/>
          </w:tcPr>
          <w:p w14:paraId="2E51C06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48FCDA8" w14:textId="77777777" w:rsidTr="005E6784">
        <w:trPr>
          <w:jc w:val="center"/>
        </w:trPr>
        <w:tc>
          <w:tcPr>
            <w:tcW w:w="1412" w:type="dxa"/>
            <w:vAlign w:val="center"/>
          </w:tcPr>
          <w:p w14:paraId="49DC9A1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</w:t>
            </w:r>
          </w:p>
        </w:tc>
        <w:tc>
          <w:tcPr>
            <w:tcW w:w="1706" w:type="dxa"/>
            <w:vAlign w:val="center"/>
          </w:tcPr>
          <w:p w14:paraId="2F0F9D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12793</w:t>
            </w:r>
          </w:p>
        </w:tc>
        <w:tc>
          <w:tcPr>
            <w:tcW w:w="3362" w:type="dxa"/>
            <w:vAlign w:val="center"/>
          </w:tcPr>
          <w:p w14:paraId="05162B6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นายภาคีไนย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ชำนาญไถ</w:t>
            </w:r>
          </w:p>
        </w:tc>
        <w:tc>
          <w:tcPr>
            <w:tcW w:w="1633" w:type="dxa"/>
            <w:vAlign w:val="center"/>
          </w:tcPr>
          <w:p w14:paraId="3E8AA2C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67932F7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7E2745E" w14:textId="77777777" w:rsidTr="005E6784">
        <w:trPr>
          <w:jc w:val="center"/>
        </w:trPr>
        <w:tc>
          <w:tcPr>
            <w:tcW w:w="1412" w:type="dxa"/>
            <w:vAlign w:val="center"/>
          </w:tcPr>
          <w:p w14:paraId="6BD164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15</w:t>
            </w:r>
          </w:p>
        </w:tc>
        <w:tc>
          <w:tcPr>
            <w:tcW w:w="1706" w:type="dxa"/>
            <w:vAlign w:val="center"/>
          </w:tcPr>
          <w:p w14:paraId="5AF8EF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11332</w:t>
            </w:r>
          </w:p>
        </w:tc>
        <w:tc>
          <w:tcPr>
            <w:tcW w:w="3362" w:type="dxa"/>
            <w:vAlign w:val="center"/>
          </w:tcPr>
          <w:p w14:paraId="1B0F209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นางสาววิชญาพร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งับประโคน</w:t>
            </w:r>
          </w:p>
        </w:tc>
        <w:tc>
          <w:tcPr>
            <w:tcW w:w="1633" w:type="dxa"/>
            <w:vAlign w:val="center"/>
          </w:tcPr>
          <w:p w14:paraId="2E6297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  <w:tc>
          <w:tcPr>
            <w:tcW w:w="1962" w:type="dxa"/>
            <w:vAlign w:val="center"/>
          </w:tcPr>
          <w:p w14:paraId="175EB8C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958893E" w14:textId="77777777" w:rsidTr="005E6784">
        <w:trPr>
          <w:jc w:val="center"/>
        </w:trPr>
        <w:tc>
          <w:tcPr>
            <w:tcW w:w="1412" w:type="dxa"/>
            <w:vAlign w:val="center"/>
          </w:tcPr>
          <w:p w14:paraId="3597131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</w:t>
            </w:r>
          </w:p>
        </w:tc>
        <w:tc>
          <w:tcPr>
            <w:tcW w:w="1706" w:type="dxa"/>
            <w:vAlign w:val="center"/>
          </w:tcPr>
          <w:p w14:paraId="7FC4242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11333</w:t>
            </w:r>
          </w:p>
        </w:tc>
        <w:tc>
          <w:tcPr>
            <w:tcW w:w="3362" w:type="dxa"/>
            <w:vAlign w:val="center"/>
          </w:tcPr>
          <w:p w14:paraId="22AB10D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นางสาวศศิกา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นามกุล</w:t>
            </w:r>
          </w:p>
        </w:tc>
        <w:tc>
          <w:tcPr>
            <w:tcW w:w="1633" w:type="dxa"/>
            <w:vAlign w:val="center"/>
          </w:tcPr>
          <w:p w14:paraId="17B1853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104F32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7570C3E8" w14:textId="77777777" w:rsidTr="005E6784">
        <w:trPr>
          <w:jc w:val="center"/>
        </w:trPr>
        <w:tc>
          <w:tcPr>
            <w:tcW w:w="1412" w:type="dxa"/>
            <w:vAlign w:val="center"/>
          </w:tcPr>
          <w:p w14:paraId="6495DA4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</w:t>
            </w:r>
          </w:p>
        </w:tc>
        <w:tc>
          <w:tcPr>
            <w:tcW w:w="1706" w:type="dxa"/>
            <w:vAlign w:val="center"/>
          </w:tcPr>
          <w:p w14:paraId="63E4A07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11334</w:t>
            </w:r>
          </w:p>
        </w:tc>
        <w:tc>
          <w:tcPr>
            <w:tcW w:w="3362" w:type="dxa"/>
            <w:vAlign w:val="center"/>
          </w:tcPr>
          <w:p w14:paraId="54EC4BD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นางสาวสุวีณา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สงครามรอด</w:t>
            </w:r>
          </w:p>
        </w:tc>
        <w:tc>
          <w:tcPr>
            <w:tcW w:w="1633" w:type="dxa"/>
            <w:vAlign w:val="center"/>
          </w:tcPr>
          <w:p w14:paraId="082779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  <w:tc>
          <w:tcPr>
            <w:tcW w:w="1962" w:type="dxa"/>
            <w:vAlign w:val="center"/>
          </w:tcPr>
          <w:p w14:paraId="6D73257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66FE5ED" w14:textId="77777777" w:rsidTr="005E6784">
        <w:trPr>
          <w:jc w:val="center"/>
        </w:trPr>
        <w:tc>
          <w:tcPr>
            <w:tcW w:w="1412" w:type="dxa"/>
            <w:vAlign w:val="center"/>
          </w:tcPr>
          <w:p w14:paraId="021883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</w:t>
            </w:r>
          </w:p>
        </w:tc>
        <w:tc>
          <w:tcPr>
            <w:tcW w:w="1706" w:type="dxa"/>
            <w:vAlign w:val="center"/>
          </w:tcPr>
          <w:p w14:paraId="01741F7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11337</w:t>
            </w:r>
          </w:p>
        </w:tc>
        <w:tc>
          <w:tcPr>
            <w:tcW w:w="3362" w:type="dxa"/>
            <w:vAlign w:val="center"/>
          </w:tcPr>
          <w:p w14:paraId="5EE6DC5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นางสาวอมรรัตน์ ตรีเมฆ</w:t>
            </w:r>
          </w:p>
        </w:tc>
        <w:tc>
          <w:tcPr>
            <w:tcW w:w="1633" w:type="dxa"/>
            <w:vAlign w:val="center"/>
          </w:tcPr>
          <w:p w14:paraId="599EC49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  <w:tc>
          <w:tcPr>
            <w:tcW w:w="1962" w:type="dxa"/>
            <w:vAlign w:val="center"/>
          </w:tcPr>
          <w:p w14:paraId="3AE9CD2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4A531D3C" w14:textId="77777777" w:rsidTr="005E6784">
        <w:trPr>
          <w:jc w:val="center"/>
        </w:trPr>
        <w:tc>
          <w:tcPr>
            <w:tcW w:w="1412" w:type="dxa"/>
            <w:vAlign w:val="center"/>
          </w:tcPr>
          <w:p w14:paraId="7DD474A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19</w:t>
            </w:r>
          </w:p>
        </w:tc>
        <w:tc>
          <w:tcPr>
            <w:tcW w:w="1706" w:type="dxa"/>
            <w:vAlign w:val="center"/>
          </w:tcPr>
          <w:p w14:paraId="5A8B6C4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11359</w:t>
            </w:r>
          </w:p>
        </w:tc>
        <w:tc>
          <w:tcPr>
            <w:tcW w:w="3362" w:type="dxa"/>
            <w:vAlign w:val="center"/>
          </w:tcPr>
          <w:p w14:paraId="31C4C7C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นางสาวชาลิสา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ไกรกูล</w:t>
            </w:r>
          </w:p>
        </w:tc>
        <w:tc>
          <w:tcPr>
            <w:tcW w:w="1633" w:type="dxa"/>
            <w:vAlign w:val="center"/>
          </w:tcPr>
          <w:p w14:paraId="65306EF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0E1EB00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66A7A90" w14:textId="77777777" w:rsidTr="005E6784">
        <w:trPr>
          <w:jc w:val="center"/>
        </w:trPr>
        <w:tc>
          <w:tcPr>
            <w:tcW w:w="1412" w:type="dxa"/>
            <w:vAlign w:val="center"/>
          </w:tcPr>
          <w:p w14:paraId="71955ED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</w:t>
            </w:r>
          </w:p>
        </w:tc>
        <w:tc>
          <w:tcPr>
            <w:tcW w:w="1706" w:type="dxa"/>
            <w:vAlign w:val="center"/>
          </w:tcPr>
          <w:p w14:paraId="0A6421F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11408</w:t>
            </w:r>
          </w:p>
        </w:tc>
        <w:tc>
          <w:tcPr>
            <w:tcW w:w="3362" w:type="dxa"/>
            <w:vAlign w:val="center"/>
          </w:tcPr>
          <w:p w14:paraId="3E78D6A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นางสาวสกุนทิพย์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ทิพย์อักษร</w:t>
            </w:r>
          </w:p>
        </w:tc>
        <w:tc>
          <w:tcPr>
            <w:tcW w:w="1633" w:type="dxa"/>
            <w:vAlign w:val="center"/>
          </w:tcPr>
          <w:p w14:paraId="3CCEB1A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60826BB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07BAD52" w14:textId="77777777" w:rsidTr="005E6784">
        <w:trPr>
          <w:jc w:val="center"/>
        </w:trPr>
        <w:tc>
          <w:tcPr>
            <w:tcW w:w="1412" w:type="dxa"/>
            <w:vAlign w:val="center"/>
          </w:tcPr>
          <w:p w14:paraId="3DEC933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21</w:t>
            </w:r>
          </w:p>
        </w:tc>
        <w:tc>
          <w:tcPr>
            <w:tcW w:w="1706" w:type="dxa"/>
            <w:vAlign w:val="center"/>
          </w:tcPr>
          <w:p w14:paraId="37D7B77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11438</w:t>
            </w:r>
          </w:p>
        </w:tc>
        <w:tc>
          <w:tcPr>
            <w:tcW w:w="3362" w:type="dxa"/>
            <w:vAlign w:val="center"/>
          </w:tcPr>
          <w:p w14:paraId="69A5081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นางสาวจอมสุรางค์ สงวนตั้ง</w:t>
            </w:r>
          </w:p>
        </w:tc>
        <w:tc>
          <w:tcPr>
            <w:tcW w:w="1633" w:type="dxa"/>
            <w:vAlign w:val="center"/>
          </w:tcPr>
          <w:p w14:paraId="7B347AB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27541A2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1D937C8" w14:textId="77777777" w:rsidTr="005E6784">
        <w:trPr>
          <w:jc w:val="center"/>
        </w:trPr>
        <w:tc>
          <w:tcPr>
            <w:tcW w:w="1412" w:type="dxa"/>
            <w:vAlign w:val="center"/>
          </w:tcPr>
          <w:p w14:paraId="03B4FF4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</w:t>
            </w:r>
          </w:p>
        </w:tc>
        <w:tc>
          <w:tcPr>
            <w:tcW w:w="1706" w:type="dxa"/>
            <w:vAlign w:val="center"/>
          </w:tcPr>
          <w:p w14:paraId="51B119A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11442</w:t>
            </w:r>
          </w:p>
        </w:tc>
        <w:tc>
          <w:tcPr>
            <w:tcW w:w="3362" w:type="dxa"/>
            <w:vAlign w:val="center"/>
          </w:tcPr>
          <w:p w14:paraId="12313E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นางสาวนันทนัช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กลอยไทย</w:t>
            </w:r>
          </w:p>
        </w:tc>
        <w:tc>
          <w:tcPr>
            <w:tcW w:w="1633" w:type="dxa"/>
            <w:vAlign w:val="center"/>
          </w:tcPr>
          <w:p w14:paraId="0635E9D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5D58C7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B2267EE" w14:textId="77777777" w:rsidTr="005E6784">
        <w:trPr>
          <w:jc w:val="center"/>
        </w:trPr>
        <w:tc>
          <w:tcPr>
            <w:tcW w:w="1412" w:type="dxa"/>
            <w:vAlign w:val="center"/>
          </w:tcPr>
          <w:p w14:paraId="753DC95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23</w:t>
            </w:r>
          </w:p>
        </w:tc>
        <w:tc>
          <w:tcPr>
            <w:tcW w:w="1706" w:type="dxa"/>
            <w:vAlign w:val="center"/>
          </w:tcPr>
          <w:p w14:paraId="5E6339E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12794</w:t>
            </w:r>
          </w:p>
        </w:tc>
        <w:tc>
          <w:tcPr>
            <w:tcW w:w="3362" w:type="dxa"/>
            <w:vAlign w:val="center"/>
          </w:tcPr>
          <w:p w14:paraId="1FB1E8A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นางสาวกนกวรรณ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เสริฐกระโทก</w:t>
            </w:r>
          </w:p>
        </w:tc>
        <w:tc>
          <w:tcPr>
            <w:tcW w:w="1633" w:type="dxa"/>
            <w:vAlign w:val="center"/>
          </w:tcPr>
          <w:p w14:paraId="07381BC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0E8F50F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76197CE" w14:textId="77777777" w:rsidTr="005E6784">
        <w:trPr>
          <w:jc w:val="center"/>
        </w:trPr>
        <w:tc>
          <w:tcPr>
            <w:tcW w:w="1412" w:type="dxa"/>
            <w:vAlign w:val="center"/>
          </w:tcPr>
          <w:p w14:paraId="61F9D88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48F455F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12804</w:t>
            </w:r>
          </w:p>
        </w:tc>
        <w:tc>
          <w:tcPr>
            <w:tcW w:w="3362" w:type="dxa"/>
            <w:vAlign w:val="center"/>
          </w:tcPr>
          <w:p w14:paraId="60928A9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นางสาวปาณิสรา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ตู่กระโทก</w:t>
            </w:r>
          </w:p>
        </w:tc>
        <w:tc>
          <w:tcPr>
            <w:tcW w:w="1633" w:type="dxa"/>
            <w:vAlign w:val="center"/>
          </w:tcPr>
          <w:p w14:paraId="70DAD2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15C8E76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BEA802F" w14:textId="77777777" w:rsidTr="005E6784">
        <w:trPr>
          <w:jc w:val="center"/>
        </w:trPr>
        <w:tc>
          <w:tcPr>
            <w:tcW w:w="1412" w:type="dxa"/>
            <w:vAlign w:val="center"/>
          </w:tcPr>
          <w:p w14:paraId="5609A7A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</w:t>
            </w:r>
          </w:p>
        </w:tc>
        <w:tc>
          <w:tcPr>
            <w:tcW w:w="1706" w:type="dxa"/>
            <w:vAlign w:val="center"/>
          </w:tcPr>
          <w:p w14:paraId="4B72A2F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12805</w:t>
            </w:r>
          </w:p>
        </w:tc>
        <w:tc>
          <w:tcPr>
            <w:tcW w:w="3362" w:type="dxa"/>
            <w:vAlign w:val="center"/>
          </w:tcPr>
          <w:p w14:paraId="07E3A98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นางสาวพิมระภัทร์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กล่อมพระทัย</w:t>
            </w:r>
          </w:p>
        </w:tc>
        <w:tc>
          <w:tcPr>
            <w:tcW w:w="1633" w:type="dxa"/>
            <w:vAlign w:val="center"/>
          </w:tcPr>
          <w:p w14:paraId="43EAEC1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267119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2F8C212" w14:textId="77777777" w:rsidTr="005E6784">
        <w:trPr>
          <w:jc w:val="center"/>
        </w:trPr>
        <w:tc>
          <w:tcPr>
            <w:tcW w:w="1412" w:type="dxa"/>
            <w:vAlign w:val="center"/>
          </w:tcPr>
          <w:p w14:paraId="4E446D6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</w:t>
            </w:r>
          </w:p>
        </w:tc>
        <w:tc>
          <w:tcPr>
            <w:tcW w:w="1706" w:type="dxa"/>
            <w:vAlign w:val="center"/>
          </w:tcPr>
          <w:p w14:paraId="3225081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12806</w:t>
            </w:r>
          </w:p>
        </w:tc>
        <w:tc>
          <w:tcPr>
            <w:tcW w:w="3362" w:type="dxa"/>
            <w:vAlign w:val="center"/>
          </w:tcPr>
          <w:p w14:paraId="51B3483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นางสาวสุชาดา ตรีเมฆ</w:t>
            </w:r>
          </w:p>
        </w:tc>
        <w:tc>
          <w:tcPr>
            <w:tcW w:w="1633" w:type="dxa"/>
            <w:vAlign w:val="center"/>
          </w:tcPr>
          <w:p w14:paraId="65E76B1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7A03E8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</w:tbl>
    <w:p w14:paraId="089912FE" w14:textId="77777777" w:rsidR="005E6784" w:rsidRDefault="005E6784">
      <w:r>
        <w:rPr>
          <w:rFonts w:hint="eastAsia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351"/>
        <w:gridCol w:w="1682"/>
        <w:gridCol w:w="3279"/>
        <w:gridCol w:w="1576"/>
        <w:gridCol w:w="1961"/>
      </w:tblGrid>
      <w:tr w:rsidR="000F23F0" w:rsidRPr="000F23F0" w14:paraId="3DFA9D20" w14:textId="77777777" w:rsidTr="005E6784">
        <w:trPr>
          <w:jc w:val="center"/>
        </w:trPr>
        <w:tc>
          <w:tcPr>
            <w:tcW w:w="1412" w:type="dxa"/>
            <w:vAlign w:val="center"/>
          </w:tcPr>
          <w:p w14:paraId="1C39D4A1" w14:textId="13E9BA34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lastRenderedPageBreak/>
              <w:t>ที่</w:t>
            </w:r>
          </w:p>
        </w:tc>
        <w:tc>
          <w:tcPr>
            <w:tcW w:w="1706" w:type="dxa"/>
            <w:vAlign w:val="center"/>
          </w:tcPr>
          <w:p w14:paraId="719EDE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  <w:tc>
          <w:tcPr>
            <w:tcW w:w="3362" w:type="dxa"/>
            <w:vAlign w:val="center"/>
          </w:tcPr>
          <w:p w14:paraId="76D59BA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  <w:tc>
          <w:tcPr>
            <w:tcW w:w="1633" w:type="dxa"/>
            <w:vAlign w:val="center"/>
          </w:tcPr>
          <w:p w14:paraId="7BC0952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1962" w:type="dxa"/>
            <w:vAlign w:val="center"/>
          </w:tcPr>
          <w:p w14:paraId="2626EA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0F23F0" w:rsidRPr="000F23F0" w14:paraId="3F6C9ABC" w14:textId="77777777" w:rsidTr="005E6784">
        <w:trPr>
          <w:jc w:val="center"/>
        </w:trPr>
        <w:tc>
          <w:tcPr>
            <w:tcW w:w="1412" w:type="dxa"/>
            <w:vAlign w:val="center"/>
          </w:tcPr>
          <w:p w14:paraId="526AA13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1706" w:type="dxa"/>
            <w:vAlign w:val="center"/>
          </w:tcPr>
          <w:p w14:paraId="5FB713C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11088</w:t>
            </w:r>
          </w:p>
        </w:tc>
        <w:tc>
          <w:tcPr>
            <w:tcW w:w="3362" w:type="dxa"/>
            <w:vAlign w:val="center"/>
          </w:tcPr>
          <w:p w14:paraId="0D7F2CA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นายภูรินท์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ขำวงค์</w:t>
            </w:r>
          </w:p>
        </w:tc>
        <w:tc>
          <w:tcPr>
            <w:tcW w:w="1633" w:type="dxa"/>
            <w:vAlign w:val="center"/>
          </w:tcPr>
          <w:p w14:paraId="62E1280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  <w:tc>
          <w:tcPr>
            <w:tcW w:w="1962" w:type="dxa"/>
            <w:vAlign w:val="center"/>
          </w:tcPr>
          <w:p w14:paraId="72C9B68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32D830F" w14:textId="77777777" w:rsidTr="005E6784">
        <w:trPr>
          <w:jc w:val="center"/>
        </w:trPr>
        <w:tc>
          <w:tcPr>
            <w:tcW w:w="1412" w:type="dxa"/>
            <w:vAlign w:val="center"/>
          </w:tcPr>
          <w:p w14:paraId="4478E69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1706" w:type="dxa"/>
            <w:vAlign w:val="center"/>
          </w:tcPr>
          <w:p w14:paraId="6D3386A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11285</w:t>
            </w:r>
          </w:p>
        </w:tc>
        <w:tc>
          <w:tcPr>
            <w:tcW w:w="3362" w:type="dxa"/>
            <w:vAlign w:val="center"/>
          </w:tcPr>
          <w:p w14:paraId="6CC16CF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นายเปรมศักดิ์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เสมอใจ</w:t>
            </w:r>
          </w:p>
        </w:tc>
        <w:tc>
          <w:tcPr>
            <w:tcW w:w="1633" w:type="dxa"/>
            <w:vAlign w:val="center"/>
          </w:tcPr>
          <w:p w14:paraId="537D1CE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  <w:tc>
          <w:tcPr>
            <w:tcW w:w="1962" w:type="dxa"/>
            <w:vAlign w:val="center"/>
          </w:tcPr>
          <w:p w14:paraId="01CAFB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DFD1E2C" w14:textId="77777777" w:rsidTr="005E6784">
        <w:trPr>
          <w:jc w:val="center"/>
        </w:trPr>
        <w:tc>
          <w:tcPr>
            <w:tcW w:w="1412" w:type="dxa"/>
            <w:vAlign w:val="center"/>
          </w:tcPr>
          <w:p w14:paraId="6409C99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1706" w:type="dxa"/>
            <w:vAlign w:val="center"/>
          </w:tcPr>
          <w:p w14:paraId="668883D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11313</w:t>
            </w:r>
          </w:p>
        </w:tc>
        <w:tc>
          <w:tcPr>
            <w:tcW w:w="3362" w:type="dxa"/>
            <w:vAlign w:val="center"/>
          </w:tcPr>
          <w:p w14:paraId="1E36E05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นายภูวดล* เทียนวรรณ</w:t>
            </w:r>
          </w:p>
        </w:tc>
        <w:tc>
          <w:tcPr>
            <w:tcW w:w="1633" w:type="dxa"/>
            <w:vAlign w:val="center"/>
          </w:tcPr>
          <w:p w14:paraId="3A485E0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  <w:tc>
          <w:tcPr>
            <w:tcW w:w="1962" w:type="dxa"/>
            <w:vAlign w:val="center"/>
          </w:tcPr>
          <w:p w14:paraId="054B8A1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4086A60A" w14:textId="77777777" w:rsidTr="005E6784">
        <w:trPr>
          <w:jc w:val="center"/>
        </w:trPr>
        <w:tc>
          <w:tcPr>
            <w:tcW w:w="1412" w:type="dxa"/>
            <w:vAlign w:val="center"/>
          </w:tcPr>
          <w:p w14:paraId="327B4FF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1706" w:type="dxa"/>
            <w:vAlign w:val="center"/>
          </w:tcPr>
          <w:p w14:paraId="3FB738E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11377</w:t>
            </w:r>
          </w:p>
        </w:tc>
        <w:tc>
          <w:tcPr>
            <w:tcW w:w="3362" w:type="dxa"/>
            <w:vAlign w:val="center"/>
          </w:tcPr>
          <w:p w14:paraId="730EDA0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นายกิตติกร* เรียบร้อย</w:t>
            </w:r>
          </w:p>
        </w:tc>
        <w:tc>
          <w:tcPr>
            <w:tcW w:w="1633" w:type="dxa"/>
            <w:vAlign w:val="center"/>
          </w:tcPr>
          <w:p w14:paraId="1BCEE56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6B44914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34E002A" w14:textId="77777777" w:rsidTr="005E6784">
        <w:trPr>
          <w:jc w:val="center"/>
        </w:trPr>
        <w:tc>
          <w:tcPr>
            <w:tcW w:w="1412" w:type="dxa"/>
            <w:vAlign w:val="center"/>
          </w:tcPr>
          <w:p w14:paraId="089CA5A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</w:t>
            </w:r>
          </w:p>
        </w:tc>
        <w:tc>
          <w:tcPr>
            <w:tcW w:w="1706" w:type="dxa"/>
            <w:vAlign w:val="center"/>
          </w:tcPr>
          <w:p w14:paraId="7C8CA1B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12807</w:t>
            </w:r>
          </w:p>
        </w:tc>
        <w:tc>
          <w:tcPr>
            <w:tcW w:w="3362" w:type="dxa"/>
            <w:vAlign w:val="center"/>
          </w:tcPr>
          <w:p w14:paraId="3A2572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นายวงศกร คงกำเนิด</w:t>
            </w:r>
          </w:p>
        </w:tc>
        <w:tc>
          <w:tcPr>
            <w:tcW w:w="1633" w:type="dxa"/>
            <w:vAlign w:val="center"/>
          </w:tcPr>
          <w:p w14:paraId="49A6842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1429668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2186853D" w14:textId="77777777" w:rsidTr="005E6784">
        <w:trPr>
          <w:jc w:val="center"/>
        </w:trPr>
        <w:tc>
          <w:tcPr>
            <w:tcW w:w="1412" w:type="dxa"/>
            <w:vAlign w:val="center"/>
          </w:tcPr>
          <w:p w14:paraId="3268FF8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</w:t>
            </w:r>
          </w:p>
        </w:tc>
        <w:tc>
          <w:tcPr>
            <w:tcW w:w="1706" w:type="dxa"/>
            <w:vAlign w:val="center"/>
          </w:tcPr>
          <w:p w14:paraId="0120E28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12808</w:t>
            </w:r>
          </w:p>
        </w:tc>
        <w:tc>
          <w:tcPr>
            <w:tcW w:w="3362" w:type="dxa"/>
            <w:vAlign w:val="center"/>
          </w:tcPr>
          <w:p w14:paraId="659FE74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นายศักดิ์ดา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ปะวะโน</w:t>
            </w:r>
          </w:p>
        </w:tc>
        <w:tc>
          <w:tcPr>
            <w:tcW w:w="1633" w:type="dxa"/>
            <w:vAlign w:val="center"/>
          </w:tcPr>
          <w:p w14:paraId="427887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24F336B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643F703F" w14:textId="77777777" w:rsidTr="005E6784">
        <w:trPr>
          <w:jc w:val="center"/>
        </w:trPr>
        <w:tc>
          <w:tcPr>
            <w:tcW w:w="1412" w:type="dxa"/>
            <w:vAlign w:val="center"/>
          </w:tcPr>
          <w:p w14:paraId="40B233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7</w:t>
            </w:r>
          </w:p>
        </w:tc>
        <w:tc>
          <w:tcPr>
            <w:tcW w:w="1706" w:type="dxa"/>
            <w:vAlign w:val="center"/>
          </w:tcPr>
          <w:p w14:paraId="0F71740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12809</w:t>
            </w:r>
          </w:p>
        </w:tc>
        <w:tc>
          <w:tcPr>
            <w:tcW w:w="3362" w:type="dxa"/>
            <w:vAlign w:val="center"/>
          </w:tcPr>
          <w:p w14:paraId="0E7C2FE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นายสงกรานต์ งามเลิศ</w:t>
            </w:r>
          </w:p>
        </w:tc>
        <w:tc>
          <w:tcPr>
            <w:tcW w:w="1633" w:type="dxa"/>
            <w:vAlign w:val="center"/>
          </w:tcPr>
          <w:p w14:paraId="4D461C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15BBE4A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0001CA3" w14:textId="77777777" w:rsidTr="005E6784">
        <w:trPr>
          <w:jc w:val="center"/>
        </w:trPr>
        <w:tc>
          <w:tcPr>
            <w:tcW w:w="1412" w:type="dxa"/>
            <w:vAlign w:val="center"/>
          </w:tcPr>
          <w:p w14:paraId="70C206B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8</w:t>
            </w:r>
          </w:p>
        </w:tc>
        <w:tc>
          <w:tcPr>
            <w:tcW w:w="1706" w:type="dxa"/>
            <w:vAlign w:val="center"/>
          </w:tcPr>
          <w:p w14:paraId="5E886E8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3305E99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นายชนนท์ โลหะชาติ</w:t>
            </w:r>
          </w:p>
        </w:tc>
        <w:tc>
          <w:tcPr>
            <w:tcW w:w="1633" w:type="dxa"/>
            <w:vAlign w:val="center"/>
          </w:tcPr>
          <w:p w14:paraId="04DE516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5FE6455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4FAA9F2" w14:textId="77777777" w:rsidTr="005E6784">
        <w:trPr>
          <w:jc w:val="center"/>
        </w:trPr>
        <w:tc>
          <w:tcPr>
            <w:tcW w:w="1412" w:type="dxa"/>
            <w:vAlign w:val="center"/>
          </w:tcPr>
          <w:p w14:paraId="3F576BD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9</w:t>
            </w:r>
          </w:p>
        </w:tc>
        <w:tc>
          <w:tcPr>
            <w:tcW w:w="1706" w:type="dxa"/>
            <w:vAlign w:val="center"/>
          </w:tcPr>
          <w:p w14:paraId="17D1BE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647983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นายปรเมษ โอโลรัมย์</w:t>
            </w:r>
          </w:p>
        </w:tc>
        <w:tc>
          <w:tcPr>
            <w:tcW w:w="1633" w:type="dxa"/>
            <w:vAlign w:val="center"/>
          </w:tcPr>
          <w:p w14:paraId="24B1576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  <w:tc>
          <w:tcPr>
            <w:tcW w:w="1962" w:type="dxa"/>
            <w:vAlign w:val="center"/>
          </w:tcPr>
          <w:p w14:paraId="42731BB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E1D1FFD" w14:textId="77777777" w:rsidTr="005E6784">
        <w:trPr>
          <w:jc w:val="center"/>
        </w:trPr>
        <w:tc>
          <w:tcPr>
            <w:tcW w:w="1412" w:type="dxa"/>
            <w:vAlign w:val="center"/>
          </w:tcPr>
          <w:p w14:paraId="2F5695C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</w:t>
            </w:r>
          </w:p>
        </w:tc>
        <w:tc>
          <w:tcPr>
            <w:tcW w:w="1706" w:type="dxa"/>
            <w:vAlign w:val="center"/>
          </w:tcPr>
          <w:p w14:paraId="27BD16F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1C25C3A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นายกรรณชัยบดินทร์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โคตรตัสสา</w:t>
            </w:r>
          </w:p>
        </w:tc>
        <w:tc>
          <w:tcPr>
            <w:tcW w:w="1633" w:type="dxa"/>
            <w:vAlign w:val="center"/>
          </w:tcPr>
          <w:p w14:paraId="6FCF24D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78C664F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BF45577" w14:textId="77777777" w:rsidTr="005E6784">
        <w:trPr>
          <w:jc w:val="center"/>
        </w:trPr>
        <w:tc>
          <w:tcPr>
            <w:tcW w:w="1412" w:type="dxa"/>
            <w:vAlign w:val="center"/>
          </w:tcPr>
          <w:p w14:paraId="6E61244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</w:t>
            </w:r>
          </w:p>
        </w:tc>
        <w:tc>
          <w:tcPr>
            <w:tcW w:w="1706" w:type="dxa"/>
            <w:vAlign w:val="center"/>
          </w:tcPr>
          <w:p w14:paraId="1FB9528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23A0727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นายทักษ์ดนัย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กลิ่นสกุล</w:t>
            </w:r>
          </w:p>
        </w:tc>
        <w:tc>
          <w:tcPr>
            <w:tcW w:w="1633" w:type="dxa"/>
            <w:vAlign w:val="center"/>
          </w:tcPr>
          <w:p w14:paraId="5D55170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246042E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025D997" w14:textId="77777777" w:rsidTr="005E6784">
        <w:trPr>
          <w:jc w:val="center"/>
        </w:trPr>
        <w:tc>
          <w:tcPr>
            <w:tcW w:w="1412" w:type="dxa"/>
            <w:vAlign w:val="center"/>
          </w:tcPr>
          <w:p w14:paraId="077F88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</w:t>
            </w:r>
          </w:p>
        </w:tc>
        <w:tc>
          <w:tcPr>
            <w:tcW w:w="1706" w:type="dxa"/>
            <w:vAlign w:val="center"/>
          </w:tcPr>
          <w:p w14:paraId="429621E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14A01C9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นายธนธรณ์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รังศรี</w:t>
            </w:r>
          </w:p>
        </w:tc>
        <w:tc>
          <w:tcPr>
            <w:tcW w:w="1633" w:type="dxa"/>
            <w:vAlign w:val="center"/>
          </w:tcPr>
          <w:p w14:paraId="5D75E6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  <w:tc>
          <w:tcPr>
            <w:tcW w:w="1962" w:type="dxa"/>
            <w:vAlign w:val="center"/>
          </w:tcPr>
          <w:p w14:paraId="0F16FE4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19CD753" w14:textId="77777777" w:rsidTr="005E6784">
        <w:trPr>
          <w:jc w:val="center"/>
        </w:trPr>
        <w:tc>
          <w:tcPr>
            <w:tcW w:w="1412" w:type="dxa"/>
            <w:vAlign w:val="center"/>
          </w:tcPr>
          <w:p w14:paraId="471929A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</w:t>
            </w:r>
          </w:p>
        </w:tc>
        <w:tc>
          <w:tcPr>
            <w:tcW w:w="1706" w:type="dxa"/>
            <w:vAlign w:val="center"/>
          </w:tcPr>
          <w:p w14:paraId="2B5EF30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749E778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นายร่มเกล้า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นวลสุวรรณ์</w:t>
            </w:r>
          </w:p>
        </w:tc>
        <w:tc>
          <w:tcPr>
            <w:tcW w:w="1633" w:type="dxa"/>
            <w:vAlign w:val="center"/>
          </w:tcPr>
          <w:p w14:paraId="7E5D9A3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67F3089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D59DB14" w14:textId="77777777" w:rsidTr="005E6784">
        <w:trPr>
          <w:jc w:val="center"/>
        </w:trPr>
        <w:tc>
          <w:tcPr>
            <w:tcW w:w="1412" w:type="dxa"/>
            <w:vAlign w:val="center"/>
          </w:tcPr>
          <w:p w14:paraId="28FD88E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15</w:t>
            </w:r>
          </w:p>
        </w:tc>
        <w:tc>
          <w:tcPr>
            <w:tcW w:w="1706" w:type="dxa"/>
            <w:vAlign w:val="center"/>
          </w:tcPr>
          <w:p w14:paraId="2179182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3DA03FA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นายวรวุฒิ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พรมนอก</w:t>
            </w:r>
          </w:p>
        </w:tc>
        <w:tc>
          <w:tcPr>
            <w:tcW w:w="1633" w:type="dxa"/>
            <w:vAlign w:val="center"/>
          </w:tcPr>
          <w:p w14:paraId="47B7897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67218E3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1DEFF0B" w14:textId="77777777" w:rsidTr="005E6784">
        <w:trPr>
          <w:jc w:val="center"/>
        </w:trPr>
        <w:tc>
          <w:tcPr>
            <w:tcW w:w="1412" w:type="dxa"/>
            <w:vAlign w:val="center"/>
          </w:tcPr>
          <w:p w14:paraId="4B3654D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</w:t>
            </w:r>
          </w:p>
        </w:tc>
        <w:tc>
          <w:tcPr>
            <w:tcW w:w="1706" w:type="dxa"/>
            <w:vAlign w:val="center"/>
          </w:tcPr>
          <w:p w14:paraId="7E61E6B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0CDCEB2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นายอติวิชญ์* จระเข้</w:t>
            </w:r>
          </w:p>
        </w:tc>
        <w:tc>
          <w:tcPr>
            <w:tcW w:w="1633" w:type="dxa"/>
            <w:vAlign w:val="center"/>
          </w:tcPr>
          <w:p w14:paraId="1236D80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5D09F3E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BE74DB6" w14:textId="77777777" w:rsidTr="005E6784">
        <w:trPr>
          <w:jc w:val="center"/>
        </w:trPr>
        <w:tc>
          <w:tcPr>
            <w:tcW w:w="1412" w:type="dxa"/>
            <w:vAlign w:val="center"/>
          </w:tcPr>
          <w:p w14:paraId="42EB3B3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</w:t>
            </w:r>
          </w:p>
        </w:tc>
        <w:tc>
          <w:tcPr>
            <w:tcW w:w="1706" w:type="dxa"/>
            <w:vAlign w:val="center"/>
          </w:tcPr>
          <w:p w14:paraId="554A736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2439535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นายอภิวิชญ์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อินทร์ทอง</w:t>
            </w:r>
          </w:p>
        </w:tc>
        <w:tc>
          <w:tcPr>
            <w:tcW w:w="1633" w:type="dxa"/>
            <w:vAlign w:val="center"/>
          </w:tcPr>
          <w:p w14:paraId="463FEBA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1D41445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5C368921" w14:textId="77777777" w:rsidTr="005E6784">
        <w:trPr>
          <w:jc w:val="center"/>
        </w:trPr>
        <w:tc>
          <w:tcPr>
            <w:tcW w:w="1412" w:type="dxa"/>
            <w:vAlign w:val="center"/>
          </w:tcPr>
          <w:p w14:paraId="239D415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</w:t>
            </w:r>
          </w:p>
        </w:tc>
        <w:tc>
          <w:tcPr>
            <w:tcW w:w="1706" w:type="dxa"/>
            <w:vAlign w:val="center"/>
          </w:tcPr>
          <w:p w14:paraId="62E09B1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11264</w:t>
            </w:r>
          </w:p>
        </w:tc>
        <w:tc>
          <w:tcPr>
            <w:tcW w:w="3362" w:type="dxa"/>
            <w:vAlign w:val="center"/>
          </w:tcPr>
          <w:p w14:paraId="5DABB90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นางสาววราภรณ์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แดงสันเทียะ</w:t>
            </w:r>
          </w:p>
        </w:tc>
        <w:tc>
          <w:tcPr>
            <w:tcW w:w="1633" w:type="dxa"/>
            <w:vAlign w:val="center"/>
          </w:tcPr>
          <w:p w14:paraId="1FE6D17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74FE560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068A295" w14:textId="77777777" w:rsidTr="005E6784">
        <w:trPr>
          <w:jc w:val="center"/>
        </w:trPr>
        <w:tc>
          <w:tcPr>
            <w:tcW w:w="1412" w:type="dxa"/>
            <w:vAlign w:val="center"/>
          </w:tcPr>
          <w:p w14:paraId="3337A15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19</w:t>
            </w:r>
          </w:p>
        </w:tc>
        <w:tc>
          <w:tcPr>
            <w:tcW w:w="1706" w:type="dxa"/>
            <w:vAlign w:val="center"/>
          </w:tcPr>
          <w:p w14:paraId="78344A3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11372</w:t>
            </w:r>
          </w:p>
        </w:tc>
        <w:tc>
          <w:tcPr>
            <w:tcW w:w="3362" w:type="dxa"/>
            <w:vAlign w:val="center"/>
          </w:tcPr>
          <w:p w14:paraId="0910C74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นางสาวเมษา แซ่เสี่ย</w:t>
            </w:r>
          </w:p>
        </w:tc>
        <w:tc>
          <w:tcPr>
            <w:tcW w:w="1633" w:type="dxa"/>
            <w:vAlign w:val="center"/>
          </w:tcPr>
          <w:p w14:paraId="63B99C6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46.00</w:t>
            </w:r>
          </w:p>
        </w:tc>
        <w:tc>
          <w:tcPr>
            <w:tcW w:w="1962" w:type="dxa"/>
            <w:vAlign w:val="center"/>
          </w:tcPr>
          <w:p w14:paraId="62B2CCD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89F2C86" w14:textId="77777777" w:rsidTr="005E6784">
        <w:trPr>
          <w:jc w:val="center"/>
        </w:trPr>
        <w:tc>
          <w:tcPr>
            <w:tcW w:w="1412" w:type="dxa"/>
            <w:vAlign w:val="center"/>
          </w:tcPr>
          <w:p w14:paraId="4931DF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</w:t>
            </w:r>
          </w:p>
        </w:tc>
        <w:tc>
          <w:tcPr>
            <w:tcW w:w="1706" w:type="dxa"/>
            <w:vAlign w:val="center"/>
          </w:tcPr>
          <w:p w14:paraId="1949ED4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11397</w:t>
            </w:r>
          </w:p>
        </w:tc>
        <w:tc>
          <w:tcPr>
            <w:tcW w:w="3362" w:type="dxa"/>
            <w:vAlign w:val="center"/>
          </w:tcPr>
          <w:p w14:paraId="441F869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นางสาวกัลชนา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จอยเอกา</w:t>
            </w:r>
          </w:p>
        </w:tc>
        <w:tc>
          <w:tcPr>
            <w:tcW w:w="1633" w:type="dxa"/>
            <w:vAlign w:val="center"/>
          </w:tcPr>
          <w:p w14:paraId="087A4C1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56C683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1F49338" w14:textId="77777777" w:rsidTr="005E6784">
        <w:trPr>
          <w:jc w:val="center"/>
        </w:trPr>
        <w:tc>
          <w:tcPr>
            <w:tcW w:w="1412" w:type="dxa"/>
            <w:vAlign w:val="center"/>
          </w:tcPr>
          <w:p w14:paraId="2D7BC22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21</w:t>
            </w:r>
          </w:p>
        </w:tc>
        <w:tc>
          <w:tcPr>
            <w:tcW w:w="1706" w:type="dxa"/>
            <w:vAlign w:val="center"/>
          </w:tcPr>
          <w:p w14:paraId="7FD367B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11398</w:t>
            </w:r>
          </w:p>
        </w:tc>
        <w:tc>
          <w:tcPr>
            <w:tcW w:w="3362" w:type="dxa"/>
            <w:vAlign w:val="center"/>
          </w:tcPr>
          <w:p w14:paraId="6C3DED3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นางสาวเกตน์นิภา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นาเคน</w:t>
            </w:r>
          </w:p>
        </w:tc>
        <w:tc>
          <w:tcPr>
            <w:tcW w:w="1633" w:type="dxa"/>
            <w:vAlign w:val="center"/>
          </w:tcPr>
          <w:p w14:paraId="1EC2DB0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345A943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09E5CA17" w14:textId="77777777" w:rsidTr="005E6784">
        <w:trPr>
          <w:jc w:val="center"/>
        </w:trPr>
        <w:tc>
          <w:tcPr>
            <w:tcW w:w="1412" w:type="dxa"/>
            <w:vAlign w:val="center"/>
          </w:tcPr>
          <w:p w14:paraId="6EC0764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</w:t>
            </w:r>
          </w:p>
        </w:tc>
        <w:tc>
          <w:tcPr>
            <w:tcW w:w="1706" w:type="dxa"/>
            <w:vAlign w:val="center"/>
          </w:tcPr>
          <w:p w14:paraId="68865EB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11447</w:t>
            </w:r>
          </w:p>
        </w:tc>
        <w:tc>
          <w:tcPr>
            <w:tcW w:w="3362" w:type="dxa"/>
            <w:vAlign w:val="center"/>
          </w:tcPr>
          <w:p w14:paraId="05EC023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นางสาวลัดดา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ใจหนึ่ง</w:t>
            </w:r>
          </w:p>
        </w:tc>
        <w:tc>
          <w:tcPr>
            <w:tcW w:w="1633" w:type="dxa"/>
            <w:vAlign w:val="center"/>
          </w:tcPr>
          <w:p w14:paraId="4A1E0E9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  <w:tc>
          <w:tcPr>
            <w:tcW w:w="1962" w:type="dxa"/>
            <w:vAlign w:val="center"/>
          </w:tcPr>
          <w:p w14:paraId="7E226E1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3069516D" w14:textId="77777777" w:rsidTr="005E6784">
        <w:trPr>
          <w:jc w:val="center"/>
        </w:trPr>
        <w:tc>
          <w:tcPr>
            <w:tcW w:w="1412" w:type="dxa"/>
            <w:vAlign w:val="center"/>
          </w:tcPr>
          <w:p w14:paraId="4F86792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23</w:t>
            </w:r>
          </w:p>
        </w:tc>
        <w:tc>
          <w:tcPr>
            <w:tcW w:w="1706" w:type="dxa"/>
            <w:vAlign w:val="center"/>
          </w:tcPr>
          <w:p w14:paraId="74E2616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11451</w:t>
            </w:r>
          </w:p>
        </w:tc>
        <w:tc>
          <w:tcPr>
            <w:tcW w:w="3362" w:type="dxa"/>
            <w:vAlign w:val="center"/>
          </w:tcPr>
          <w:p w14:paraId="2BBF618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นางสาวอริศรา* จันทร์คง</w:t>
            </w:r>
          </w:p>
        </w:tc>
        <w:tc>
          <w:tcPr>
            <w:tcW w:w="1633" w:type="dxa"/>
            <w:vAlign w:val="center"/>
          </w:tcPr>
          <w:p w14:paraId="680DE31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77CDE22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704448D" w14:textId="77777777" w:rsidTr="005E6784">
        <w:trPr>
          <w:jc w:val="center"/>
        </w:trPr>
        <w:tc>
          <w:tcPr>
            <w:tcW w:w="1412" w:type="dxa"/>
            <w:vAlign w:val="center"/>
          </w:tcPr>
          <w:p w14:paraId="53658E0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</w:t>
            </w:r>
          </w:p>
        </w:tc>
        <w:tc>
          <w:tcPr>
            <w:tcW w:w="1706" w:type="dxa"/>
            <w:vAlign w:val="center"/>
          </w:tcPr>
          <w:p w14:paraId="7A075F3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12810</w:t>
            </w:r>
          </w:p>
        </w:tc>
        <w:tc>
          <w:tcPr>
            <w:tcW w:w="3362" w:type="dxa"/>
            <w:vAlign w:val="center"/>
          </w:tcPr>
          <w:p w14:paraId="07DBA5C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นางสาวนวลกมล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เหมือนแสงศรี</w:t>
            </w:r>
          </w:p>
        </w:tc>
        <w:tc>
          <w:tcPr>
            <w:tcW w:w="1633" w:type="dxa"/>
            <w:vAlign w:val="center"/>
          </w:tcPr>
          <w:p w14:paraId="1074A2E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659B6F2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60FA86C" w14:textId="77777777" w:rsidTr="005E6784">
        <w:trPr>
          <w:jc w:val="center"/>
        </w:trPr>
        <w:tc>
          <w:tcPr>
            <w:tcW w:w="1412" w:type="dxa"/>
            <w:vAlign w:val="center"/>
          </w:tcPr>
          <w:p w14:paraId="19C681B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25</w:t>
            </w:r>
          </w:p>
        </w:tc>
        <w:tc>
          <w:tcPr>
            <w:tcW w:w="1706" w:type="dxa"/>
            <w:vAlign w:val="center"/>
          </w:tcPr>
          <w:p w14:paraId="6F6BB8B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12811</w:t>
            </w:r>
          </w:p>
        </w:tc>
        <w:tc>
          <w:tcPr>
            <w:tcW w:w="3362" w:type="dxa"/>
            <w:vAlign w:val="center"/>
          </w:tcPr>
          <w:p w14:paraId="129A9097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นางสาวพฤกษา เสาร์ศิริ</w:t>
            </w:r>
          </w:p>
        </w:tc>
        <w:tc>
          <w:tcPr>
            <w:tcW w:w="1633" w:type="dxa"/>
            <w:vAlign w:val="center"/>
          </w:tcPr>
          <w:p w14:paraId="4EA99C3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1962" w:type="dxa"/>
            <w:vAlign w:val="center"/>
          </w:tcPr>
          <w:p w14:paraId="5BDBB08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0F23F0" w:rsidRPr="000F23F0" w14:paraId="2051A947" w14:textId="77777777" w:rsidTr="005E6784">
        <w:trPr>
          <w:jc w:val="center"/>
        </w:trPr>
        <w:tc>
          <w:tcPr>
            <w:tcW w:w="1412" w:type="dxa"/>
            <w:vAlign w:val="center"/>
          </w:tcPr>
          <w:p w14:paraId="71BD035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</w:t>
            </w:r>
          </w:p>
        </w:tc>
        <w:tc>
          <w:tcPr>
            <w:tcW w:w="1706" w:type="dxa"/>
            <w:vAlign w:val="center"/>
          </w:tcPr>
          <w:p w14:paraId="7B36CF3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12812</w:t>
            </w:r>
          </w:p>
        </w:tc>
        <w:tc>
          <w:tcPr>
            <w:tcW w:w="3362" w:type="dxa"/>
            <w:vAlign w:val="center"/>
          </w:tcPr>
          <w:p w14:paraId="00B949E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นางสาวรุ่งดาริน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พระโบราณเมือง</w:t>
            </w:r>
          </w:p>
        </w:tc>
        <w:tc>
          <w:tcPr>
            <w:tcW w:w="1633" w:type="dxa"/>
            <w:vAlign w:val="center"/>
          </w:tcPr>
          <w:p w14:paraId="5F53F3CF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32BD397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01742CF2" w14:textId="77777777" w:rsidTr="005E6784">
        <w:trPr>
          <w:jc w:val="center"/>
        </w:trPr>
        <w:tc>
          <w:tcPr>
            <w:tcW w:w="1412" w:type="dxa"/>
            <w:vAlign w:val="center"/>
          </w:tcPr>
          <w:p w14:paraId="77D7BA9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27</w:t>
            </w:r>
          </w:p>
        </w:tc>
        <w:tc>
          <w:tcPr>
            <w:tcW w:w="1706" w:type="dxa"/>
            <w:vAlign w:val="center"/>
          </w:tcPr>
          <w:p w14:paraId="2A1F379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12813</w:t>
            </w:r>
          </w:p>
        </w:tc>
        <w:tc>
          <w:tcPr>
            <w:tcW w:w="3362" w:type="dxa"/>
            <w:vAlign w:val="center"/>
          </w:tcPr>
          <w:p w14:paraId="0AA4367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นางสาวศรีสุดา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เคียงเคีย</w:t>
            </w:r>
          </w:p>
        </w:tc>
        <w:tc>
          <w:tcPr>
            <w:tcW w:w="1633" w:type="dxa"/>
            <w:vAlign w:val="center"/>
          </w:tcPr>
          <w:p w14:paraId="58C9EC7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558243E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18F61E27" w14:textId="77777777" w:rsidTr="005E6784">
        <w:trPr>
          <w:jc w:val="center"/>
        </w:trPr>
        <w:tc>
          <w:tcPr>
            <w:tcW w:w="1412" w:type="dxa"/>
            <w:vAlign w:val="center"/>
          </w:tcPr>
          <w:p w14:paraId="60ECF79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</w:t>
            </w:r>
          </w:p>
        </w:tc>
        <w:tc>
          <w:tcPr>
            <w:tcW w:w="1706" w:type="dxa"/>
            <w:vAlign w:val="center"/>
          </w:tcPr>
          <w:p w14:paraId="7DE30DC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12824</w:t>
            </w:r>
          </w:p>
        </w:tc>
        <w:tc>
          <w:tcPr>
            <w:tcW w:w="3362" w:type="dxa"/>
            <w:vAlign w:val="center"/>
          </w:tcPr>
          <w:p w14:paraId="0A93AFB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นางสาวธมลวรรณ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แผ้วพลสง</w:t>
            </w:r>
          </w:p>
        </w:tc>
        <w:tc>
          <w:tcPr>
            <w:tcW w:w="1633" w:type="dxa"/>
            <w:vAlign w:val="center"/>
          </w:tcPr>
          <w:p w14:paraId="5EC9744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  <w:tc>
          <w:tcPr>
            <w:tcW w:w="1962" w:type="dxa"/>
            <w:vAlign w:val="center"/>
          </w:tcPr>
          <w:p w14:paraId="717E650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1416F98E" w14:textId="77777777" w:rsidTr="005E6784">
        <w:trPr>
          <w:jc w:val="center"/>
        </w:trPr>
        <w:tc>
          <w:tcPr>
            <w:tcW w:w="1412" w:type="dxa"/>
            <w:vAlign w:val="center"/>
          </w:tcPr>
          <w:p w14:paraId="34EF6D99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29</w:t>
            </w:r>
          </w:p>
        </w:tc>
        <w:tc>
          <w:tcPr>
            <w:tcW w:w="1706" w:type="dxa"/>
            <w:vAlign w:val="center"/>
          </w:tcPr>
          <w:p w14:paraId="604C5F9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12825</w:t>
            </w:r>
          </w:p>
        </w:tc>
        <w:tc>
          <w:tcPr>
            <w:tcW w:w="3362" w:type="dxa"/>
            <w:vAlign w:val="center"/>
          </w:tcPr>
          <w:p w14:paraId="6CFC425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นางสาวอาริตา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เพิ่มดี</w:t>
            </w:r>
          </w:p>
        </w:tc>
        <w:tc>
          <w:tcPr>
            <w:tcW w:w="1633" w:type="dxa"/>
            <w:vAlign w:val="center"/>
          </w:tcPr>
          <w:p w14:paraId="248970E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47BC0BA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3687E1EA" w14:textId="77777777" w:rsidTr="005E6784">
        <w:trPr>
          <w:jc w:val="center"/>
        </w:trPr>
        <w:tc>
          <w:tcPr>
            <w:tcW w:w="1412" w:type="dxa"/>
            <w:vAlign w:val="center"/>
          </w:tcPr>
          <w:p w14:paraId="50707CCC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</w:t>
            </w:r>
          </w:p>
        </w:tc>
        <w:tc>
          <w:tcPr>
            <w:tcW w:w="1706" w:type="dxa"/>
            <w:vAlign w:val="center"/>
          </w:tcPr>
          <w:p w14:paraId="06709181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278AAAD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นางสาวกานต์ชนก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กุดดอน</w:t>
            </w:r>
          </w:p>
        </w:tc>
        <w:tc>
          <w:tcPr>
            <w:tcW w:w="1633" w:type="dxa"/>
            <w:vAlign w:val="center"/>
          </w:tcPr>
          <w:p w14:paraId="0DC92E6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  <w:tc>
          <w:tcPr>
            <w:tcW w:w="1962" w:type="dxa"/>
            <w:vAlign w:val="center"/>
          </w:tcPr>
          <w:p w14:paraId="7A05407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674DB5AC" w14:textId="77777777" w:rsidTr="005E6784">
        <w:trPr>
          <w:jc w:val="center"/>
        </w:trPr>
        <w:tc>
          <w:tcPr>
            <w:tcW w:w="1412" w:type="dxa"/>
            <w:vAlign w:val="center"/>
          </w:tcPr>
          <w:p w14:paraId="15F294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31</w:t>
            </w:r>
          </w:p>
        </w:tc>
        <w:tc>
          <w:tcPr>
            <w:tcW w:w="1706" w:type="dxa"/>
            <w:vAlign w:val="center"/>
          </w:tcPr>
          <w:p w14:paraId="162723A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768F581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นางสาวยมาภรณ์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คงพลปาน</w:t>
            </w:r>
          </w:p>
        </w:tc>
        <w:tc>
          <w:tcPr>
            <w:tcW w:w="1633" w:type="dxa"/>
            <w:vAlign w:val="center"/>
          </w:tcPr>
          <w:p w14:paraId="7434554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  <w:tc>
          <w:tcPr>
            <w:tcW w:w="1962" w:type="dxa"/>
            <w:vAlign w:val="center"/>
          </w:tcPr>
          <w:p w14:paraId="16B98C7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0F23F0" w:rsidRPr="000F23F0" w14:paraId="6500650E" w14:textId="77777777" w:rsidTr="005E6784">
        <w:trPr>
          <w:jc w:val="center"/>
        </w:trPr>
        <w:tc>
          <w:tcPr>
            <w:tcW w:w="1412" w:type="dxa"/>
            <w:vAlign w:val="center"/>
          </w:tcPr>
          <w:p w14:paraId="2B3F738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</w:t>
            </w:r>
          </w:p>
        </w:tc>
        <w:tc>
          <w:tcPr>
            <w:tcW w:w="1706" w:type="dxa"/>
            <w:vAlign w:val="center"/>
          </w:tcPr>
          <w:p w14:paraId="3C3FFF6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7E35C17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นางสาววันใหม่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หาญสุวรรณ์</w:t>
            </w:r>
          </w:p>
        </w:tc>
        <w:tc>
          <w:tcPr>
            <w:tcW w:w="1633" w:type="dxa"/>
            <w:vAlign w:val="center"/>
          </w:tcPr>
          <w:p w14:paraId="6F4C1B7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55C7973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7F33AAC" w14:textId="77777777" w:rsidTr="005E6784">
        <w:trPr>
          <w:jc w:val="center"/>
        </w:trPr>
        <w:tc>
          <w:tcPr>
            <w:tcW w:w="1412" w:type="dxa"/>
            <w:vAlign w:val="center"/>
          </w:tcPr>
          <w:p w14:paraId="5B31A8A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1B1FA4A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27FB4A12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นางสาวชลิดา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ชำนาญเชื้อ</w:t>
            </w:r>
          </w:p>
        </w:tc>
        <w:tc>
          <w:tcPr>
            <w:tcW w:w="1633" w:type="dxa"/>
            <w:vAlign w:val="center"/>
          </w:tcPr>
          <w:p w14:paraId="6E555400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5A847E6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7C0D8EE6" w14:textId="77777777" w:rsidTr="005E6784">
        <w:trPr>
          <w:jc w:val="center"/>
        </w:trPr>
        <w:tc>
          <w:tcPr>
            <w:tcW w:w="1412" w:type="dxa"/>
            <w:vAlign w:val="center"/>
          </w:tcPr>
          <w:p w14:paraId="391EA3D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</w:t>
            </w:r>
          </w:p>
        </w:tc>
        <w:tc>
          <w:tcPr>
            <w:tcW w:w="1706" w:type="dxa"/>
            <w:vAlign w:val="center"/>
          </w:tcPr>
          <w:p w14:paraId="678124C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606D022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นางสาวปรารถนา* เทพเนาว์</w:t>
            </w:r>
          </w:p>
        </w:tc>
        <w:tc>
          <w:tcPr>
            <w:tcW w:w="1633" w:type="dxa"/>
            <w:vAlign w:val="center"/>
          </w:tcPr>
          <w:p w14:paraId="50F8181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58C0EB3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29AFE3FD" w14:textId="77777777" w:rsidTr="005E6784">
        <w:trPr>
          <w:jc w:val="center"/>
        </w:trPr>
        <w:tc>
          <w:tcPr>
            <w:tcW w:w="1412" w:type="dxa"/>
            <w:vAlign w:val="center"/>
          </w:tcPr>
          <w:p w14:paraId="2F30048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</w:t>
            </w:r>
          </w:p>
        </w:tc>
        <w:tc>
          <w:tcPr>
            <w:tcW w:w="1706" w:type="dxa"/>
            <w:vAlign w:val="center"/>
          </w:tcPr>
          <w:p w14:paraId="602B0D0E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6EA0B3A4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นางสาวรดาธาร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ยืนยาว</w:t>
            </w:r>
          </w:p>
        </w:tc>
        <w:tc>
          <w:tcPr>
            <w:tcW w:w="1633" w:type="dxa"/>
            <w:vAlign w:val="center"/>
          </w:tcPr>
          <w:p w14:paraId="26188773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  <w:tc>
          <w:tcPr>
            <w:tcW w:w="1962" w:type="dxa"/>
            <w:vAlign w:val="center"/>
          </w:tcPr>
          <w:p w14:paraId="16111DC6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0F23F0" w:rsidRPr="000F23F0" w14:paraId="595B5B2E" w14:textId="77777777" w:rsidTr="005E6784">
        <w:trPr>
          <w:jc w:val="center"/>
        </w:trPr>
        <w:tc>
          <w:tcPr>
            <w:tcW w:w="1412" w:type="dxa"/>
            <w:vAlign w:val="center"/>
          </w:tcPr>
          <w:p w14:paraId="5BCA1715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33</w:t>
            </w:r>
          </w:p>
        </w:tc>
        <w:tc>
          <w:tcPr>
            <w:tcW w:w="1706" w:type="dxa"/>
            <w:vAlign w:val="center"/>
          </w:tcPr>
          <w:p w14:paraId="72E466FA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  <w:tc>
          <w:tcPr>
            <w:tcW w:w="3362" w:type="dxa"/>
            <w:vAlign w:val="center"/>
          </w:tcPr>
          <w:p w14:paraId="3F4F89AB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นางสาวรพีพร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ใสงาม</w:t>
            </w:r>
          </w:p>
        </w:tc>
        <w:tc>
          <w:tcPr>
            <w:tcW w:w="1633" w:type="dxa"/>
            <w:vAlign w:val="center"/>
          </w:tcPr>
          <w:p w14:paraId="696140E8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  <w:tc>
          <w:tcPr>
            <w:tcW w:w="1962" w:type="dxa"/>
            <w:vAlign w:val="center"/>
          </w:tcPr>
          <w:p w14:paraId="5303F1AD" w14:textId="77777777" w:rsidR="000F23F0" w:rsidRPr="000F23F0" w:rsidRDefault="000F23F0" w:rsidP="00E723F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</w:tbl>
    <w:p w14:paraId="34A97D5D" w14:textId="4AC589CA" w:rsidR="000F23F0" w:rsidRPr="000F23F0" w:rsidRDefault="000F23F0" w:rsidP="005E6784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Cs w:val="32"/>
          <w:lang w:bidi="th-TH"/>
        </w:rPr>
      </w:pPr>
      <w:r w:rsidRPr="000F23F0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แบบวิเคราะห์เป็นรายบุคคล</w:t>
      </w:r>
    </w:p>
    <w:p w14:paraId="297F87E7" w14:textId="77777777" w:rsidR="000F23F0" w:rsidRPr="000F23F0" w:rsidRDefault="000F23F0" w:rsidP="000F23F0">
      <w:pPr>
        <w:spacing w:after="0" w:line="240" w:lineRule="auto"/>
        <w:rPr>
          <w:rFonts w:ascii="TH SarabunPSK" w:hAnsi="TH SarabunPSK" w:cs="TH SarabunPSK" w:hint="cs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BC0677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0980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E94C1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นายนโม ชมเชย</w:t>
            </w:r>
          </w:p>
        </w:tc>
      </w:tr>
      <w:tr w:rsidR="001C47A2" w:rsidRPr="000F23F0" w14:paraId="3379251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4E57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B8B8B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11245</w:t>
            </w:r>
          </w:p>
        </w:tc>
      </w:tr>
      <w:tr w:rsidR="001C47A2" w:rsidRPr="000F23F0" w14:paraId="5C11B4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8FB4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919C1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4BFDC65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54B2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245D4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949826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B001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82B1E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1C9608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1D75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928EA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5894AD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2E8C05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085F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F47DC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นายสถาปัตย์ พึ่งพันธ์</w:t>
            </w:r>
          </w:p>
        </w:tc>
      </w:tr>
      <w:tr w:rsidR="001C47A2" w:rsidRPr="000F23F0" w14:paraId="255A094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628BD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40816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11247</w:t>
            </w:r>
          </w:p>
        </w:tc>
      </w:tr>
      <w:tr w:rsidR="001C47A2" w:rsidRPr="000F23F0" w14:paraId="1F2107E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2349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6B66A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50.00</w:t>
            </w:r>
          </w:p>
        </w:tc>
      </w:tr>
      <w:tr w:rsidR="001C47A2" w:rsidRPr="000F23F0" w14:paraId="0F35FB2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39A4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B69A6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5743D9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F03F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FB3F2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082136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6C7A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7AAA2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425A08F" w14:textId="6A176ADE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5A22A3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8D5BA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401D7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นายตรัยชนะมาร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เริ่มปลูก</w:t>
            </w:r>
          </w:p>
        </w:tc>
      </w:tr>
      <w:tr w:rsidR="001C47A2" w:rsidRPr="000F23F0" w14:paraId="27130C2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3951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70006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11283</w:t>
            </w:r>
          </w:p>
        </w:tc>
      </w:tr>
      <w:tr w:rsidR="001C47A2" w:rsidRPr="000F23F0" w14:paraId="48FC0F3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C6B1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1A5997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</w:tr>
      <w:tr w:rsidR="001C47A2" w:rsidRPr="000F23F0" w14:paraId="7A18085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E08D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99953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33FC88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05A1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E17D4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38E9D8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FCCC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D3CE0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13DEFF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74654B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2B28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2AC4E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นายรัฐศักดิ์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ทิพย์นางรอง</w:t>
            </w:r>
          </w:p>
        </w:tc>
      </w:tr>
      <w:tr w:rsidR="001C47A2" w:rsidRPr="000F23F0" w14:paraId="08E574A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2CED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68D61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11289</w:t>
            </w:r>
          </w:p>
        </w:tc>
      </w:tr>
      <w:tr w:rsidR="001C47A2" w:rsidRPr="000F23F0" w14:paraId="66E5E79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5B85B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C99E4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6469665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F318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50A3A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823752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870C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9FE9EE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4764A2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5387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68CD9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908A4D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BA7EB8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2EDD0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0348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CFB62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นายทวีศักดิ์ เภสัชชะ</w:t>
            </w:r>
          </w:p>
        </w:tc>
      </w:tr>
      <w:tr w:rsidR="001C47A2" w:rsidRPr="000F23F0" w14:paraId="20700B5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67DC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395AF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11341</w:t>
            </w:r>
          </w:p>
        </w:tc>
      </w:tr>
      <w:tr w:rsidR="001C47A2" w:rsidRPr="000F23F0" w14:paraId="70D926D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6F65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D9178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</w:tr>
      <w:tr w:rsidR="001C47A2" w:rsidRPr="000F23F0" w14:paraId="6908FD9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B4D5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56BF0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91508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F46D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418DE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06673F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03C3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67DBA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57CA32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D70137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98CCF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9F815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นายภัทรพล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มีแย้มภักดิ์</w:t>
            </w:r>
          </w:p>
        </w:tc>
      </w:tr>
      <w:tr w:rsidR="001C47A2" w:rsidRPr="000F23F0" w14:paraId="44721B2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A717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84C5C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11350</w:t>
            </w:r>
          </w:p>
        </w:tc>
      </w:tr>
      <w:tr w:rsidR="001C47A2" w:rsidRPr="000F23F0" w14:paraId="3F42FD3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87A4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6BE58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17.50</w:t>
            </w:r>
          </w:p>
        </w:tc>
      </w:tr>
      <w:tr w:rsidR="001C47A2" w:rsidRPr="000F23F0" w14:paraId="4439B23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F94B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1E188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FEC47F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763A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6BD86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E1B9A1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691D4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37FEF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3F34C0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16BD6C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6EBD1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FE078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นายอนุวัฒน์ บุญช่วย</w:t>
            </w:r>
          </w:p>
        </w:tc>
      </w:tr>
      <w:tr w:rsidR="001C47A2" w:rsidRPr="000F23F0" w14:paraId="1669AC6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11B9A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B1597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11356</w:t>
            </w:r>
          </w:p>
        </w:tc>
      </w:tr>
      <w:tr w:rsidR="001C47A2" w:rsidRPr="000F23F0" w14:paraId="65D535F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F08E2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42DAFA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3BB6488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F83F8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4EFB9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96E043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B084E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68B6D7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A27A9F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CA516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468F9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EAF2ED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0FB6E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A488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01A6E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นายกำชัย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สุขยินดี</w:t>
            </w:r>
          </w:p>
        </w:tc>
      </w:tr>
      <w:tr w:rsidR="001C47A2" w:rsidRPr="000F23F0" w14:paraId="61F1AA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B84B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13FA6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12672</w:t>
            </w:r>
          </w:p>
        </w:tc>
      </w:tr>
      <w:tr w:rsidR="001C47A2" w:rsidRPr="000F23F0" w14:paraId="449B795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1F3E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CA943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035C6FE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B8A3B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10CCE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4DF79E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3CEC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83F06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2EEEA7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5547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E9847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2A62A7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BB77FB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0EAFE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AAF4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E8149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นายเกียรติศักดิ์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ปักโคทานัง</w:t>
            </w:r>
          </w:p>
        </w:tc>
      </w:tr>
      <w:tr w:rsidR="001C47A2" w:rsidRPr="000F23F0" w14:paraId="6D5E894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257F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389ED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12673</w:t>
            </w:r>
          </w:p>
        </w:tc>
      </w:tr>
      <w:tr w:rsidR="001C47A2" w:rsidRPr="000F23F0" w14:paraId="5B4F1F0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C681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0586C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6E4DA1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66A0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D3466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B541C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4168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F5BAE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F46888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CA2A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AE005A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FF166C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660550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01E8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32ED2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นายเทพประธาน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พรานกลาง</w:t>
            </w:r>
          </w:p>
        </w:tc>
      </w:tr>
      <w:tr w:rsidR="001C47A2" w:rsidRPr="000F23F0" w14:paraId="4FB2B4D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ABAF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D6D93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12674</w:t>
            </w:r>
          </w:p>
        </w:tc>
      </w:tr>
      <w:tr w:rsidR="001C47A2" w:rsidRPr="000F23F0" w14:paraId="4B4D698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D000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7A8A1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</w:tr>
      <w:tr w:rsidR="001C47A2" w:rsidRPr="000F23F0" w14:paraId="3F4C8B0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D6BA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FD025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25E234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7D9A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B9370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DD3515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7D50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28D32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EE3573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32DEAB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22898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2A68D7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จบสัญจร</w:t>
            </w:r>
          </w:p>
        </w:tc>
      </w:tr>
      <w:tr w:rsidR="001C47A2" w:rsidRPr="000F23F0" w14:paraId="06B7BDF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3932A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FBF3D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12675</w:t>
            </w:r>
          </w:p>
        </w:tc>
      </w:tr>
      <w:tr w:rsidR="001C47A2" w:rsidRPr="000F23F0" w14:paraId="45CC531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1FE57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25804B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3191270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A9D89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8AFF6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E5DFCD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8941C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551C00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9C1440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6B8A5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54BCCAE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65AC1C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E8C155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C849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8AB4B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สิทธิกร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มีพวงผล</w:t>
            </w:r>
          </w:p>
        </w:tc>
      </w:tr>
      <w:tr w:rsidR="001C47A2" w:rsidRPr="000F23F0" w14:paraId="41C8BD4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1A9E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B5047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12676</w:t>
            </w:r>
          </w:p>
        </w:tc>
      </w:tr>
      <w:tr w:rsidR="001C47A2" w:rsidRPr="000F23F0" w14:paraId="670AC41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1244C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0E472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22.50</w:t>
            </w:r>
          </w:p>
        </w:tc>
      </w:tr>
      <w:tr w:rsidR="001C47A2" w:rsidRPr="000F23F0" w14:paraId="2039C15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127E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78339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5409B0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BC2C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7F6E1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620804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A8878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092ADC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7E71D3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8585CAB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22994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E80F9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1AC18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นายสืบสกุล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อุ่นมุกดา</w:t>
            </w:r>
          </w:p>
        </w:tc>
      </w:tr>
      <w:tr w:rsidR="001C47A2" w:rsidRPr="000F23F0" w14:paraId="3C26F9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2663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BD381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12677</w:t>
            </w:r>
          </w:p>
        </w:tc>
      </w:tr>
      <w:tr w:rsidR="001C47A2" w:rsidRPr="000F23F0" w14:paraId="065778C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36CD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77388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45.00</w:t>
            </w:r>
          </w:p>
        </w:tc>
      </w:tr>
      <w:tr w:rsidR="001C47A2" w:rsidRPr="000F23F0" w14:paraId="6E03B3C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C258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ED720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6EA30DD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151D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8097A3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25A8086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56B3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93F1F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A583C2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8553A9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607BE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2126F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นายมเหศักดิ์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ชิโกศรี</w:t>
            </w:r>
          </w:p>
        </w:tc>
      </w:tr>
      <w:tr w:rsidR="001C47A2" w:rsidRPr="000F23F0" w14:paraId="27B47E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B49A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38A9C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12823</w:t>
            </w:r>
          </w:p>
        </w:tc>
      </w:tr>
      <w:tr w:rsidR="001C47A2" w:rsidRPr="000F23F0" w14:paraId="7EB1EDA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67EA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7A48C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4E740A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F6B1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50CFD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38AE15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C5F2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8FFAC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18119C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F434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09D66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0C70F8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4BCA56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48AF4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41C745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นางสาวจันทิมา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อภัยจิต</w:t>
            </w:r>
          </w:p>
        </w:tc>
      </w:tr>
      <w:tr w:rsidR="001C47A2" w:rsidRPr="000F23F0" w14:paraId="54E410C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42319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719AA6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11322</w:t>
            </w:r>
          </w:p>
        </w:tc>
      </w:tr>
      <w:tr w:rsidR="001C47A2" w:rsidRPr="000F23F0" w14:paraId="3A0647F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C63DB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2DE80B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0A37811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E0485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E839D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DC6F74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E5F7C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0349F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5A0093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508A5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47D51C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78E34F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2FE2F9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927A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F7C6A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นางสาวณัฎฐธิดา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หลอดทอง</w:t>
            </w:r>
          </w:p>
        </w:tc>
      </w:tr>
      <w:tr w:rsidR="001C47A2" w:rsidRPr="000F23F0" w14:paraId="37EDE91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73D7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32971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11360</w:t>
            </w:r>
          </w:p>
        </w:tc>
      </w:tr>
      <w:tr w:rsidR="001C47A2" w:rsidRPr="000F23F0" w14:paraId="146B49F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1463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243F7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1AB4943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0107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98DA9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65225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A7E2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FA133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74D33A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7F0C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D2248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7C47CE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7F8192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0AB8DD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E913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F919F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นางสาวณัทธกาญจน์ ประสงค์</w:t>
            </w:r>
          </w:p>
        </w:tc>
      </w:tr>
      <w:tr w:rsidR="001C47A2" w:rsidRPr="000F23F0" w14:paraId="7FDDD44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6DC8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EA15F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11362</w:t>
            </w:r>
          </w:p>
        </w:tc>
      </w:tr>
      <w:tr w:rsidR="001C47A2" w:rsidRPr="000F23F0" w14:paraId="532E449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C25F4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732CE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64B627E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0B2F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52919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E0190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B26DB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CD121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A528F9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0488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206CF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C5BF2B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17F87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7A51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5A04B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นางสาวนันทนัช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แพงมา</w:t>
            </w:r>
          </w:p>
        </w:tc>
      </w:tr>
      <w:tr w:rsidR="001C47A2" w:rsidRPr="000F23F0" w14:paraId="343BB0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490C2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09521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11364</w:t>
            </w:r>
          </w:p>
        </w:tc>
      </w:tr>
      <w:tr w:rsidR="001C47A2" w:rsidRPr="000F23F0" w14:paraId="4F09549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FA15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51844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31EE7D5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FF20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D8E2A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E9C569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4A90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897477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DD9F94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EB30D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611A4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E3C7BD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120231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1B90B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2F5F7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นางสาวณิชา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เสานางรอง</w:t>
            </w:r>
          </w:p>
        </w:tc>
      </w:tr>
      <w:tr w:rsidR="001C47A2" w:rsidRPr="000F23F0" w14:paraId="4AC26F9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8EF4E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5F9AA5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11441</w:t>
            </w:r>
          </w:p>
        </w:tc>
      </w:tr>
      <w:tr w:rsidR="001C47A2" w:rsidRPr="000F23F0" w14:paraId="6738828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03F46C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68A00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3D0B687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DF512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3DE2B3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DA747F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9B2A8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55EB44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093203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5807E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3D9462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746B5E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5F0C4F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BDC2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0CC3A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นางสาวจอมขวัญ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เบ็ญณรงค์</w:t>
            </w:r>
          </w:p>
        </w:tc>
      </w:tr>
      <w:tr w:rsidR="001C47A2" w:rsidRPr="000F23F0" w14:paraId="7D60535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C119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AF112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11998</w:t>
            </w:r>
          </w:p>
        </w:tc>
      </w:tr>
      <w:tr w:rsidR="001C47A2" w:rsidRPr="000F23F0" w14:paraId="5500D97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6A98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B5B34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7D9D8F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A2A2E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6509C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399F3A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996E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9364F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CC04C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2667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0670F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846DD8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1AD4D63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9D5C2A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7EB9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8943C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นางสาวชญานุช ครุฑคง</w:t>
            </w:r>
          </w:p>
        </w:tc>
      </w:tr>
      <w:tr w:rsidR="001C47A2" w:rsidRPr="000F23F0" w14:paraId="6014C06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89A140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9FF3E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12460</w:t>
            </w:r>
          </w:p>
        </w:tc>
      </w:tr>
      <w:tr w:rsidR="001C47A2" w:rsidRPr="000F23F0" w14:paraId="6BCFF41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2505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2615A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46.00</w:t>
            </w:r>
          </w:p>
        </w:tc>
      </w:tr>
      <w:tr w:rsidR="001C47A2" w:rsidRPr="000F23F0" w14:paraId="7C26EC3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D4AC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0DBD2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DAEAA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C40B58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981A5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435D7C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0DE268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57994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0A433A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DA4149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65D79C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B14F2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นางสาวกณิศา  แสร์ผักแว่น</w:t>
            </w:r>
          </w:p>
        </w:tc>
      </w:tr>
      <w:tr w:rsidR="001C47A2" w:rsidRPr="000F23F0" w14:paraId="04E7A8F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AB791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F5758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12678</w:t>
            </w:r>
          </w:p>
        </w:tc>
      </w:tr>
      <w:tr w:rsidR="001C47A2" w:rsidRPr="000F23F0" w14:paraId="3DEB146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499F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181DC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3B4D207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E7ACA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7B664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B1109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E263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00CED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35CD6BE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7B489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40242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168D4B9" w14:textId="0D094440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0CC5AE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B594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A119D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นางสาวขวัญศิริ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ย่อมไธสง</w:t>
            </w:r>
          </w:p>
        </w:tc>
      </w:tr>
      <w:tr w:rsidR="001C47A2" w:rsidRPr="000F23F0" w14:paraId="3A5EFB3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C838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E1EB0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12679</w:t>
            </w:r>
          </w:p>
        </w:tc>
      </w:tr>
      <w:tr w:rsidR="001C47A2" w:rsidRPr="000F23F0" w14:paraId="47E343A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D7C3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86CFA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6147109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A6D9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00029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61F71F6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E5543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81252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9EE9E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7BB2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484E9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2340C4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633C43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C71E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EE870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นางสาวจรรยพร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บุญทน</w:t>
            </w:r>
          </w:p>
        </w:tc>
      </w:tr>
      <w:tr w:rsidR="001C47A2" w:rsidRPr="000F23F0" w14:paraId="4F7C4B6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FA71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4D7A2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12680</w:t>
            </w:r>
          </w:p>
        </w:tc>
      </w:tr>
      <w:tr w:rsidR="001C47A2" w:rsidRPr="000F23F0" w14:paraId="7674AF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E66BB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6214C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41F2D6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6D13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48233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20BF29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2B89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D3695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4E5D19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6739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623C2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FA593F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E2996E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1EA6C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8E52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AFF5E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นางสาวณิชาภัทร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สีนวล</w:t>
            </w:r>
          </w:p>
        </w:tc>
      </w:tr>
      <w:tr w:rsidR="001C47A2" w:rsidRPr="000F23F0" w14:paraId="57A0747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4EEE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422D7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12681</w:t>
            </w:r>
          </w:p>
        </w:tc>
      </w:tr>
      <w:tr w:rsidR="001C47A2" w:rsidRPr="000F23F0" w14:paraId="130909F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A117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C1454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07FDB8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CD014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5AEA5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9920B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8B12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14B1C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8A4F04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D9EB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D2B13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AA1BC9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58B537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CCB1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CC4D0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นางสาวธัญชนก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ทิพย์มนตรี</w:t>
            </w:r>
          </w:p>
        </w:tc>
      </w:tr>
      <w:tr w:rsidR="001C47A2" w:rsidRPr="000F23F0" w14:paraId="2030EC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0DD3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686E5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12682</w:t>
            </w:r>
          </w:p>
        </w:tc>
      </w:tr>
      <w:tr w:rsidR="001C47A2" w:rsidRPr="000F23F0" w14:paraId="3B06C76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E164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4C8EB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</w:tr>
      <w:tr w:rsidR="001C47A2" w:rsidRPr="000F23F0" w14:paraId="68198D9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E1BCB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B5BB41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B6783C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5A61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16219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FE4E58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3644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5FE17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B471B4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8B9956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E942DC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45ADD4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นางสาวธิดารัตน์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ประวัติวิลัย</w:t>
            </w:r>
          </w:p>
        </w:tc>
      </w:tr>
      <w:tr w:rsidR="001C47A2" w:rsidRPr="000F23F0" w14:paraId="26097C4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2A4AC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267E0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12683</w:t>
            </w:r>
          </w:p>
        </w:tc>
      </w:tr>
      <w:tr w:rsidR="001C47A2" w:rsidRPr="000F23F0" w14:paraId="772A38A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4F26C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732896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259A710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9CC40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BD717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50CCEA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0EE25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3B31EA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C9A9D4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75F80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5D2A1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290454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E09A5D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BF37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9BC0B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นางสาวนภัสสร ภิรมย์นาค</w:t>
            </w:r>
          </w:p>
        </w:tc>
      </w:tr>
      <w:tr w:rsidR="001C47A2" w:rsidRPr="000F23F0" w14:paraId="3D358A5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2C1D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E7081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12684</w:t>
            </w:r>
          </w:p>
        </w:tc>
      </w:tr>
      <w:tr w:rsidR="001C47A2" w:rsidRPr="000F23F0" w14:paraId="0855631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09D1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5C457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1D311A3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C810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C1C85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18ED68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C726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60A3B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38D458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C96E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D9B8D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DB0DEB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55C5BA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892F1A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3431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44FE86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นางสาวพชรมน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กองเพ็ชร</w:t>
            </w:r>
          </w:p>
        </w:tc>
      </w:tr>
      <w:tr w:rsidR="001C47A2" w:rsidRPr="000F23F0" w14:paraId="4AFD51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4DB6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85048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12685</w:t>
            </w:r>
          </w:p>
        </w:tc>
      </w:tr>
      <w:tr w:rsidR="001C47A2" w:rsidRPr="000F23F0" w14:paraId="04E50E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3F839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6A9386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22F6254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71AF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E6AD1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E03399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800F5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7E3821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FECEF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C488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AAB12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FC004E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16C214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88976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72494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นางสาวฟาริดา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ผ่องพรรณ</w:t>
            </w:r>
          </w:p>
        </w:tc>
      </w:tr>
      <w:tr w:rsidR="001C47A2" w:rsidRPr="000F23F0" w14:paraId="6B5266F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46A2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CC48C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12686</w:t>
            </w:r>
          </w:p>
        </w:tc>
      </w:tr>
      <w:tr w:rsidR="001C47A2" w:rsidRPr="000F23F0" w14:paraId="5AECD8F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4480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5F9CA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22.50</w:t>
            </w:r>
          </w:p>
        </w:tc>
      </w:tr>
      <w:tr w:rsidR="001C47A2" w:rsidRPr="000F23F0" w14:paraId="4AFFD88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4BAC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137F6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A5259A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220F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9AF04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E86102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4727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8D56B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825A74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1A1F42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EA8B3A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901B5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นางสาวฟ้าใส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กิติศรีวรพันธุ์</w:t>
            </w:r>
          </w:p>
        </w:tc>
      </w:tr>
      <w:tr w:rsidR="001C47A2" w:rsidRPr="000F23F0" w14:paraId="52E1096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D1F35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71472E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12687</w:t>
            </w:r>
          </w:p>
        </w:tc>
      </w:tr>
      <w:tr w:rsidR="001C47A2" w:rsidRPr="000F23F0" w14:paraId="55C9E17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E3288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13A255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4589379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CDA82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5D3B3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9C81C1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C2680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C162C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51ABF8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CEB14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218C79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E31BC9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CD8E8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1BAE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1F270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นางสาวฟ้าใส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ธงกระโทก</w:t>
            </w:r>
          </w:p>
        </w:tc>
      </w:tr>
      <w:tr w:rsidR="001C47A2" w:rsidRPr="000F23F0" w14:paraId="79EDDB2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4CE5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91587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12688</w:t>
            </w:r>
          </w:p>
        </w:tc>
      </w:tr>
      <w:tr w:rsidR="001C47A2" w:rsidRPr="000F23F0" w14:paraId="47AE398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FE0D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14CBA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</w:tr>
      <w:tr w:rsidR="001C47A2" w:rsidRPr="000F23F0" w14:paraId="4170CB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E0C9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792AF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B276A3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4B7D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E1448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45A507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21FC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CDC8E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7CE12B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7AFD6F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AE4BA6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D659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D4213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นางสาวราตรี หอยสังข์</w:t>
            </w:r>
          </w:p>
        </w:tc>
      </w:tr>
      <w:tr w:rsidR="001C47A2" w:rsidRPr="000F23F0" w14:paraId="5A31FE3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CF93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D5F40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12689</w:t>
            </w:r>
          </w:p>
        </w:tc>
      </w:tr>
      <w:tr w:rsidR="001C47A2" w:rsidRPr="000F23F0" w14:paraId="74C88E8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F292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6D998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</w:tr>
      <w:tr w:rsidR="001C47A2" w:rsidRPr="000F23F0" w14:paraId="71CE12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117E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31CC5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73455D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99867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6BFCD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3C93E30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DCD38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4F881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0785B5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A9FA44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5487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9E5A9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นางสาวรินลณี เต็มใจ</w:t>
            </w:r>
          </w:p>
        </w:tc>
      </w:tr>
      <w:tr w:rsidR="001C47A2" w:rsidRPr="000F23F0" w14:paraId="2F9A031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6D76C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771B0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12690</w:t>
            </w:r>
          </w:p>
        </w:tc>
      </w:tr>
      <w:tr w:rsidR="001C47A2" w:rsidRPr="000F23F0" w14:paraId="39A3085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7490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CDDF2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04631B3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84E1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AD765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43FF2F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1726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81DA4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752AA0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45904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60275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952A57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A58112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8815E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361262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นางสาวเขมิกา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เสาวพันธ์</w:t>
            </w:r>
          </w:p>
        </w:tc>
      </w:tr>
      <w:tr w:rsidR="001C47A2" w:rsidRPr="000F23F0" w14:paraId="287101B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F97A9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855A3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7DB2D7C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25A9B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8FDDA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4B66978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10CD1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3C443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B45125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9D0CE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1A9182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7D3BF2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3DE95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D1F60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159E05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5047AF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0120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64520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</w:tr>
      <w:tr w:rsidR="001C47A2" w:rsidRPr="000F23F0" w14:paraId="6A9ED8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ED82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DBF2F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</w:tr>
      <w:tr w:rsidR="001C47A2" w:rsidRPr="000F23F0" w14:paraId="5DE288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AE9C5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558E1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293A35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AE49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73AE3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02C4FFC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2936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D10A6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41EE156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A94EB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E0F098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5B8E11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09F4DA7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D8E599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A72B8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E1E5A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นายชลกร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กัลโยธิน</w:t>
            </w:r>
          </w:p>
        </w:tc>
      </w:tr>
      <w:tr w:rsidR="001C47A2" w:rsidRPr="000F23F0" w14:paraId="75EC0AB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0FDE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0C4B8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11276</w:t>
            </w:r>
          </w:p>
        </w:tc>
      </w:tr>
      <w:tr w:rsidR="001C47A2" w:rsidRPr="000F23F0" w14:paraId="5ED0BFD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6530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40E2C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009F983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95D97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69BC3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BD1152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9F67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F60B3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FF04A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2579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BC502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06A541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41A13C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2859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8F32D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นายชวัลวิทย์ สุขกูล</w:t>
            </w:r>
          </w:p>
        </w:tc>
      </w:tr>
      <w:tr w:rsidR="001C47A2" w:rsidRPr="000F23F0" w14:paraId="77AE63D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74DA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8F26F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11277</w:t>
            </w:r>
          </w:p>
        </w:tc>
      </w:tr>
      <w:tr w:rsidR="001C47A2" w:rsidRPr="000F23F0" w14:paraId="30834CD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83A07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54C05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3C193C5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2893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7BEC1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C41CDE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2C2F9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D2B96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2943B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853E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9CB2D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BAE42E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E01521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EBBE8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49C10C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นายทิวากร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ล่วงกระโทก</w:t>
            </w:r>
          </w:p>
        </w:tc>
      </w:tr>
      <w:tr w:rsidR="001C47A2" w:rsidRPr="000F23F0" w14:paraId="7615D1C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3B81D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295327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11284</w:t>
            </w:r>
          </w:p>
        </w:tc>
      </w:tr>
      <w:tr w:rsidR="001C47A2" w:rsidRPr="000F23F0" w14:paraId="7E3FC14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E1EF3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4468A9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6E76DC8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EE79B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6560E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42EB94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0F7F2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32B6E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423A72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F866EC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35377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6CF710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E490A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3135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DE3FC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นายศุภกานต์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คนชุม</w:t>
            </w:r>
          </w:p>
        </w:tc>
      </w:tr>
      <w:tr w:rsidR="001C47A2" w:rsidRPr="000F23F0" w14:paraId="3376A38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29E4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92F37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11292</w:t>
            </w:r>
          </w:p>
        </w:tc>
      </w:tr>
      <w:tr w:rsidR="001C47A2" w:rsidRPr="000F23F0" w14:paraId="17750DA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6C9C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6BCE3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41C5649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9A61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D8F69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94A554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AFC2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DD7C2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688E371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B6F0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C38C2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2E3EFC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D7191C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D6784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F1A6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99613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นายสิรวีร์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แดงโชติ</w:t>
            </w:r>
          </w:p>
        </w:tc>
      </w:tr>
      <w:tr w:rsidR="001C47A2" w:rsidRPr="000F23F0" w14:paraId="7471B7D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586A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5F148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11293</w:t>
            </w:r>
          </w:p>
        </w:tc>
      </w:tr>
      <w:tr w:rsidR="001C47A2" w:rsidRPr="000F23F0" w14:paraId="5939474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A71C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AFD79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7E87C12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6FBA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A5AF5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734E9E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09D6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97F64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4338ABF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FEEF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62F64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029B52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193891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17D9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D1173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นายอนิรุตน์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ดีกระโทก</w:t>
            </w:r>
          </w:p>
        </w:tc>
      </w:tr>
      <w:tr w:rsidR="001C47A2" w:rsidRPr="000F23F0" w14:paraId="235ED6A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FEEB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58F3E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11296</w:t>
            </w:r>
          </w:p>
        </w:tc>
      </w:tr>
      <w:tr w:rsidR="001C47A2" w:rsidRPr="000F23F0" w14:paraId="782ED3D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5E7A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B9117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58.00</w:t>
            </w:r>
          </w:p>
        </w:tc>
      </w:tr>
      <w:tr w:rsidR="001C47A2" w:rsidRPr="000F23F0" w14:paraId="3803A37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8107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C0FDF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0445FE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EA212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AAB7F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0BE2BC4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20CD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7686B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45E1A8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8D5905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44130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340116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นายอานนท์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ยิ้มจำนันต์</w:t>
            </w:r>
          </w:p>
        </w:tc>
      </w:tr>
      <w:tr w:rsidR="001C47A2" w:rsidRPr="000F23F0" w14:paraId="6A9D120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40F44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78D050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11298</w:t>
            </w:r>
          </w:p>
        </w:tc>
      </w:tr>
      <w:tr w:rsidR="001C47A2" w:rsidRPr="000F23F0" w14:paraId="5DA559B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6C8FB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7763A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7C3AD31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B7022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07E521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5B7102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7C231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6FFCF1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6644AA1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AF473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3F02B7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33E231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4DEDB0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D561C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21403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นายปารเมศ ปราบสกุล</w:t>
            </w:r>
          </w:p>
        </w:tc>
      </w:tr>
      <w:tr w:rsidR="001C47A2" w:rsidRPr="000F23F0" w14:paraId="3AA34D9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8525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2F70C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11422</w:t>
            </w:r>
          </w:p>
        </w:tc>
      </w:tr>
      <w:tr w:rsidR="001C47A2" w:rsidRPr="000F23F0" w14:paraId="0F1A78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E47D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9C1139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4A8796F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9379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5B6A2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4EEB1A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B7C9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BC523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3731668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22EF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B5356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D37BCB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E4F6044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CC649A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2CFB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6C98A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นายกฤษฎา บุญนาน</w:t>
            </w:r>
          </w:p>
        </w:tc>
      </w:tr>
      <w:tr w:rsidR="001C47A2" w:rsidRPr="000F23F0" w14:paraId="0355CE1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E0417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E00E4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12691</w:t>
            </w:r>
          </w:p>
        </w:tc>
      </w:tr>
      <w:tr w:rsidR="001C47A2" w:rsidRPr="000F23F0" w14:paraId="3B45890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CEE3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4FE4F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6DA50F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A6D8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CC9328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885B98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444E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77AAE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D4378A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2B0C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791BE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078475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E45A12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5639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3F1CC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นายกิตติชัย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อินจันทร์</w:t>
            </w:r>
          </w:p>
        </w:tc>
      </w:tr>
      <w:tr w:rsidR="001C47A2" w:rsidRPr="000F23F0" w14:paraId="2FF350E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4328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B6B56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12692</w:t>
            </w:r>
          </w:p>
        </w:tc>
      </w:tr>
      <w:tr w:rsidR="001C47A2" w:rsidRPr="000F23F0" w14:paraId="337660F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72FF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AC21A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55A7F7B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72E1C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54BBD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1F8E8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7D651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3FD28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22ED49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0EB6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06D0A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99ED6E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8718D5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95A49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27D383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พันครบุรี</w:t>
            </w:r>
          </w:p>
        </w:tc>
      </w:tr>
      <w:tr w:rsidR="001C47A2" w:rsidRPr="000F23F0" w14:paraId="631E6A5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74794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501F7D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12693</w:t>
            </w:r>
          </w:p>
        </w:tc>
      </w:tr>
      <w:tr w:rsidR="001C47A2" w:rsidRPr="000F23F0" w14:paraId="5A4D477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0E394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55BD4D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158BFB6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1BA9A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EC278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F6B0BF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63780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A50F8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F003F3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8B606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A356F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786685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0A73A2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5E9E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B0241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นายคฑาวุฒิ บุญภักดี</w:t>
            </w:r>
          </w:p>
        </w:tc>
      </w:tr>
      <w:tr w:rsidR="001C47A2" w:rsidRPr="000F23F0" w14:paraId="3351687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A6E87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D557A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12694</w:t>
            </w:r>
          </w:p>
        </w:tc>
      </w:tr>
      <w:tr w:rsidR="001C47A2" w:rsidRPr="000F23F0" w14:paraId="3DDF13A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2086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BC55F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3C5BE58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20112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E3D2F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555D4B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8258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F86E6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995386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CE0F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446C2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CA2B14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8769D3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E18610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7962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0D031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นายชยพล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ชุ่มชิด</w:t>
            </w:r>
          </w:p>
        </w:tc>
      </w:tr>
      <w:tr w:rsidR="001C47A2" w:rsidRPr="000F23F0" w14:paraId="4F3BC4A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4F6D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A2818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12695</w:t>
            </w:r>
          </w:p>
        </w:tc>
      </w:tr>
      <w:tr w:rsidR="001C47A2" w:rsidRPr="000F23F0" w14:paraId="3E48293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F555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8CCA7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67A07B2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6175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2E85F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DBFCD7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A29D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38419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11553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3B59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9DEBD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A2ED7E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C50340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1DF8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2E4BD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นายณัฐพงศ์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รักษ์สัตย์</w:t>
            </w:r>
          </w:p>
        </w:tc>
      </w:tr>
      <w:tr w:rsidR="001C47A2" w:rsidRPr="000F23F0" w14:paraId="5D3BC6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E9FD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AC0B0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12696</w:t>
            </w:r>
          </w:p>
        </w:tc>
      </w:tr>
      <w:tr w:rsidR="001C47A2" w:rsidRPr="000F23F0" w14:paraId="58E224A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4DCF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92C70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59E7943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A5A5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BD8DE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6CEB91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2E01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40DF7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75095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A00D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E427A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98D782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25DC52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4FF42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3F9A02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ศรีงามเมือง</w:t>
            </w:r>
          </w:p>
        </w:tc>
      </w:tr>
      <w:tr w:rsidR="001C47A2" w:rsidRPr="000F23F0" w14:paraId="7349622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2616A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5E36B1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12697</w:t>
            </w:r>
          </w:p>
        </w:tc>
      </w:tr>
      <w:tr w:rsidR="001C47A2" w:rsidRPr="000F23F0" w14:paraId="2D4968D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14744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62AA6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1597F6B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44784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6AE3E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28264C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1E1C5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4D6FBB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AAF27F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F6127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7D3CA5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C9DF72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16BFC0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1EFE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72715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นายธนกฤต ชัยดี</w:t>
            </w:r>
          </w:p>
        </w:tc>
      </w:tr>
      <w:tr w:rsidR="001C47A2" w:rsidRPr="000F23F0" w14:paraId="5C124A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B1B2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A2442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12698</w:t>
            </w:r>
          </w:p>
        </w:tc>
      </w:tr>
      <w:tr w:rsidR="001C47A2" w:rsidRPr="000F23F0" w14:paraId="029508D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B414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B8684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4122055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804B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6E097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DC7150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329D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DDC0C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4A3C17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7DAF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5CBC0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942C8F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2240BBD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5DE94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BE315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1CFA4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นายธนพัฒน์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สีม่วงงาม</w:t>
            </w:r>
          </w:p>
        </w:tc>
      </w:tr>
      <w:tr w:rsidR="001C47A2" w:rsidRPr="000F23F0" w14:paraId="7D7C669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FDA3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B6ADB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12699</w:t>
            </w:r>
          </w:p>
        </w:tc>
      </w:tr>
      <w:tr w:rsidR="001C47A2" w:rsidRPr="000F23F0" w14:paraId="0A69A30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7921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A145E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0B7045E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9FBF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87F6C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9DB642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D3780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53FC0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DD898D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9D24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7A130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96CF89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16405F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8A0D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F2675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นายธนาพล ชัยวัฒน์</w:t>
            </w:r>
          </w:p>
        </w:tc>
      </w:tr>
      <w:tr w:rsidR="001C47A2" w:rsidRPr="000F23F0" w14:paraId="4A6CFE5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4614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C8C38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12700</w:t>
            </w:r>
          </w:p>
        </w:tc>
      </w:tr>
      <w:tr w:rsidR="001C47A2" w:rsidRPr="000F23F0" w14:paraId="6F797A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6674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F886A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50EE02F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5015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55174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F97704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F3F8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B999F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87D6D8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BC13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D4844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EDF2E0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54ED6A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B3443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F1BB7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นายธีรสิทธิ์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อ่อนนิภา</w:t>
            </w:r>
          </w:p>
        </w:tc>
      </w:tr>
      <w:tr w:rsidR="001C47A2" w:rsidRPr="000F23F0" w14:paraId="5F68F7B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C8D52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4A6D5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12701</w:t>
            </w:r>
          </w:p>
        </w:tc>
      </w:tr>
      <w:tr w:rsidR="001C47A2" w:rsidRPr="000F23F0" w14:paraId="2E946B2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8F386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1184CC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7271D2F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EDEC6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37108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2751B9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3B7CC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D2F81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C76066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1B159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5BD02D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6E0066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2314E8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62F3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E20FA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นายภณวัจน์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ป้อมจันอัด</w:t>
            </w:r>
          </w:p>
        </w:tc>
      </w:tr>
      <w:tr w:rsidR="001C47A2" w:rsidRPr="000F23F0" w14:paraId="65DBE51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89E3F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A053C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12702</w:t>
            </w:r>
          </w:p>
        </w:tc>
      </w:tr>
      <w:tr w:rsidR="001C47A2" w:rsidRPr="000F23F0" w14:paraId="10D4DBF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F00D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74799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5A216C9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063F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7C4F6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C3F81C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503C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422F5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B248B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6326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5C53F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3F812D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EF8CCFA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5DDC0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DC76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9AB90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นายมงคลชัย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ราชรินทร์</w:t>
            </w:r>
          </w:p>
        </w:tc>
      </w:tr>
      <w:tr w:rsidR="001C47A2" w:rsidRPr="000F23F0" w14:paraId="346B97A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39DC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1CB04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12703</w:t>
            </w:r>
          </w:p>
        </w:tc>
      </w:tr>
      <w:tr w:rsidR="001C47A2" w:rsidRPr="000F23F0" w14:paraId="08D3CD3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EA688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5C45A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14.00</w:t>
            </w:r>
          </w:p>
        </w:tc>
      </w:tr>
      <w:tr w:rsidR="001C47A2" w:rsidRPr="000F23F0" w14:paraId="787272A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0755F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1D0F5C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EC14D8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A4EE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752CE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EF441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C7B0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FC04A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B94738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24B75E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921F7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711D5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นายรัฐภูมิ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กลิ่นตั้น</w:t>
            </w:r>
          </w:p>
        </w:tc>
      </w:tr>
      <w:tr w:rsidR="001C47A2" w:rsidRPr="000F23F0" w14:paraId="30FF29B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F6BF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C1DDE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12704</w:t>
            </w:r>
          </w:p>
        </w:tc>
      </w:tr>
      <w:tr w:rsidR="001C47A2" w:rsidRPr="000F23F0" w14:paraId="40DF3A5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F0C4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AB9B1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3A9DF23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CDC3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6D37E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DB9D7D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8616F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D0A43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05A15BA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9AB9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3CB9F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07EEEB4" w14:textId="5A2AF22B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06B5F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986C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29670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นายราเชน กุลศักดิ์</w:t>
            </w:r>
          </w:p>
        </w:tc>
      </w:tr>
      <w:tr w:rsidR="001C47A2" w:rsidRPr="000F23F0" w14:paraId="3970CBC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294C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55BAF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12705</w:t>
            </w:r>
          </w:p>
        </w:tc>
      </w:tr>
      <w:tr w:rsidR="001C47A2" w:rsidRPr="000F23F0" w14:paraId="40CAD58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45A7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645DA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3259054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06D72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1DC0F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6DF8FA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2D0C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73427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2106C8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9755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DB273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B20BC6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F7D6B4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E8A6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53C90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นายวรัญญู มารทัศน์</w:t>
            </w:r>
          </w:p>
        </w:tc>
      </w:tr>
      <w:tr w:rsidR="001C47A2" w:rsidRPr="000F23F0" w14:paraId="414FF23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8980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B0607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12706</w:t>
            </w:r>
          </w:p>
        </w:tc>
      </w:tr>
      <w:tr w:rsidR="001C47A2" w:rsidRPr="000F23F0" w14:paraId="070190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0D1A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8CCE1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51EA327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167D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3D0F2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34E2D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9F59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C2ADC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6BCC9C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26F3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65786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395A2F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E99EF78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84F98B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848D3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22B0A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นายศรายุทธ วิสัยบูลย์</w:t>
            </w:r>
          </w:p>
        </w:tc>
      </w:tr>
      <w:tr w:rsidR="001C47A2" w:rsidRPr="000F23F0" w14:paraId="3BDE3C6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A284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5BAD7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12707</w:t>
            </w:r>
          </w:p>
        </w:tc>
      </w:tr>
      <w:tr w:rsidR="001C47A2" w:rsidRPr="000F23F0" w14:paraId="3CE0DEC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BF3D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EA00B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4F6AE2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D04D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73AA2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BE6CD9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897E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FC88D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A4A216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69F3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BBC85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8F0AE7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25CC8B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628F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4378E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นายสุรเชษฐ์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ฉิมกลางดอน</w:t>
            </w:r>
          </w:p>
        </w:tc>
      </w:tr>
      <w:tr w:rsidR="001C47A2" w:rsidRPr="000F23F0" w14:paraId="3336385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8D13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B28B1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12708</w:t>
            </w:r>
          </w:p>
        </w:tc>
      </w:tr>
      <w:tr w:rsidR="001C47A2" w:rsidRPr="000F23F0" w14:paraId="1A07D60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1CDF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8B59A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390CCF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AB40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9DD47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D35B47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B8A88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CA5BC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E7F973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58C8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905CC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FD9B06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08837C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B039D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4ADF4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นายอานนท์ วันศุกร์</w:t>
            </w:r>
          </w:p>
        </w:tc>
      </w:tr>
      <w:tr w:rsidR="001C47A2" w:rsidRPr="000F23F0" w14:paraId="6910E13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4D15A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E817F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12709</w:t>
            </w:r>
          </w:p>
        </w:tc>
      </w:tr>
      <w:tr w:rsidR="001C47A2" w:rsidRPr="000F23F0" w14:paraId="2EC6DCF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79D03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6DAD5C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0E626B5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E1883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D7576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34CF13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0BD32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54000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614341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9CEB6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A395F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01E235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C12250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3F0F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1502E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นายกตัญญู ชูรัตน์</w:t>
            </w:r>
          </w:p>
        </w:tc>
      </w:tr>
      <w:tr w:rsidR="001C47A2" w:rsidRPr="000F23F0" w14:paraId="192C331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243D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C5A8E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4D9753B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B0AF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83C55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35007C4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73BA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FB530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24802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EAD3D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72A06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24AF5E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88D3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F1E8E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0C8F7A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8D2E111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226164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1149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B4FDE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นายวีรภัทร ทองแดง</w:t>
            </w:r>
          </w:p>
        </w:tc>
      </w:tr>
      <w:tr w:rsidR="001C47A2" w:rsidRPr="000F23F0" w14:paraId="22F8D77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A32B3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62ACC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269D711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6EB2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4CA0E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20ECB4D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097E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44E0A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256421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E33F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FFF5B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A77FF9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326A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31F7F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89555A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1ADE78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40446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31A43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นางสาวกมลวรรณ สุสุข</w:t>
            </w:r>
          </w:p>
        </w:tc>
      </w:tr>
      <w:tr w:rsidR="001C47A2" w:rsidRPr="000F23F0" w14:paraId="358A420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989B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49865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11319</w:t>
            </w:r>
          </w:p>
        </w:tc>
      </w:tr>
      <w:tr w:rsidR="001C47A2" w:rsidRPr="000F23F0" w14:paraId="59132BB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1320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CD52C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7289973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8126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8AC3C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2F8777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7C06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80E98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11312A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0CBD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0C999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3C059C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0D2CA0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5FDE3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81A37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นางสาวสมิตา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บุตรเกิด</w:t>
            </w:r>
          </w:p>
        </w:tc>
      </w:tr>
      <w:tr w:rsidR="001C47A2" w:rsidRPr="000F23F0" w14:paraId="2405D7B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19D879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368BC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11409</w:t>
            </w:r>
          </w:p>
        </w:tc>
      </w:tr>
      <w:tr w:rsidR="001C47A2" w:rsidRPr="000F23F0" w14:paraId="5979252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F3060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4DEEB3E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678917B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793EAE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0A7FC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566203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16057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380E3D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8FA654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9EFAF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4B2DD9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90CA10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B93FA5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8B29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9B263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นางสาวกมลเนตร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ทัดกลาง</w:t>
            </w:r>
          </w:p>
        </w:tc>
      </w:tr>
      <w:tr w:rsidR="001C47A2" w:rsidRPr="000F23F0" w14:paraId="68C4897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F77D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F89E9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12710</w:t>
            </w:r>
          </w:p>
        </w:tc>
      </w:tr>
      <w:tr w:rsidR="001C47A2" w:rsidRPr="000F23F0" w14:paraId="17F9349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DB8E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FFE40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6BD474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634C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285A3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06BC1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9044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9A52A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437D00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D8EC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CF9BF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C359ED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01CBF88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271C3B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EC9B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50CAD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นางสาวญานิน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รอดอารี</w:t>
            </w:r>
          </w:p>
        </w:tc>
      </w:tr>
      <w:tr w:rsidR="001C47A2" w:rsidRPr="000F23F0" w14:paraId="1F7845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6E02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46B32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12711</w:t>
            </w:r>
          </w:p>
        </w:tc>
      </w:tr>
      <w:tr w:rsidR="001C47A2" w:rsidRPr="000F23F0" w14:paraId="77C28A2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FEA6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B3B94A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63BD7A9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3A0E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74817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70E81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147C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7FCC4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65331B0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28E42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68E1E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4A017E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E30CC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C112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5E0DA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นางสาวณิชกานต์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ทวีพูน</w:t>
            </w:r>
          </w:p>
        </w:tc>
      </w:tr>
      <w:tr w:rsidR="001C47A2" w:rsidRPr="000F23F0" w14:paraId="5A6C9A2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11A70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E4A7B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12712</w:t>
            </w:r>
          </w:p>
        </w:tc>
      </w:tr>
      <w:tr w:rsidR="001C47A2" w:rsidRPr="000F23F0" w14:paraId="443E263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6270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272AC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3EA824B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4CE3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3B1FF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8AD87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9481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33523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69B4A5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3F14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2F69B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22D778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488131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80757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CB706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นางสาวปภานัน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มั่นอุ่นทะวงศ์</w:t>
            </w:r>
          </w:p>
        </w:tc>
      </w:tr>
      <w:tr w:rsidR="001C47A2" w:rsidRPr="000F23F0" w14:paraId="7C15B55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351E1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7358AA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12713</w:t>
            </w:r>
          </w:p>
        </w:tc>
      </w:tr>
      <w:tr w:rsidR="001C47A2" w:rsidRPr="000F23F0" w14:paraId="16448C0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7DB72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68B8D8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</w:tr>
      <w:tr w:rsidR="001C47A2" w:rsidRPr="000F23F0" w14:paraId="6A906EF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EBC38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5D0E9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0BD67C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1FF22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73DB57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3CEB4D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D42D7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486132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BFCD42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E6C685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D62D4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36CC2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นางสาววราลี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ฮ้อยพรมมา</w:t>
            </w:r>
          </w:p>
        </w:tc>
      </w:tr>
      <w:tr w:rsidR="001C47A2" w:rsidRPr="000F23F0" w14:paraId="258B0F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EC35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3DA37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12714</w:t>
            </w:r>
          </w:p>
        </w:tc>
      </w:tr>
      <w:tr w:rsidR="001C47A2" w:rsidRPr="000F23F0" w14:paraId="5CFBCC7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D21F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2009F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1EE915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E049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16F89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1CB13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EECC9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CE895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2A29A0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CA81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1CFC0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9F2311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B522448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6D0E75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46D1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CE777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นางสาวสุพัตรา จันดา</w:t>
            </w:r>
          </w:p>
        </w:tc>
      </w:tr>
      <w:tr w:rsidR="001C47A2" w:rsidRPr="000F23F0" w14:paraId="0F8AE3B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4754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6914E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12715</w:t>
            </w:r>
          </w:p>
        </w:tc>
      </w:tr>
      <w:tr w:rsidR="001C47A2" w:rsidRPr="000F23F0" w14:paraId="1201E2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4F2A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E2F27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3F6DCE3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D5356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137A9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E4CE7B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8C06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0F411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D80AA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618F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4D86A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C090B6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90A763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06E4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D79E9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นางสาวสุพิชฌา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เชื่อมโคกสูง</w:t>
            </w:r>
          </w:p>
        </w:tc>
      </w:tr>
      <w:tr w:rsidR="001C47A2" w:rsidRPr="000F23F0" w14:paraId="06E5496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6637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95EDA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12716</w:t>
            </w:r>
          </w:p>
        </w:tc>
      </w:tr>
      <w:tr w:rsidR="001C47A2" w:rsidRPr="000F23F0" w14:paraId="7C56A6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3E49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19716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67072D1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4B30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68E2A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674A4B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58F4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4AEF1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786DCB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E067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2FD39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BCE5E3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9575FD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83CFD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6C9DE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นางสาวสุริยาพร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หรื่เรไร</w:t>
            </w:r>
          </w:p>
        </w:tc>
      </w:tr>
      <w:tr w:rsidR="001C47A2" w:rsidRPr="000F23F0" w14:paraId="7043711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805EA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75F26C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12717</w:t>
            </w:r>
          </w:p>
        </w:tc>
      </w:tr>
      <w:tr w:rsidR="001C47A2" w:rsidRPr="000F23F0" w14:paraId="64C335B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6559FA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7DDB65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7CE7CF1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FF0BD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1A548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F5AAC2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400C3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C45DD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66BBD47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48C4F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15C2A1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ED3C9C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8F43D3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DF1AA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B1829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นางสาวอรนิต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ดิษฐ์สูงเนิน</w:t>
            </w:r>
          </w:p>
        </w:tc>
      </w:tr>
      <w:tr w:rsidR="001C47A2" w:rsidRPr="000F23F0" w14:paraId="75C7639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DE53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82530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12718</w:t>
            </w:r>
          </w:p>
        </w:tc>
      </w:tr>
      <w:tr w:rsidR="001C47A2" w:rsidRPr="000F23F0" w14:paraId="588BBD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4435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CD1D2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12.00</w:t>
            </w:r>
          </w:p>
        </w:tc>
      </w:tr>
      <w:tr w:rsidR="001C47A2" w:rsidRPr="000F23F0" w14:paraId="1E556C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E111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C79F9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C09FD0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39DE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D1CFC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DCB980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3E05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46BFC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695302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465CEB7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07C99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B82E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4D528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</w:tr>
      <w:tr w:rsidR="001C47A2" w:rsidRPr="000F23F0" w14:paraId="0E351E7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0709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41254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</w:tr>
      <w:tr w:rsidR="001C47A2" w:rsidRPr="000F23F0" w14:paraId="3753337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DE91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379EB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0F281D5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EA8A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9DC2F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6CEAD2D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0FAAF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C232F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56EC7C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A7DE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E1A02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97E833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E86737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7DEF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B62F6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 จีรวัฒน์  พลสุภี</w:t>
            </w:r>
          </w:p>
        </w:tc>
      </w:tr>
      <w:tr w:rsidR="001C47A2" w:rsidRPr="000F23F0" w14:paraId="3DC965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088A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DA8BF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11241</w:t>
            </w:r>
          </w:p>
        </w:tc>
      </w:tr>
      <w:tr w:rsidR="001C47A2" w:rsidRPr="000F23F0" w14:paraId="743086A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4F90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15F68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6B14618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4AB39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7C3BC1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3ACF54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EE4C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BF366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BCD3B8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4A9F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2E525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B715ED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6F42FC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4109D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0C709A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 พีรพัฒน์ กาญจนะ</w:t>
            </w:r>
          </w:p>
        </w:tc>
      </w:tr>
      <w:tr w:rsidR="001C47A2" w:rsidRPr="000F23F0" w14:paraId="0353E44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0DA53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2BC0D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11427</w:t>
            </w:r>
          </w:p>
        </w:tc>
      </w:tr>
      <w:tr w:rsidR="001C47A2" w:rsidRPr="000F23F0" w14:paraId="33FE1EB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46A38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A002E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78B41EB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6ED0F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3F88A8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5D4074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10A6C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77EBA2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23375F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226EB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3A296C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B42337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495146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5BC49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354BA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นายเสริมทรัพย์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กลิ่นบุหงา</w:t>
            </w:r>
          </w:p>
        </w:tc>
      </w:tr>
      <w:tr w:rsidR="001C47A2" w:rsidRPr="000F23F0" w14:paraId="2F41AA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3BC3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DB8A2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11395</w:t>
            </w:r>
          </w:p>
        </w:tc>
      </w:tr>
      <w:tr w:rsidR="001C47A2" w:rsidRPr="000F23F0" w14:paraId="69B52B9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4947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74554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</w:tr>
      <w:tr w:rsidR="001C47A2" w:rsidRPr="000F23F0" w14:paraId="1CCC559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6562F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36ECD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BF70A6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5FC97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64C66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F14202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5617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4DF21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22197E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DCCA9A4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DF12F9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94F2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0162E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 กิตติศักดิ์ เพิ่มพูน</w:t>
            </w:r>
          </w:p>
        </w:tc>
      </w:tr>
      <w:tr w:rsidR="001C47A2" w:rsidRPr="000F23F0" w14:paraId="339677F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BC8F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4CC7A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12719</w:t>
            </w:r>
          </w:p>
        </w:tc>
      </w:tr>
      <w:tr w:rsidR="001C47A2" w:rsidRPr="000F23F0" w14:paraId="2C92DD5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8488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D8042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3B4B62B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4191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371AEC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4DDD23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16A6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DEEFF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8A0C69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D63F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254C1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AF0583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963CF4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7608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83F8F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นายอดิศร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คงสนิทพะเนาว์</w:t>
            </w:r>
          </w:p>
        </w:tc>
      </w:tr>
      <w:tr w:rsidR="001C47A2" w:rsidRPr="000F23F0" w14:paraId="0ACFB70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1346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F82DF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12720</w:t>
            </w:r>
          </w:p>
        </w:tc>
      </w:tr>
      <w:tr w:rsidR="001C47A2" w:rsidRPr="000F23F0" w14:paraId="18611C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AC4F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67097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55.00</w:t>
            </w:r>
          </w:p>
        </w:tc>
      </w:tr>
      <w:tr w:rsidR="001C47A2" w:rsidRPr="000F23F0" w14:paraId="089392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914D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14B80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6C9FE63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72F6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558D9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05D8065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4EE7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71403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CC5A018" w14:textId="3A9CD3D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C319D1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9BB1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3F294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นายอธิป  ผันดอนดู่</w:t>
            </w:r>
          </w:p>
        </w:tc>
      </w:tr>
      <w:tr w:rsidR="001C47A2" w:rsidRPr="000F23F0" w14:paraId="71C954D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664E3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7891A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12721</w:t>
            </w:r>
          </w:p>
        </w:tc>
      </w:tr>
      <w:tr w:rsidR="001C47A2" w:rsidRPr="000F23F0" w14:paraId="31C64CE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C8C7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8A7A0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62.50</w:t>
            </w:r>
          </w:p>
        </w:tc>
      </w:tr>
      <w:tr w:rsidR="001C47A2" w:rsidRPr="000F23F0" w14:paraId="795365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824A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467B3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994C3E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5A76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C86C7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3209B8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B2C16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55EDB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4FA866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B3C676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02A5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2831E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จิรภิญญา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ทรัพย์มา</w:t>
            </w:r>
          </w:p>
        </w:tc>
      </w:tr>
      <w:tr w:rsidR="001C47A2" w:rsidRPr="000F23F0" w14:paraId="2F984F7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56C5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6D976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11248</w:t>
            </w:r>
          </w:p>
        </w:tc>
      </w:tr>
      <w:tr w:rsidR="001C47A2" w:rsidRPr="000F23F0" w14:paraId="1E84969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2DEA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97953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37BA9C2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90E1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42558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C55D97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0483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1307D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7D2A01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8571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E7209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653DD0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A5262FA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7610F5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ABF5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0E5B5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ชนัญชิดา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พิมพ์บึง</w:t>
            </w:r>
          </w:p>
        </w:tc>
      </w:tr>
      <w:tr w:rsidR="001C47A2" w:rsidRPr="000F23F0" w14:paraId="253CA39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9765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80DD1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11249</w:t>
            </w:r>
          </w:p>
        </w:tc>
      </w:tr>
      <w:tr w:rsidR="001C47A2" w:rsidRPr="000F23F0" w14:paraId="29F257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5D57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2044C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50.00</w:t>
            </w:r>
          </w:p>
        </w:tc>
      </w:tr>
      <w:tr w:rsidR="001C47A2" w:rsidRPr="000F23F0" w14:paraId="470D20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00F6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CEACE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26296C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9899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24093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B44331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B3E2B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B18A3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2690D5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F0809D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3192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FD024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ญาดาวดี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บูรณะ</w:t>
            </w:r>
          </w:p>
        </w:tc>
      </w:tr>
      <w:tr w:rsidR="001C47A2" w:rsidRPr="000F23F0" w14:paraId="7873312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6D77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C88D5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11251</w:t>
            </w:r>
          </w:p>
        </w:tc>
      </w:tr>
      <w:tr w:rsidR="001C47A2" w:rsidRPr="000F23F0" w14:paraId="17DC4A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3121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5D643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</w:tr>
      <w:tr w:rsidR="001C47A2" w:rsidRPr="000F23F0" w14:paraId="2F635E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1B38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460C4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C716FF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20C5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E43DC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4B6A15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6E0D6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A867E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D5969F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E2E6D7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D445C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2AC7C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ณัฏฐณิชา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ชัยคุปต์</w:t>
            </w:r>
          </w:p>
        </w:tc>
      </w:tr>
      <w:tr w:rsidR="001C47A2" w:rsidRPr="000F23F0" w14:paraId="43FAEBF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62B32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524F36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11252</w:t>
            </w:r>
          </w:p>
        </w:tc>
      </w:tr>
      <w:tr w:rsidR="001C47A2" w:rsidRPr="000F23F0" w14:paraId="6738EC1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C3BB3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695E71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45.00</w:t>
            </w:r>
          </w:p>
        </w:tc>
      </w:tr>
      <w:tr w:rsidR="001C47A2" w:rsidRPr="000F23F0" w14:paraId="7774C1C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DC65C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0DC5C7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6B3977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53B07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549A83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A936B0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2C6CB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4F8774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47D0FF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5EA2B9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CDAEB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58477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นันท์นภัส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เถาพุทรา</w:t>
            </w:r>
          </w:p>
        </w:tc>
      </w:tr>
      <w:tr w:rsidR="001C47A2" w:rsidRPr="000F23F0" w14:paraId="1527B8E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9821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E44EC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11253</w:t>
            </w:r>
          </w:p>
        </w:tc>
      </w:tr>
      <w:tr w:rsidR="001C47A2" w:rsidRPr="000F23F0" w14:paraId="65CB2A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EC45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63762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</w:tr>
      <w:tr w:rsidR="001C47A2" w:rsidRPr="000F23F0" w14:paraId="6F9CEFE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2C8A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DBD3B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D160B7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AD4D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D8547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B90CAC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C3A7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A00CB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CC05F0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B0B746D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DEE2CE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7E59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736D7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นิชา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เกตุยศ</w:t>
            </w:r>
          </w:p>
        </w:tc>
      </w:tr>
      <w:tr w:rsidR="001C47A2" w:rsidRPr="000F23F0" w14:paraId="7F88A7E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53DF0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44393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11255</w:t>
            </w:r>
          </w:p>
        </w:tc>
      </w:tr>
      <w:tr w:rsidR="001C47A2" w:rsidRPr="000F23F0" w14:paraId="5841B8F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9E6A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058C3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0E0E40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C6224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C17F4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ECA8CE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DCE3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C02B4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ECCBE6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B8BC7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C7C7C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FB07D7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18E8A0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C9D2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9AA33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นางสาวศิรัญญา บุพลับ</w:t>
            </w:r>
          </w:p>
        </w:tc>
      </w:tr>
      <w:tr w:rsidR="001C47A2" w:rsidRPr="000F23F0" w14:paraId="075C214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45254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56FA6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11266</w:t>
            </w:r>
          </w:p>
        </w:tc>
      </w:tr>
      <w:tr w:rsidR="001C47A2" w:rsidRPr="000F23F0" w14:paraId="5A267E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74CC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FCA97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55.00</w:t>
            </w:r>
          </w:p>
        </w:tc>
      </w:tr>
      <w:tr w:rsidR="001C47A2" w:rsidRPr="000F23F0" w14:paraId="14F1A73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D998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3BAEB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5175B4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A7E9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5AB3B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E5F911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154C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832C2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34EEE5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9408DE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94E89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74F9410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นางสาวสิริวิมล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ประวัติวิไล</w:t>
            </w:r>
          </w:p>
        </w:tc>
      </w:tr>
      <w:tr w:rsidR="001C47A2" w:rsidRPr="000F23F0" w14:paraId="58DCA2C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C8F86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91DD76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11269</w:t>
            </w:r>
          </w:p>
        </w:tc>
      </w:tr>
      <w:tr w:rsidR="001C47A2" w:rsidRPr="000F23F0" w14:paraId="7F88D55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35E17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6BBAFD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47.50</w:t>
            </w:r>
          </w:p>
        </w:tc>
      </w:tr>
      <w:tr w:rsidR="001C47A2" w:rsidRPr="000F23F0" w14:paraId="6277178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F6D83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676D2D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4A2829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DCEB7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4E68C6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BEDE19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9781D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00787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FF4A94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916557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0F35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A7BC3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บัณฑิตา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มิตรผักแว่น</w:t>
            </w:r>
          </w:p>
        </w:tc>
      </w:tr>
      <w:tr w:rsidR="001C47A2" w:rsidRPr="000F23F0" w14:paraId="4E4902C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D9C8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5EA72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11328</w:t>
            </w:r>
          </w:p>
        </w:tc>
      </w:tr>
      <w:tr w:rsidR="001C47A2" w:rsidRPr="000F23F0" w14:paraId="1F34175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FCB4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6A2D0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52.50</w:t>
            </w:r>
          </w:p>
        </w:tc>
      </w:tr>
      <w:tr w:rsidR="001C47A2" w:rsidRPr="000F23F0" w14:paraId="059297B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6F2E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04A83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6FBBA8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D302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125EC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23E2CC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3010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8E5C8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649EAB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CBDA547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950FB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7A5C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B49CD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ชรินทร์ทิพย์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แผ้วพลสง</w:t>
            </w:r>
          </w:p>
        </w:tc>
      </w:tr>
      <w:tr w:rsidR="001C47A2" w:rsidRPr="000F23F0" w14:paraId="6F6368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DFB4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B246C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11399</w:t>
            </w:r>
          </w:p>
        </w:tc>
      </w:tr>
      <w:tr w:rsidR="001C47A2" w:rsidRPr="000F23F0" w14:paraId="0EFD93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9F91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B9F07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290448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22F7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57232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9FBB91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6B85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BFAA7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451124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8F9CA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1E334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536AD5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A876D6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DA4DF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919B6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นางสาวเปรมจิรา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มุ่งเปลี่ยนกลาง</w:t>
            </w:r>
          </w:p>
        </w:tc>
      </w:tr>
      <w:tr w:rsidR="001C47A2" w:rsidRPr="000F23F0" w14:paraId="6AE3ECF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7DF85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3AC0F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11404</w:t>
            </w:r>
          </w:p>
        </w:tc>
      </w:tr>
      <w:tr w:rsidR="001C47A2" w:rsidRPr="000F23F0" w14:paraId="4C64A5C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05D7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C2397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45.00</w:t>
            </w:r>
          </w:p>
        </w:tc>
      </w:tr>
      <w:tr w:rsidR="001C47A2" w:rsidRPr="000F23F0" w14:paraId="0BB6C30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38A7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48920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8FF824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655A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43CBB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7E00E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3576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70AE4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991812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3B0C39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9204A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6D5D0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นางสาวสิรินยา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ศรีพรม</w:t>
            </w:r>
          </w:p>
        </w:tc>
      </w:tr>
      <w:tr w:rsidR="001C47A2" w:rsidRPr="000F23F0" w14:paraId="5563B58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F4D61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769536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11410</w:t>
            </w:r>
          </w:p>
        </w:tc>
      </w:tr>
      <w:tr w:rsidR="001C47A2" w:rsidRPr="000F23F0" w14:paraId="3B3B30F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D36F2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700998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36718D3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8D2D2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AD0C7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4C579A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D42B6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434DA5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B7C0AC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6D89C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F03AFC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0B6AD9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CDADE7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B2E5B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C72D8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นางสาวสุนิตษา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คลังกูล</w:t>
            </w:r>
          </w:p>
        </w:tc>
      </w:tr>
      <w:tr w:rsidR="001C47A2" w:rsidRPr="000F23F0" w14:paraId="3A7691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95E2C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82910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11411</w:t>
            </w:r>
          </w:p>
        </w:tc>
      </w:tr>
      <w:tr w:rsidR="001C47A2" w:rsidRPr="000F23F0" w14:paraId="493F25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A818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8AEE9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6AB452A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69898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71138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91FD25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D345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E1E3D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86BF97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D4CE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30EC3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14E7EB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B60BBBA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11CF3E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0EA8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26B15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นางสาวเปมิกา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เฉลิมปิติภัทร</w:t>
            </w:r>
          </w:p>
        </w:tc>
      </w:tr>
      <w:tr w:rsidR="001C47A2" w:rsidRPr="000F23F0" w14:paraId="659205D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C4CE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F3168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11443</w:t>
            </w:r>
          </w:p>
        </w:tc>
      </w:tr>
      <w:tr w:rsidR="001C47A2" w:rsidRPr="000F23F0" w14:paraId="434FDDA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DF6CB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FDB18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45.00</w:t>
            </w:r>
          </w:p>
        </w:tc>
      </w:tr>
      <w:tr w:rsidR="001C47A2" w:rsidRPr="000F23F0" w14:paraId="6B5114A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F719E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7AA4CC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EEE7DD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9370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36183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E38D93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E5D95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74933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5F2A64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D59255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E166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A1406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นางสาวภัทรมล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สิงห์ขร</w:t>
            </w:r>
          </w:p>
        </w:tc>
      </w:tr>
      <w:tr w:rsidR="001C47A2" w:rsidRPr="000F23F0" w14:paraId="14620CE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F9F2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2E4F3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11446</w:t>
            </w:r>
          </w:p>
        </w:tc>
      </w:tr>
      <w:tr w:rsidR="001C47A2" w:rsidRPr="000F23F0" w14:paraId="08699F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09699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C8B55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47.50</w:t>
            </w:r>
          </w:p>
        </w:tc>
      </w:tr>
      <w:tr w:rsidR="001C47A2" w:rsidRPr="000F23F0" w14:paraId="459B2D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1EB5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02564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90785F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D352D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C2B02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02DB08D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ABA4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3E13C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ADA41C1" w14:textId="46403475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49B56D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1957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146CF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กนกนิกา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สีกระสัง</w:t>
            </w:r>
          </w:p>
        </w:tc>
      </w:tr>
      <w:tr w:rsidR="001C47A2" w:rsidRPr="000F23F0" w14:paraId="1F2DC91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5FCB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4201E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12722</w:t>
            </w:r>
          </w:p>
        </w:tc>
      </w:tr>
      <w:tr w:rsidR="001C47A2" w:rsidRPr="000F23F0" w14:paraId="7A3328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87D9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89FEC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</w:tr>
      <w:tr w:rsidR="001C47A2" w:rsidRPr="000F23F0" w14:paraId="32D9C52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A1AC8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06522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397EE5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76CC8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351C8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A90E2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9E8E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BDD79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361169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0D15A4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EAD9E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59D5B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กมลรัตน์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พงษ์วิเศษ</w:t>
            </w:r>
          </w:p>
        </w:tc>
      </w:tr>
      <w:tr w:rsidR="001C47A2" w:rsidRPr="000F23F0" w14:paraId="33BA70D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A8021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0929D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12723</w:t>
            </w:r>
          </w:p>
        </w:tc>
      </w:tr>
      <w:tr w:rsidR="001C47A2" w:rsidRPr="000F23F0" w14:paraId="1F3467B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87DAC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0DFA7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19E5F8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7AC8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96885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41A07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6F1A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F503B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17A64F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A7CB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13CB8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F8017A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2017EC76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1CB6F3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D724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899DD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จิรัตสุดา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บุญประสาท</w:t>
            </w:r>
          </w:p>
        </w:tc>
      </w:tr>
      <w:tr w:rsidR="001C47A2" w:rsidRPr="000F23F0" w14:paraId="469094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76A3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66CCA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12724</w:t>
            </w:r>
          </w:p>
        </w:tc>
      </w:tr>
      <w:tr w:rsidR="001C47A2" w:rsidRPr="000F23F0" w14:paraId="751BBD5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B08B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6DE9C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</w:tr>
      <w:tr w:rsidR="001C47A2" w:rsidRPr="000F23F0" w14:paraId="73272D4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3CEC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039C4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254EE1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0051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445BC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E0E4E8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3FFE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514E7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5E6CEA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F7C7F2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92DF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797A4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ชุติกาญจน์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ใจหยุด</w:t>
            </w:r>
          </w:p>
        </w:tc>
      </w:tr>
      <w:tr w:rsidR="001C47A2" w:rsidRPr="000F23F0" w14:paraId="3D123C7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27CA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FA376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12725</w:t>
            </w:r>
          </w:p>
        </w:tc>
      </w:tr>
      <w:tr w:rsidR="001C47A2" w:rsidRPr="000F23F0" w14:paraId="1484A5D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A77E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7A5F3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11D2055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DB70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06EB2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292B78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2472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E3C83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ED779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98133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226A0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B62CE7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21CD72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63248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20984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 ญาณิศา ปรือปรัก</w:t>
            </w:r>
          </w:p>
        </w:tc>
      </w:tr>
      <w:tr w:rsidR="001C47A2" w:rsidRPr="000F23F0" w14:paraId="7C2D504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77685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58DEF3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12726</w:t>
            </w:r>
          </w:p>
        </w:tc>
      </w:tr>
      <w:tr w:rsidR="001C47A2" w:rsidRPr="000F23F0" w14:paraId="172F748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16E5A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186B0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</w:tr>
      <w:tr w:rsidR="001C47A2" w:rsidRPr="000F23F0" w14:paraId="5659B22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29623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4CC8D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392887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A13BD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7246DC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FC26D4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789C9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C01E5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0E72CE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76E48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B1D0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389C5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ณัฐพร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ชุมนุมชาติ</w:t>
            </w:r>
          </w:p>
        </w:tc>
      </w:tr>
      <w:tr w:rsidR="001C47A2" w:rsidRPr="000F23F0" w14:paraId="4A04CC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CF2D3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AAA80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12727</w:t>
            </w:r>
          </w:p>
        </w:tc>
      </w:tr>
      <w:tr w:rsidR="001C47A2" w:rsidRPr="000F23F0" w14:paraId="16271B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51384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8D7B4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</w:tr>
      <w:tr w:rsidR="001C47A2" w:rsidRPr="000F23F0" w14:paraId="6D59D7C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4A73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43CD8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1C5F93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B7E0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B2DA9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411634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2F7B7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45821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A1AB52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DA42D2C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514CD6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E65DD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4FFD1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ธัญญาพร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พนาลักษณ์</w:t>
            </w:r>
          </w:p>
        </w:tc>
      </w:tr>
      <w:tr w:rsidR="001C47A2" w:rsidRPr="000F23F0" w14:paraId="5C14023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18C1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2B8F1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12728</w:t>
            </w:r>
          </w:p>
        </w:tc>
      </w:tr>
      <w:tr w:rsidR="001C47A2" w:rsidRPr="000F23F0" w14:paraId="5A349B6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6A634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127AD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</w:tr>
      <w:tr w:rsidR="001C47A2" w:rsidRPr="000F23F0" w14:paraId="7D620EC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3B1E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A0F05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91BBA7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5DD30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190BF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B5007C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7CC9B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F758A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847AF2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F37C4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17D5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A7395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ธิชากรณ์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รังพงษ์</w:t>
            </w:r>
          </w:p>
        </w:tc>
      </w:tr>
      <w:tr w:rsidR="001C47A2" w:rsidRPr="000F23F0" w14:paraId="5C17820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6ABC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ED1A7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12729</w:t>
            </w:r>
          </w:p>
        </w:tc>
      </w:tr>
      <w:tr w:rsidR="001C47A2" w:rsidRPr="000F23F0" w14:paraId="010C01E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E350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78128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</w:tr>
      <w:tr w:rsidR="001C47A2" w:rsidRPr="000F23F0" w14:paraId="3A0D206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B129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B968F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457655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A030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070D9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5719F9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D6C5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571AF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303469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A39345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0633C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A0A5A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นารีรัตน์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ใจศิลป์</w:t>
            </w:r>
          </w:p>
        </w:tc>
      </w:tr>
      <w:tr w:rsidR="001C47A2" w:rsidRPr="000F23F0" w14:paraId="3643B50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F9AD5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22085F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12730</w:t>
            </w:r>
          </w:p>
        </w:tc>
      </w:tr>
      <w:tr w:rsidR="001C47A2" w:rsidRPr="000F23F0" w14:paraId="0684E86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E854C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AC72F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561B99F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3D3FE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66D360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1BEA68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BEF94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311F88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B48BB6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A0888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2475EE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049C57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D49EE5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2953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17FC2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ปิยดา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อัมพรประภา</w:t>
            </w:r>
          </w:p>
        </w:tc>
      </w:tr>
      <w:tr w:rsidR="001C47A2" w:rsidRPr="000F23F0" w14:paraId="56308A5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848D1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C8C87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12731</w:t>
            </w:r>
          </w:p>
        </w:tc>
      </w:tr>
      <w:tr w:rsidR="001C47A2" w:rsidRPr="000F23F0" w14:paraId="691E64E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3809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3DF50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3D4623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12E2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59341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4E9573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BA79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AD3A8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385445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C2CD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A53FF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A9B1D3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BBD7504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FCDAE0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E3EFB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14B46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นางสาวพรกนก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เทพเนาว์</w:t>
            </w:r>
          </w:p>
        </w:tc>
      </w:tr>
      <w:tr w:rsidR="001C47A2" w:rsidRPr="000F23F0" w14:paraId="43952E9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997D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B5DAB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12732</w:t>
            </w:r>
          </w:p>
        </w:tc>
      </w:tr>
      <w:tr w:rsidR="001C47A2" w:rsidRPr="000F23F0" w14:paraId="41F705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2943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30F6D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</w:tr>
      <w:tr w:rsidR="001C47A2" w:rsidRPr="000F23F0" w14:paraId="53805B4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8EE1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07FD7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4FFE3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E3BD0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7B6A5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A4EBD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CF26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10FE8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9D896D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4F798D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1FB8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CF242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นางสาวพิราวรรณ เผือกไร</w:t>
            </w:r>
          </w:p>
        </w:tc>
      </w:tr>
      <w:tr w:rsidR="001C47A2" w:rsidRPr="000F23F0" w14:paraId="77C17B6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AF48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48C5C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12733</w:t>
            </w:r>
          </w:p>
        </w:tc>
      </w:tr>
      <w:tr w:rsidR="001C47A2" w:rsidRPr="000F23F0" w14:paraId="0DDB39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A85A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9A444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</w:tr>
      <w:tr w:rsidR="001C47A2" w:rsidRPr="000F23F0" w14:paraId="66FB93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2A32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3E017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BF3C0B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C4A76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FC3F75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EA05BD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135AB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30B2B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8F02AE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270765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BD418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32B69B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นางสาวภัทรนันท์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รักษาอินทร์</w:t>
            </w:r>
          </w:p>
        </w:tc>
      </w:tr>
      <w:tr w:rsidR="001C47A2" w:rsidRPr="000F23F0" w14:paraId="49F2660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F78EF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6D8CB4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12734</w:t>
            </w:r>
          </w:p>
        </w:tc>
      </w:tr>
      <w:tr w:rsidR="001C47A2" w:rsidRPr="000F23F0" w14:paraId="300A2BC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3410F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220835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42C5D37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13F3B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1E329C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0F9B01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A4F3E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D17B1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7A50DA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5E42E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7DD9CD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208EEF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BF7D4A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C488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DAB9EC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นางสาวสิรินทิพย์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โชคมหาสมบัติ</w:t>
            </w:r>
          </w:p>
        </w:tc>
      </w:tr>
      <w:tr w:rsidR="001C47A2" w:rsidRPr="000F23F0" w14:paraId="340E74A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A5A4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69CAF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12735</w:t>
            </w:r>
          </w:p>
        </w:tc>
      </w:tr>
      <w:tr w:rsidR="001C47A2" w:rsidRPr="000F23F0" w14:paraId="57C5FE8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9DC4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4832F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</w:tr>
      <w:tr w:rsidR="001C47A2" w:rsidRPr="000F23F0" w14:paraId="6C61E17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C2B4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59626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6CDC71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1294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DE073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BF6EC5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5C82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AF7B5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AD66B4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2EDD4A5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012A4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A78FD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EB490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นางสาวสุภาพร  จำปาทอง</w:t>
            </w:r>
          </w:p>
        </w:tc>
      </w:tr>
      <w:tr w:rsidR="001C47A2" w:rsidRPr="000F23F0" w14:paraId="7B37BE9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3B2B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6EFDE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12736</w:t>
            </w:r>
          </w:p>
        </w:tc>
      </w:tr>
      <w:tr w:rsidR="001C47A2" w:rsidRPr="000F23F0" w14:paraId="4FDF772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97D5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FDB6C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10E14B6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EB9D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C1306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6FBA30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16CB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B7D0A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FDBF58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AB39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9DB5F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468409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0A1253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E83ED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6337F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นางสาวสุรภา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นอนา</w:t>
            </w:r>
          </w:p>
        </w:tc>
      </w:tr>
      <w:tr w:rsidR="001C47A2" w:rsidRPr="000F23F0" w14:paraId="770EF8F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1DEE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45EE1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12737</w:t>
            </w:r>
          </w:p>
        </w:tc>
      </w:tr>
      <w:tr w:rsidR="001C47A2" w:rsidRPr="000F23F0" w14:paraId="24F21E1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7167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D9129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42.50</w:t>
            </w:r>
          </w:p>
        </w:tc>
      </w:tr>
      <w:tr w:rsidR="001C47A2" w:rsidRPr="000F23F0" w14:paraId="2617CA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7A40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7F968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8418A5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B8C0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FCEB6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236529D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661B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93438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B0366E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504298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2F513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2EFB2D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นางสาวหนึ่งฤทัย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สืบสุข</w:t>
            </w:r>
          </w:p>
        </w:tc>
      </w:tr>
      <w:tr w:rsidR="001C47A2" w:rsidRPr="000F23F0" w14:paraId="23DE486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BBAC1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6952C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12738</w:t>
            </w:r>
          </w:p>
        </w:tc>
      </w:tr>
      <w:tr w:rsidR="001C47A2" w:rsidRPr="000F23F0" w14:paraId="049BB94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18B58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79D1E7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</w:tr>
      <w:tr w:rsidR="001C47A2" w:rsidRPr="000F23F0" w14:paraId="5250A97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51F6A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0141BF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FA3276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B8245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4FA95E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6542EA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12ACE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23E97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68EC02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9E0E94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6F19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A4526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นางสาวอริญลดา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ทิพย์อักษร</w:t>
            </w:r>
          </w:p>
        </w:tc>
      </w:tr>
      <w:tr w:rsidR="001C47A2" w:rsidRPr="000F23F0" w14:paraId="674CACD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636C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53C59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12739</w:t>
            </w:r>
          </w:p>
        </w:tc>
      </w:tr>
      <w:tr w:rsidR="001C47A2" w:rsidRPr="000F23F0" w14:paraId="0C3A5D2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8F78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20F33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1FBD56C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61477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A32F3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A707F7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B7D8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10150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09FD49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D5E3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093C9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EAB715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2289B5A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DBD7C3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ADCD0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42801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</w:tr>
      <w:tr w:rsidR="001C47A2" w:rsidRPr="000F23F0" w14:paraId="3AD51B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52DC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ADBBC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</w:tr>
      <w:tr w:rsidR="001C47A2" w:rsidRPr="000F23F0" w14:paraId="7B4901A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7C1D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07B75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5962003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D214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86583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6ADFC5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AFEE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B5FF2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538E040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A4A7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8C75E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A3D0A3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5CB568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BD7DA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A8A46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นายกิตติพันธ์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เทพเนาว์</w:t>
            </w:r>
          </w:p>
        </w:tc>
      </w:tr>
      <w:tr w:rsidR="001C47A2" w:rsidRPr="000F23F0" w14:paraId="216F568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C459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BB8F3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11240</w:t>
            </w:r>
          </w:p>
        </w:tc>
      </w:tr>
      <w:tr w:rsidR="001C47A2" w:rsidRPr="000F23F0" w14:paraId="38C301D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5811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8ACD0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131952F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2A5E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076A8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AFF4D8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8F89C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6A60A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B0F41B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4DAC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1D031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35A0C2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7E10E9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86365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2828FF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นายจิรพฤทธิ์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ฉิมมาลี</w:t>
            </w:r>
          </w:p>
        </w:tc>
      </w:tr>
      <w:tr w:rsidR="001C47A2" w:rsidRPr="000F23F0" w14:paraId="19FB627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FFA1B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58F3BF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11274</w:t>
            </w:r>
          </w:p>
        </w:tc>
      </w:tr>
      <w:tr w:rsidR="001C47A2" w:rsidRPr="000F23F0" w14:paraId="333EDFC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BFD65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233E97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6EEEB48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E1CA7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C47F0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F54469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69186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7E676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A2B8CC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F246B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34ADD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3C4E54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2EDE04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9C51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EE6AF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นายจิรพัฒน์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ยิ่งได้ชม</w:t>
            </w:r>
          </w:p>
        </w:tc>
      </w:tr>
      <w:tr w:rsidR="001C47A2" w:rsidRPr="000F23F0" w14:paraId="280AF3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C2D8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FE9D1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11275</w:t>
            </w:r>
          </w:p>
        </w:tc>
      </w:tr>
      <w:tr w:rsidR="001C47A2" w:rsidRPr="000F23F0" w14:paraId="5718D03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2E75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C62D8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4566AD8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DF891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3EF7B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CAC1F7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1BC6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7888D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A021D0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40C52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9D7E1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E1F912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C1013ED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AACBB8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D962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1B729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นายนราวิชญ์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ศิริสวัสดิ์</w:t>
            </w:r>
          </w:p>
        </w:tc>
      </w:tr>
      <w:tr w:rsidR="001C47A2" w:rsidRPr="000F23F0" w14:paraId="322E9D2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A395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1AA02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11346</w:t>
            </w:r>
          </w:p>
        </w:tc>
      </w:tr>
      <w:tr w:rsidR="001C47A2" w:rsidRPr="000F23F0" w14:paraId="36C49AB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5095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B8134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6349662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70B1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15E21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277B55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DFED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6AE29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186706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7522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9B861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D93C0A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E6B557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5232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468AAC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นายทักษิณ เครือบคนโท</w:t>
            </w:r>
          </w:p>
        </w:tc>
      </w:tr>
      <w:tr w:rsidR="001C47A2" w:rsidRPr="000F23F0" w14:paraId="0FAE5A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6BA04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94AA5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11381</w:t>
            </w:r>
          </w:p>
        </w:tc>
      </w:tr>
      <w:tr w:rsidR="001C47A2" w:rsidRPr="000F23F0" w14:paraId="17EBA6F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DA72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D5BDA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6B243E6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715A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5A0212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03C35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7A53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7ECBD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C706EA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E6F39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71CF1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0522A0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03CC54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32127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9E34E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นายธวัชชัย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คงกำเนิด</w:t>
            </w:r>
          </w:p>
        </w:tc>
      </w:tr>
      <w:tr w:rsidR="001C47A2" w:rsidRPr="000F23F0" w14:paraId="021F0D5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6686C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2F0587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11384</w:t>
            </w:r>
          </w:p>
        </w:tc>
      </w:tr>
      <w:tr w:rsidR="001C47A2" w:rsidRPr="000F23F0" w14:paraId="14A66D0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C4F3CC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6DAD8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7FD7F14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FB0BF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AA38F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C3D5B9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A4FB0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7E2FD6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F9BC4C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8EF36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7C1152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5D8DB7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A0EBFC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6912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8E5FC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นายสุรบดินทร์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ธรรมสูตร</w:t>
            </w:r>
          </w:p>
        </w:tc>
      </w:tr>
      <w:tr w:rsidR="001C47A2" w:rsidRPr="000F23F0" w14:paraId="021211F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DFAF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A5AA25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11393</w:t>
            </w:r>
          </w:p>
        </w:tc>
      </w:tr>
      <w:tr w:rsidR="001C47A2" w:rsidRPr="000F23F0" w14:paraId="60B5C97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46D8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AE365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32.50</w:t>
            </w:r>
          </w:p>
        </w:tc>
      </w:tr>
      <w:tr w:rsidR="001C47A2" w:rsidRPr="000F23F0" w14:paraId="64D0C9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FEDF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4DD9C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CEA830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C1C6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CE3DE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6E4417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BB198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72EBB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DB0078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51CF68B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63BE0C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2B17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7201E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นายปุณญวิชญ์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ฤทธิบูรณ์</w:t>
            </w:r>
          </w:p>
        </w:tc>
      </w:tr>
      <w:tr w:rsidR="001C47A2" w:rsidRPr="000F23F0" w14:paraId="5149E4A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2A8D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57AC0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11423</w:t>
            </w:r>
          </w:p>
        </w:tc>
      </w:tr>
      <w:tr w:rsidR="001C47A2" w:rsidRPr="000F23F0" w14:paraId="60F2AFE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AD6A0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6EA98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64D05E1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5212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C8C13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731F42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B630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06BEB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9AC373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6F74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8D9E1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ECE819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891EAA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4F0EA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AF29D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นายครวัฐ กู้เกียรติศักดิ์</w:t>
            </w:r>
          </w:p>
        </w:tc>
      </w:tr>
      <w:tr w:rsidR="001C47A2" w:rsidRPr="000F23F0" w14:paraId="4006803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E311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21BCF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12740</w:t>
            </w:r>
          </w:p>
        </w:tc>
      </w:tr>
      <w:tr w:rsidR="001C47A2" w:rsidRPr="000F23F0" w14:paraId="05BE6C9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7182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195AA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2C81ACA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5817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F91EE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5FD385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C90E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D49DF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4D50B6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66B7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5A8B9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C2250C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D83608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E9EC5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C1B47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นายจิรวิทย์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คงนอก</w:t>
            </w:r>
          </w:p>
        </w:tc>
      </w:tr>
      <w:tr w:rsidR="001C47A2" w:rsidRPr="000F23F0" w14:paraId="26E8761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41BCC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976A0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12741</w:t>
            </w:r>
          </w:p>
        </w:tc>
      </w:tr>
      <w:tr w:rsidR="001C47A2" w:rsidRPr="000F23F0" w14:paraId="65CDC35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F06FA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9CF03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551B4D8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1CBCE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2B356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8D447D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379A5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3CC97D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3EA30B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2D506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159FA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A5CEBD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67010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D0C3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8DDF7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นายณัฐวัตร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ผลกอง</w:t>
            </w:r>
          </w:p>
        </w:tc>
      </w:tr>
      <w:tr w:rsidR="001C47A2" w:rsidRPr="000F23F0" w14:paraId="335D345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427E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60D9D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12742</w:t>
            </w:r>
          </w:p>
        </w:tc>
      </w:tr>
      <w:tr w:rsidR="001C47A2" w:rsidRPr="000F23F0" w14:paraId="3A019A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ACD9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71FCC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0E8342B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A962C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E4314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8BC753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CA237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64463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B60252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0E9A17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DE313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27F4F0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19074F9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2DA069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84B5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63FA6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นายธนกฤต กลิ่นหวล</w:t>
            </w:r>
          </w:p>
        </w:tc>
      </w:tr>
      <w:tr w:rsidR="001C47A2" w:rsidRPr="000F23F0" w14:paraId="100FD07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3AEB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C6F2C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12743</w:t>
            </w:r>
          </w:p>
        </w:tc>
      </w:tr>
      <w:tr w:rsidR="001C47A2" w:rsidRPr="000F23F0" w14:paraId="14A074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BE27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EFE16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533B487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AAF5B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466B5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C311F9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5730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FDE3F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ADCFD1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967B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F00C0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AE750D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D0B754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1667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182412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นายสกุลศึก วิเชียร</w:t>
            </w:r>
          </w:p>
        </w:tc>
      </w:tr>
      <w:tr w:rsidR="001C47A2" w:rsidRPr="000F23F0" w14:paraId="7362A2E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9DF5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5E168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12744</w:t>
            </w:r>
          </w:p>
        </w:tc>
      </w:tr>
      <w:tr w:rsidR="001C47A2" w:rsidRPr="000F23F0" w14:paraId="0165BDB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1057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FF4E7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18.00</w:t>
            </w:r>
          </w:p>
        </w:tc>
      </w:tr>
      <w:tr w:rsidR="001C47A2" w:rsidRPr="000F23F0" w14:paraId="619571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2CB7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983D5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3AE7B2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3B41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55833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C6706D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B6DB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D00A2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192EF02" w14:textId="06851D16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2CAFB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E811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E0437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นายอัครพงศ์ ทองคำ</w:t>
            </w:r>
          </w:p>
        </w:tc>
      </w:tr>
      <w:tr w:rsidR="001C47A2" w:rsidRPr="000F23F0" w14:paraId="06C56CD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1335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BF1CF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12745</w:t>
            </w:r>
          </w:p>
        </w:tc>
      </w:tr>
      <w:tr w:rsidR="001C47A2" w:rsidRPr="000F23F0" w14:paraId="5B2F7EE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ED37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D6FF5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0823E8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2434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FEF3D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497E2A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9396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CF741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0937F8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DFDC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411F9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58FA31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EE6B0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6FEB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AAECC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จีรภัทร์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ทวีพูน</w:t>
            </w:r>
          </w:p>
        </w:tc>
      </w:tr>
      <w:tr w:rsidR="001C47A2" w:rsidRPr="000F23F0" w14:paraId="310BBAC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09F1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F7906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11324</w:t>
            </w:r>
          </w:p>
        </w:tc>
      </w:tr>
      <w:tr w:rsidR="001C47A2" w:rsidRPr="000F23F0" w14:paraId="74DA46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08D7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02E21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48FFD34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BCEB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E9A1A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212AE3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59C4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3E3B7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259BFB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B1A4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6FFE7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81D305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2D4576A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346879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2A673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0C727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นางสาวรินรดา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วรรณคีรี</w:t>
            </w:r>
          </w:p>
        </w:tc>
      </w:tr>
      <w:tr w:rsidR="001C47A2" w:rsidRPr="000F23F0" w14:paraId="059C42B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CBE3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FDCD3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11331</w:t>
            </w:r>
          </w:p>
        </w:tc>
      </w:tr>
      <w:tr w:rsidR="001C47A2" w:rsidRPr="000F23F0" w14:paraId="6992617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B893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20A8B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18.00</w:t>
            </w:r>
          </w:p>
        </w:tc>
      </w:tr>
      <w:tr w:rsidR="001C47A2" w:rsidRPr="000F23F0" w14:paraId="0F5956F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B18F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9CB17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FD4A92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6B18C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4A16C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924203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6952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F8DAC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9F57AC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74E124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7434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A0D32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 ณัฐธิดา ประวรรณ</w:t>
            </w:r>
          </w:p>
        </w:tc>
      </w:tr>
      <w:tr w:rsidR="001C47A2" w:rsidRPr="000F23F0" w14:paraId="0316AD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20E5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E0864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11361</w:t>
            </w:r>
          </w:p>
        </w:tc>
      </w:tr>
      <w:tr w:rsidR="001C47A2" w:rsidRPr="000F23F0" w14:paraId="45532A3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10A98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2453D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3CDDAD8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8828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C7CDA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DDE5BA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572B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E25DE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EF8E06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66F57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8772C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CC5B22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2D1287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FF564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42462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นางสาวธิดาภา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โอดรัมย์</w:t>
            </w:r>
          </w:p>
        </w:tc>
      </w:tr>
      <w:tr w:rsidR="001C47A2" w:rsidRPr="000F23F0" w14:paraId="3CABCFA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D0B38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29582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11363</w:t>
            </w:r>
          </w:p>
        </w:tc>
      </w:tr>
      <w:tr w:rsidR="001C47A2" w:rsidRPr="000F23F0" w14:paraId="62E034E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64AB8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1BA34D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171C912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E5B99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B0C6F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5F6346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DF961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30F1D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F89B33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1446C5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58FC3B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0ADF3C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5EB460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C6D80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FE457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นางสาวพิชชานันท์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แขรัมย์</w:t>
            </w:r>
          </w:p>
        </w:tc>
      </w:tr>
      <w:tr w:rsidR="001C47A2" w:rsidRPr="000F23F0" w14:paraId="688931E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EAC4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288E3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11370</w:t>
            </w:r>
          </w:p>
        </w:tc>
      </w:tr>
      <w:tr w:rsidR="001C47A2" w:rsidRPr="000F23F0" w14:paraId="50A9D0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4D11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1A3B6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583CB96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B5CD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289B6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505926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A1B3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27F9F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875711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CE94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D134C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C816B4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BFD8BC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E888A2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E793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7060F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นางสาวอรอมล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ทองประภา</w:t>
            </w:r>
          </w:p>
        </w:tc>
      </w:tr>
      <w:tr w:rsidR="001C47A2" w:rsidRPr="000F23F0" w14:paraId="2828805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29B2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5A223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11376</w:t>
            </w:r>
          </w:p>
        </w:tc>
      </w:tr>
      <w:tr w:rsidR="001C47A2" w:rsidRPr="000F23F0" w14:paraId="2534598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D188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573C4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77E06A7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5C26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E344FA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D9DBDD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607A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B52AC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B47BA3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788B7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2EBCD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9C0986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746FEB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CA32A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A9669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ธัญญพัทธ์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โชติกลาง</w:t>
            </w:r>
          </w:p>
        </w:tc>
      </w:tr>
      <w:tr w:rsidR="001C47A2" w:rsidRPr="000F23F0" w14:paraId="0A448D6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A590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F938A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11403</w:t>
            </w:r>
          </w:p>
        </w:tc>
      </w:tr>
      <w:tr w:rsidR="001C47A2" w:rsidRPr="000F23F0" w14:paraId="30E6EEB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F12E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996FF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5E1B54F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60CB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A6FCD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26FD5D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96E2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C7EAA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05262A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6B2B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57ABA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BF99BEE" w14:textId="5667C444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CF1BF7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DFB3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DFCF9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นางสาววชิรญาณ์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ประประโคน</w:t>
            </w:r>
          </w:p>
        </w:tc>
      </w:tr>
      <w:tr w:rsidR="001C47A2" w:rsidRPr="000F23F0" w14:paraId="5B82D4C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14B4E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110C5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11406</w:t>
            </w:r>
          </w:p>
        </w:tc>
      </w:tr>
      <w:tr w:rsidR="001C47A2" w:rsidRPr="000F23F0" w14:paraId="65B9D1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2979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32A38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789AB89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9A28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91653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B869CD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A86B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2225E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FC146A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63C75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86402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4C0B0E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2D1AE5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4ED9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EEB456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นางสาวสุภัทชาดา มากชุมแสง</w:t>
            </w:r>
          </w:p>
        </w:tc>
      </w:tr>
      <w:tr w:rsidR="001C47A2" w:rsidRPr="000F23F0" w14:paraId="695BDD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1B50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FE543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11412</w:t>
            </w:r>
          </w:p>
        </w:tc>
      </w:tr>
      <w:tr w:rsidR="001C47A2" w:rsidRPr="000F23F0" w14:paraId="4B45848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456AF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C9BAC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11C8D62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F9B1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A134E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800A09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CBBA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2D106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E9829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B1E11C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B9C19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E711FB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4DA339A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349923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FA74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050B5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นางสาวอรธิมา โต่นวุธ</w:t>
            </w:r>
          </w:p>
        </w:tc>
      </w:tr>
      <w:tr w:rsidR="001C47A2" w:rsidRPr="000F23F0" w14:paraId="55DDDB4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7C11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AB892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11414</w:t>
            </w:r>
          </w:p>
        </w:tc>
      </w:tr>
      <w:tr w:rsidR="001C47A2" w:rsidRPr="000F23F0" w14:paraId="68C5421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B31A3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A494A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293E5FF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869D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1446E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4CB3D9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8F40A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53747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F2D3D0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05F4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387E3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58BA46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B9A3BD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2F53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791B3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นางสาวสุพัตตรา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บุญรอดดวง</w:t>
            </w:r>
          </w:p>
        </w:tc>
      </w:tr>
      <w:tr w:rsidR="001C47A2" w:rsidRPr="000F23F0" w14:paraId="210A1C1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F59C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786FF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11996</w:t>
            </w:r>
          </w:p>
        </w:tc>
      </w:tr>
      <w:tr w:rsidR="001C47A2" w:rsidRPr="000F23F0" w14:paraId="66E5055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BE516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E97F6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5F61AAF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0A00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9C681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22A1B7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0E7AA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2953B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0E7ACA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6D83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85787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2D6FD8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BB2CF6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A748B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416D9E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จิดาภา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เหลือสืบพันธ์</w:t>
            </w:r>
          </w:p>
        </w:tc>
      </w:tr>
      <w:tr w:rsidR="001C47A2" w:rsidRPr="000F23F0" w14:paraId="7068AD0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5CC9E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35ED6C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12746</w:t>
            </w:r>
          </w:p>
        </w:tc>
      </w:tr>
      <w:tr w:rsidR="001C47A2" w:rsidRPr="000F23F0" w14:paraId="64C4148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AC23A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84F49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64E5241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153AA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1D2F3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E2F9C6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5A661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1AF32D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2167E9C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38F2F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272A6B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A810F9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0DBC4B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404E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207D0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ธัญรัตน์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แก้ววัฒถา</w:t>
            </w:r>
          </w:p>
        </w:tc>
      </w:tr>
      <w:tr w:rsidR="001C47A2" w:rsidRPr="000F23F0" w14:paraId="7AFC9D3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15C5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04465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12747</w:t>
            </w:r>
          </w:p>
        </w:tc>
      </w:tr>
      <w:tr w:rsidR="001C47A2" w:rsidRPr="000F23F0" w14:paraId="1776428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2765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A764D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2327A4C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E279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14F88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5FC85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E920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49F7F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4F130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8D67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2D087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3DC34E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1E6FB5C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135FD4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459F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B0BDD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นางสาวบังอร ท่ากลาง</w:t>
            </w:r>
          </w:p>
        </w:tc>
      </w:tr>
      <w:tr w:rsidR="001C47A2" w:rsidRPr="000F23F0" w14:paraId="50D4A0E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42AE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C270A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12748</w:t>
            </w:r>
          </w:p>
        </w:tc>
      </w:tr>
      <w:tr w:rsidR="001C47A2" w:rsidRPr="000F23F0" w14:paraId="05DB958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2EDA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892E1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14.00</w:t>
            </w:r>
          </w:p>
        </w:tc>
      </w:tr>
      <w:tr w:rsidR="001C47A2" w:rsidRPr="000F23F0" w14:paraId="3D40B03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0359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F9F4C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206BCD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B555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8AD0E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AAABEE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86E5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D31CD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36B8CB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E541DA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0179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39F38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นางสาวปริฉัตร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อิสระวงค์</w:t>
            </w:r>
          </w:p>
        </w:tc>
      </w:tr>
      <w:tr w:rsidR="001C47A2" w:rsidRPr="000F23F0" w14:paraId="1D976EE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02FE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9E051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12749</w:t>
            </w:r>
          </w:p>
        </w:tc>
      </w:tr>
      <w:tr w:rsidR="001C47A2" w:rsidRPr="000F23F0" w14:paraId="1A5BE3A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86BD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D25B3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1918A3E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38E8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C3DC7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D785FE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5384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C1C1C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EB5129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048F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FF615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397531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5F2BE2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46150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45117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นางสาวปาริชาติ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แฉล้มชาติ</w:t>
            </w:r>
          </w:p>
        </w:tc>
      </w:tr>
      <w:tr w:rsidR="001C47A2" w:rsidRPr="000F23F0" w14:paraId="136BABF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C7525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53312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12750</w:t>
            </w:r>
          </w:p>
        </w:tc>
      </w:tr>
      <w:tr w:rsidR="001C47A2" w:rsidRPr="000F23F0" w14:paraId="18B05A9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4B187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49AD4E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</w:tr>
      <w:tr w:rsidR="001C47A2" w:rsidRPr="000F23F0" w14:paraId="7152128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08FB2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63CAAC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4BBB4F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49D71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570BA4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9D3BED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01A14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3817E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B4E685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496DB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A06EB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6981C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นางสาวพิชนิกา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รวมใหม่</w:t>
            </w:r>
          </w:p>
        </w:tc>
      </w:tr>
      <w:tr w:rsidR="001C47A2" w:rsidRPr="000F23F0" w14:paraId="74E1774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74E8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1FF29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12751</w:t>
            </w:r>
          </w:p>
        </w:tc>
      </w:tr>
      <w:tr w:rsidR="001C47A2" w:rsidRPr="000F23F0" w14:paraId="1D50CA1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AA7B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F4320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59CE2B7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661F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BC183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BFC8A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6683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8E09D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7D95D6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5613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B402B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8E0F70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2972CE98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19B61A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6C76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0066D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นางสาวพิมพ์ทอง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แสนเดช</w:t>
            </w:r>
          </w:p>
        </w:tc>
      </w:tr>
      <w:tr w:rsidR="001C47A2" w:rsidRPr="000F23F0" w14:paraId="3CCED7B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FD75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680F8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12752</w:t>
            </w:r>
          </w:p>
        </w:tc>
      </w:tr>
      <w:tr w:rsidR="001C47A2" w:rsidRPr="000F23F0" w14:paraId="44A938A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63717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A867E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573119A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F02E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B3D3B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54D8BE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B260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32A35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53CC6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FDA8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035A6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78AED8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8122D8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C8588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BF9C5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นางสาววาริน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โต๊ะยะบุตร</w:t>
            </w:r>
          </w:p>
        </w:tc>
      </w:tr>
      <w:tr w:rsidR="001C47A2" w:rsidRPr="000F23F0" w14:paraId="4052E81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C6879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F000F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12753</w:t>
            </w:r>
          </w:p>
        </w:tc>
      </w:tr>
      <w:tr w:rsidR="001C47A2" w:rsidRPr="000F23F0" w14:paraId="57DDBE8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9FBE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66410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18.00</w:t>
            </w:r>
          </w:p>
        </w:tc>
      </w:tr>
      <w:tr w:rsidR="001C47A2" w:rsidRPr="000F23F0" w14:paraId="436D1AA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E358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CC317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236B2A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A368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6E74B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F212BB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6F5E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688F4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697308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9D62B1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7F16E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742851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นางสาวสิรินดา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ปัดภัย</w:t>
            </w:r>
          </w:p>
        </w:tc>
      </w:tr>
      <w:tr w:rsidR="001C47A2" w:rsidRPr="000F23F0" w14:paraId="5FD5E3D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840E0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2BE088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12754</w:t>
            </w:r>
          </w:p>
        </w:tc>
      </w:tr>
      <w:tr w:rsidR="001C47A2" w:rsidRPr="000F23F0" w14:paraId="28AB848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B91BA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10A1C2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</w:tr>
      <w:tr w:rsidR="001C47A2" w:rsidRPr="000F23F0" w14:paraId="10F7622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70898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FDE5F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3FF6E27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D7E1D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6A4A50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E9D356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D5A3F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A3497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015538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1D046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324F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E327C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นางสาวสุพรรษา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อังกาพเพชร</w:t>
            </w:r>
          </w:p>
        </w:tc>
      </w:tr>
      <w:tr w:rsidR="001C47A2" w:rsidRPr="000F23F0" w14:paraId="298168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E1AED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A1097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12755</w:t>
            </w:r>
          </w:p>
        </w:tc>
      </w:tr>
      <w:tr w:rsidR="001C47A2" w:rsidRPr="000F23F0" w14:paraId="5DFBAF6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85AA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6F2DC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23CFABE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B83D1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B096E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1E5EB4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03C7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8F7B4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ED3A9D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7EE4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B1850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9286BD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EBCCCF3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EE51A2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0F5D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48574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</w:tr>
      <w:tr w:rsidR="001C47A2" w:rsidRPr="000F23F0" w14:paraId="26FD15F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28E5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9F13E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</w:tr>
      <w:tr w:rsidR="001C47A2" w:rsidRPr="000F23F0" w14:paraId="4CE702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4045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AC75A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4D892E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4AEB3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62F3E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1C3731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D4DF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B9FCA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3FD896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85BA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1589F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30E80E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3B3CA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E73E5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F3A1E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นายกฤษดา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จันทร์จะบวก</w:t>
            </w:r>
          </w:p>
        </w:tc>
      </w:tr>
      <w:tr w:rsidR="001C47A2" w:rsidRPr="000F23F0" w14:paraId="5775495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7681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44433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11300</w:t>
            </w:r>
          </w:p>
        </w:tc>
      </w:tr>
      <w:tr w:rsidR="001C47A2" w:rsidRPr="000F23F0" w14:paraId="5E4924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8B74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6073A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5CB7F84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0C66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1D392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DE65F0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BD34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D98E7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7980B7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D986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8F7DA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EFC0CD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9D5375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0405E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306E7D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นายธนากร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สืบชาติ</w:t>
            </w:r>
          </w:p>
        </w:tc>
      </w:tr>
      <w:tr w:rsidR="001C47A2" w:rsidRPr="000F23F0" w14:paraId="0D9C605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3B7E5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60D95B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11307</w:t>
            </w:r>
          </w:p>
        </w:tc>
      </w:tr>
      <w:tr w:rsidR="001C47A2" w:rsidRPr="000F23F0" w14:paraId="5C8D910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329B0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17124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50.00</w:t>
            </w:r>
          </w:p>
        </w:tc>
      </w:tr>
      <w:tr w:rsidR="001C47A2" w:rsidRPr="000F23F0" w14:paraId="3498952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E009F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38E7ED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DD39EA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C9EA7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4D9450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35D3B5E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A79D5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3EFE1E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5F76A2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346E1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B0AD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7EA51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นายธนาวัฒน์ พิมพ์อักษร</w:t>
            </w:r>
          </w:p>
        </w:tc>
      </w:tr>
      <w:tr w:rsidR="001C47A2" w:rsidRPr="000F23F0" w14:paraId="2229BF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53C7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60A3F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11308</w:t>
            </w:r>
          </w:p>
        </w:tc>
      </w:tr>
      <w:tr w:rsidR="001C47A2" w:rsidRPr="000F23F0" w14:paraId="31010B6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6AE6E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CC5F2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</w:tr>
      <w:tr w:rsidR="001C47A2" w:rsidRPr="000F23F0" w14:paraId="7D9C8C7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02023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C0742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C44B30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C4D6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F70FA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C6F436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9484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6B9AE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37A438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47D5BD8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A63DB9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396A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DB596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นายดามพดล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ทิพย์จันทร์</w:t>
            </w:r>
          </w:p>
        </w:tc>
      </w:tr>
      <w:tr w:rsidR="001C47A2" w:rsidRPr="000F23F0" w14:paraId="34CB904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3ED47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0D2DF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11340</w:t>
            </w:r>
          </w:p>
        </w:tc>
      </w:tr>
      <w:tr w:rsidR="001C47A2" w:rsidRPr="000F23F0" w14:paraId="6D9C80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6A37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5DC40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</w:tr>
      <w:tr w:rsidR="001C47A2" w:rsidRPr="000F23F0" w14:paraId="1E3BB9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7F832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7C6BC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6D296ED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37D7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D5551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34C6F44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8D46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BCD0F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F956B1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CBD45D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23AD0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55FF1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นายธนธรณ์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เรือนเเก้ว</w:t>
            </w:r>
          </w:p>
        </w:tc>
      </w:tr>
      <w:tr w:rsidR="001C47A2" w:rsidRPr="000F23F0" w14:paraId="4C8578C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2C93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D1367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11382</w:t>
            </w:r>
          </w:p>
        </w:tc>
      </w:tr>
      <w:tr w:rsidR="001C47A2" w:rsidRPr="000F23F0" w14:paraId="34553AA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7875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32DEFC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7F5072C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B8E95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4DBCC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BF194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5084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7E6CA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02360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EAA7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E28D9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849C3B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F204CC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B4CBA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9A0F6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นายพีระพงษ์ เสาโร</w:t>
            </w:r>
          </w:p>
        </w:tc>
      </w:tr>
      <w:tr w:rsidR="001C47A2" w:rsidRPr="000F23F0" w14:paraId="70459C8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52F47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21E1D8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11387</w:t>
            </w:r>
          </w:p>
        </w:tc>
      </w:tr>
      <w:tr w:rsidR="001C47A2" w:rsidRPr="000F23F0" w14:paraId="623D714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99228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71957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44FB980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A2EC2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EEB53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6BC74C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30303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5A56F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8C7E88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6D92CA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24937A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830C6A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EDFFA5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42E5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B5E61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นายสุรศักดิ์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รอดเสียงล้ำ</w:t>
            </w:r>
          </w:p>
        </w:tc>
      </w:tr>
      <w:tr w:rsidR="001C47A2" w:rsidRPr="000F23F0" w14:paraId="2BE1946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92F6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DFCF2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11394</w:t>
            </w:r>
          </w:p>
        </w:tc>
      </w:tr>
      <w:tr w:rsidR="001C47A2" w:rsidRPr="000F23F0" w14:paraId="166BAE4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0751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BC959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5197450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0AD6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6C86A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977C1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4140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944A4E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048814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3A0A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7A06B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894B66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C270C19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1E8C2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0812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DBE20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นายณัฐกิตติ์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อยู่จงดี</w:t>
            </w:r>
          </w:p>
        </w:tc>
      </w:tr>
      <w:tr w:rsidR="001C47A2" w:rsidRPr="000F23F0" w14:paraId="320C27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983E9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4B0E9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11417</w:t>
            </w:r>
          </w:p>
        </w:tc>
      </w:tr>
      <w:tr w:rsidR="001C47A2" w:rsidRPr="000F23F0" w14:paraId="72C472E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60E9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BE3F1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1A1CB74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78DA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8546E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919ECB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AB089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19696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91F4D2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9B3E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8C1AD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0DEF1A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34C0CF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E8BD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2B4F5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นายนาเคนทร์ กองคำ</w:t>
            </w:r>
          </w:p>
        </w:tc>
      </w:tr>
      <w:tr w:rsidR="001C47A2" w:rsidRPr="000F23F0" w14:paraId="161D5D5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9B62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F1C27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11420</w:t>
            </w:r>
          </w:p>
        </w:tc>
      </w:tr>
      <w:tr w:rsidR="001C47A2" w:rsidRPr="000F23F0" w14:paraId="0B4DF49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91AE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2EC38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0966F47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AC0B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B3B9F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3259EA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BC8B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55042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11C7E5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432F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D953B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D2822C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5548D2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F6F6E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0E9D31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นายปภังกร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ชำนาญเนาว์</w:t>
            </w:r>
          </w:p>
        </w:tc>
      </w:tr>
      <w:tr w:rsidR="001C47A2" w:rsidRPr="000F23F0" w14:paraId="7AA0BC2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7B8AD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2D46E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12416</w:t>
            </w:r>
          </w:p>
        </w:tc>
      </w:tr>
      <w:tr w:rsidR="001C47A2" w:rsidRPr="000F23F0" w14:paraId="11CE9CC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35E39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50D837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763EAD5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E6158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3784A1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421CA0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D8D24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AC49F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B6D5C2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F5097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21D6E0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D74AC0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425DD3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F8E9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B1372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นายธนภูมิ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อวงรัมย์</w:t>
            </w:r>
          </w:p>
        </w:tc>
      </w:tr>
      <w:tr w:rsidR="001C47A2" w:rsidRPr="000F23F0" w14:paraId="3D64EB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A504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49AB0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12756</w:t>
            </w:r>
          </w:p>
        </w:tc>
      </w:tr>
      <w:tr w:rsidR="001C47A2" w:rsidRPr="000F23F0" w14:paraId="6E179C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AEB9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10B6B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52EE71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AE584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2200F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65CBD1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97D1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B5E25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E5FCF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3F52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35351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C9ABDA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76B334C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653669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9BAC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D42CA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นายธันวา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กิจสีสุข</w:t>
            </w:r>
          </w:p>
        </w:tc>
      </w:tr>
      <w:tr w:rsidR="001C47A2" w:rsidRPr="000F23F0" w14:paraId="232AF3F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9439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980F4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12757</w:t>
            </w:r>
          </w:p>
        </w:tc>
      </w:tr>
      <w:tr w:rsidR="001C47A2" w:rsidRPr="000F23F0" w14:paraId="626E966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DD36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E8D01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0C9FC20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8DEF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B1982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6F0B7B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7E390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027EE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24DAE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C57F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2B8B0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93634E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5BBE17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982F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C50E0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นายธีรเทพ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กุดสารี</w:t>
            </w:r>
          </w:p>
        </w:tc>
      </w:tr>
      <w:tr w:rsidR="001C47A2" w:rsidRPr="000F23F0" w14:paraId="0A30385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3C58D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CCC06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12758</w:t>
            </w:r>
          </w:p>
        </w:tc>
      </w:tr>
      <w:tr w:rsidR="001C47A2" w:rsidRPr="000F23F0" w14:paraId="34B71B8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EDEB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07E9F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6CD326F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A6BD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AC042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6935A1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8B32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61249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7B17FA5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F481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82052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DF7D200" w14:textId="787EB758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242308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3FFE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D0BA1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นายปฏิพล พันธุ์วิเศษ</w:t>
            </w:r>
          </w:p>
        </w:tc>
      </w:tr>
      <w:tr w:rsidR="001C47A2" w:rsidRPr="000F23F0" w14:paraId="12A5B0F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4CD1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E00E0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12759</w:t>
            </w:r>
          </w:p>
        </w:tc>
      </w:tr>
      <w:tr w:rsidR="001C47A2" w:rsidRPr="000F23F0" w14:paraId="29F828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829C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2AEE0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59B5920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03BB9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E4FE2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07470A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AFED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92736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8CDF7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11B4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849F8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0AA1B2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84860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E12A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12AF6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นายพัชรศักดิ์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ผาทอง</w:t>
            </w:r>
          </w:p>
        </w:tc>
      </w:tr>
      <w:tr w:rsidR="001C47A2" w:rsidRPr="000F23F0" w14:paraId="15464D4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B984B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C9543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12760</w:t>
            </w:r>
          </w:p>
        </w:tc>
      </w:tr>
      <w:tr w:rsidR="001C47A2" w:rsidRPr="000F23F0" w14:paraId="1B93979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0F9E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348D1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54.00</w:t>
            </w:r>
          </w:p>
        </w:tc>
      </w:tr>
      <w:tr w:rsidR="001C47A2" w:rsidRPr="000F23F0" w14:paraId="3D100C3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2AB9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A1184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235946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B1CD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F1776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895EEF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C8C00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1F82A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AFD8FB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2C8011DD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B88D43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3A1A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81F80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นางสาวภัทรธิดา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คำชา</w:t>
            </w:r>
          </w:p>
        </w:tc>
      </w:tr>
      <w:tr w:rsidR="001C47A2" w:rsidRPr="000F23F0" w14:paraId="573D335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4169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76D4D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11261</w:t>
            </w:r>
          </w:p>
        </w:tc>
      </w:tr>
      <w:tr w:rsidR="001C47A2" w:rsidRPr="000F23F0" w14:paraId="1258050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E83D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57B9D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52.00</w:t>
            </w:r>
          </w:p>
        </w:tc>
      </w:tr>
      <w:tr w:rsidR="001C47A2" w:rsidRPr="000F23F0" w14:paraId="3921E28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C609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972EE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6162FD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FCFF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BE4DD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CE8069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C353A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1203D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C520AA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8E4101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6E7D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3CA09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นางสาวสิรินภาพร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กัณหา</w:t>
            </w:r>
          </w:p>
        </w:tc>
      </w:tr>
      <w:tr w:rsidR="001C47A2" w:rsidRPr="000F23F0" w14:paraId="16B927F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04A4C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D5DE8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11268</w:t>
            </w:r>
          </w:p>
        </w:tc>
      </w:tr>
      <w:tr w:rsidR="001C47A2" w:rsidRPr="000F23F0" w14:paraId="2962FB1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83DFA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CCC6C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58.00</w:t>
            </w:r>
          </w:p>
        </w:tc>
      </w:tr>
      <w:tr w:rsidR="001C47A2" w:rsidRPr="000F23F0" w14:paraId="21313C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489C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DA86B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B4CD01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8FD52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95134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3369404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D6C4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63CBE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7D413A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404199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7B5E58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783428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นางสาวอธิชนันท์ นวลศิริ</w:t>
            </w:r>
          </w:p>
        </w:tc>
      </w:tr>
      <w:tr w:rsidR="001C47A2" w:rsidRPr="000F23F0" w14:paraId="0165975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C5584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67CEBE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11336</w:t>
            </w:r>
          </w:p>
        </w:tc>
      </w:tr>
      <w:tr w:rsidR="001C47A2" w:rsidRPr="000F23F0" w14:paraId="685649B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16A87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5ED9E5E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326AFE1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157C6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F5D89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D8BAD9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DA27B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6D5FC1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44075D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28F48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DE138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7F4901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B4DBDC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47BE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7607A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นางสาวพัทธ์ทิชา ดาวเรือง</w:t>
            </w:r>
          </w:p>
        </w:tc>
      </w:tr>
      <w:tr w:rsidR="001C47A2" w:rsidRPr="000F23F0" w14:paraId="7B26161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7600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9FC9D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11369</w:t>
            </w:r>
          </w:p>
        </w:tc>
      </w:tr>
      <w:tr w:rsidR="001C47A2" w:rsidRPr="000F23F0" w14:paraId="053E926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2B7B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231A2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0C19CB8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8402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F6CCD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CDEDAE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A176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15DF7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50F013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8073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6DF06A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BAF99C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AABB44C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A9B98E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30A0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C808C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นางสาวลภัสสินี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ทิพย์นางรอง</w:t>
            </w:r>
          </w:p>
        </w:tc>
      </w:tr>
      <w:tr w:rsidR="001C47A2" w:rsidRPr="000F23F0" w14:paraId="01B7B1F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4637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6CFEC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11373</w:t>
            </w:r>
          </w:p>
        </w:tc>
      </w:tr>
      <w:tr w:rsidR="001C47A2" w:rsidRPr="000F23F0" w14:paraId="5506100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333A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B451A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5C9A553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A302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CA262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C04171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7C4DE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68C36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7FD880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F624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4DE1C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4588D8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8356E7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3B0A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80523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นางสาวศศิชา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นรชาญ</w:t>
            </w:r>
          </w:p>
        </w:tc>
      </w:tr>
      <w:tr w:rsidR="001C47A2" w:rsidRPr="000F23F0" w14:paraId="0661120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DAEE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E06CF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11407</w:t>
            </w:r>
          </w:p>
        </w:tc>
      </w:tr>
      <w:tr w:rsidR="001C47A2" w:rsidRPr="000F23F0" w14:paraId="1A471F4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FD47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3B177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15D2CAA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5888F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2EAD3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2EAD00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B44D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A192D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9BC6AE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53BE1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55645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C5EAE7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1C4460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E2D90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51215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นางสาวชยานันท์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ภูยาแพทย์</w:t>
            </w:r>
          </w:p>
        </w:tc>
      </w:tr>
      <w:tr w:rsidR="001C47A2" w:rsidRPr="000F23F0" w14:paraId="7FCF081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1BF68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70903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11439</w:t>
            </w:r>
          </w:p>
        </w:tc>
      </w:tr>
      <w:tr w:rsidR="001C47A2" w:rsidRPr="000F23F0" w14:paraId="6FA9B61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4754F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6369DF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393A98E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CBC68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301DA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B39DD2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80918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3003C2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59308A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5E4D6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6FCA6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4BEAA6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D93900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9D22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447B2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นางสาวณัฐชานันท์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ถนอมศรี</w:t>
            </w:r>
          </w:p>
        </w:tc>
      </w:tr>
      <w:tr w:rsidR="001C47A2" w:rsidRPr="000F23F0" w14:paraId="28D3BF6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0A27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DA89E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11440</w:t>
            </w:r>
          </w:p>
        </w:tc>
      </w:tr>
      <w:tr w:rsidR="001C47A2" w:rsidRPr="000F23F0" w14:paraId="4EE39D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63990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DF298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3A5BC67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1229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CD3F4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7175B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DD962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7AF31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CA0417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0D9F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3A143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AFC06D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19F17B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9A04E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5D5E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BED4C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นางสาวภัคจิรา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มาประชา</w:t>
            </w:r>
          </w:p>
        </w:tc>
      </w:tr>
      <w:tr w:rsidR="001C47A2" w:rsidRPr="000F23F0" w14:paraId="6A8D93A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EE1C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AB987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11445</w:t>
            </w:r>
          </w:p>
        </w:tc>
      </w:tr>
      <w:tr w:rsidR="001C47A2" w:rsidRPr="000F23F0" w14:paraId="02F0014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6732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602C2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</w:tr>
      <w:tr w:rsidR="001C47A2" w:rsidRPr="000F23F0" w14:paraId="0CD2CC2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6E0C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4E694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EAED5D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EE80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1BD1A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3D91EE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4DEF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CE4E2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B82664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244D2C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9A38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B6F27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นางสาวปวีณา ศรีศิริ</w:t>
            </w:r>
          </w:p>
        </w:tc>
      </w:tr>
      <w:tr w:rsidR="001C47A2" w:rsidRPr="000F23F0" w14:paraId="637C326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557E4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7D3CD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11967</w:t>
            </w:r>
          </w:p>
        </w:tc>
      </w:tr>
      <w:tr w:rsidR="001C47A2" w:rsidRPr="000F23F0" w14:paraId="7502966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A74E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36A03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316047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51DB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27083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046DB1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B68C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73BE8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DFFCEC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4FEB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A19E1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112FBCD" w14:textId="319418D1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FCC183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52E2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6C572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นางสาวกมลรัตน์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กองชัย</w:t>
            </w:r>
          </w:p>
        </w:tc>
      </w:tr>
      <w:tr w:rsidR="001C47A2" w:rsidRPr="000F23F0" w14:paraId="528591E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CA74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8D305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12761</w:t>
            </w:r>
          </w:p>
        </w:tc>
      </w:tr>
      <w:tr w:rsidR="001C47A2" w:rsidRPr="000F23F0" w14:paraId="24E5C61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3B25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D1AB6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49F611A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EDA5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0EFC8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C538C6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10C0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DBED0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48105EB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C3E81C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50626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70F502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B3021D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83AE2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3BE00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นางสาวกรณิกา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เกรัมย์</w:t>
            </w:r>
          </w:p>
        </w:tc>
      </w:tr>
      <w:tr w:rsidR="001C47A2" w:rsidRPr="000F23F0" w14:paraId="7456D1F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8E14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5BF3B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12762</w:t>
            </w:r>
          </w:p>
        </w:tc>
      </w:tr>
      <w:tr w:rsidR="001C47A2" w:rsidRPr="000F23F0" w14:paraId="2592E37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C18CC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9419F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</w:tr>
      <w:tr w:rsidR="001C47A2" w:rsidRPr="000F23F0" w14:paraId="0B77C7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2C9C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D8DFE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95724E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1DB6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7FE14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3C1139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2EC5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055B9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119575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4390D2F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8E796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BB96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691F8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นางสาวการเกศ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กลิ่นหวล</w:t>
            </w:r>
          </w:p>
        </w:tc>
      </w:tr>
      <w:tr w:rsidR="001C47A2" w:rsidRPr="000F23F0" w14:paraId="1AB7E79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760D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6F89D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12763</w:t>
            </w:r>
          </w:p>
        </w:tc>
      </w:tr>
      <w:tr w:rsidR="001C47A2" w:rsidRPr="000F23F0" w14:paraId="35CA57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3D85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F2E7E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</w:tr>
      <w:tr w:rsidR="001C47A2" w:rsidRPr="000F23F0" w14:paraId="08564F9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9EB2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92DAD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7DA586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38B7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4E9C9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89C71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7ED5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2C773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4C4D25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78D78D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C6AD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9F503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นางสาวธมลวรรณ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แซ่เทียน</w:t>
            </w:r>
          </w:p>
        </w:tc>
      </w:tr>
      <w:tr w:rsidR="001C47A2" w:rsidRPr="000F23F0" w14:paraId="71DC310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60D8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36AC3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12764</w:t>
            </w:r>
          </w:p>
        </w:tc>
      </w:tr>
      <w:tr w:rsidR="001C47A2" w:rsidRPr="000F23F0" w14:paraId="472F720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75237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82464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68D0574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36BB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8CAD8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DF5B4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BB016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D6A31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44D693B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2D9B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EB3DA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6ED0B9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C862E3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4048C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3D8398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นางสาวปิยพร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ฉี่กระโทก</w:t>
            </w:r>
          </w:p>
        </w:tc>
      </w:tr>
      <w:tr w:rsidR="001C47A2" w:rsidRPr="000F23F0" w14:paraId="076BBA5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2A80B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3D618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12765</w:t>
            </w:r>
          </w:p>
        </w:tc>
      </w:tr>
      <w:tr w:rsidR="001C47A2" w:rsidRPr="000F23F0" w14:paraId="252C708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AD782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48A60C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520B876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4E504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50E090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B4341C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F572A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6E0E07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28AD63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E3F15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52048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3496CF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DFF61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E5861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A56C6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นางสาววันวิสา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ปราบภัย</w:t>
            </w:r>
          </w:p>
        </w:tc>
      </w:tr>
      <w:tr w:rsidR="001C47A2" w:rsidRPr="000F23F0" w14:paraId="1EDB21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58FC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5CE1A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12766</w:t>
            </w:r>
          </w:p>
        </w:tc>
      </w:tr>
      <w:tr w:rsidR="001C47A2" w:rsidRPr="000F23F0" w14:paraId="1418F76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A8A6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BFF81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0F3E1DE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D8F3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9F9CD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59A15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0E47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7E209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406A10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3D7F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94DAD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D5BA47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FC141CB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5ADFB2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05FD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4DD37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นางสาววิภาดา ปราบสกุล</w:t>
            </w:r>
          </w:p>
        </w:tc>
      </w:tr>
      <w:tr w:rsidR="001C47A2" w:rsidRPr="000F23F0" w14:paraId="3797CF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890B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A87D2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12767</w:t>
            </w:r>
          </w:p>
        </w:tc>
      </w:tr>
      <w:tr w:rsidR="001C47A2" w:rsidRPr="000F23F0" w14:paraId="4AC5A8E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0283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977FA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1510084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BED78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04293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750D76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1977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31352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10F9D1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659C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C310E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F0A3DD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F24365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6F259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A544D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นางสาวศยามล ทิพย์อักษร</w:t>
            </w:r>
          </w:p>
        </w:tc>
      </w:tr>
      <w:tr w:rsidR="001C47A2" w:rsidRPr="000F23F0" w14:paraId="42BDC9F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447F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DD801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12768</w:t>
            </w:r>
          </w:p>
        </w:tc>
      </w:tr>
      <w:tr w:rsidR="001C47A2" w:rsidRPr="000F23F0" w14:paraId="458469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F8D8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69677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36D7DD6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DA38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5B39E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987E6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5564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0EB2F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A6192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9559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5A231E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C4AD16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445D30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84F96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3056FD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นางสาวสโรชา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โสมกูล</w:t>
            </w:r>
          </w:p>
        </w:tc>
      </w:tr>
      <w:tr w:rsidR="001C47A2" w:rsidRPr="000F23F0" w14:paraId="2F324EA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5BCD0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79160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12769</w:t>
            </w:r>
          </w:p>
        </w:tc>
      </w:tr>
      <w:tr w:rsidR="001C47A2" w:rsidRPr="000F23F0" w14:paraId="64726BC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8011E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1E0C99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16.00</w:t>
            </w:r>
          </w:p>
        </w:tc>
      </w:tr>
      <w:tr w:rsidR="001C47A2" w:rsidRPr="000F23F0" w14:paraId="33109B2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49DB1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00A0C7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CBE793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F1C5A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1DB827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8C0C3A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23C4B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E19A4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61F123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649C6B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0BCB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C8285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นางสาวสุชานาถ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แสงชา</w:t>
            </w:r>
          </w:p>
        </w:tc>
      </w:tr>
      <w:tr w:rsidR="001C47A2" w:rsidRPr="000F23F0" w14:paraId="439F8E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5839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EA9D0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12770</w:t>
            </w:r>
          </w:p>
        </w:tc>
      </w:tr>
      <w:tr w:rsidR="001C47A2" w:rsidRPr="000F23F0" w14:paraId="5EE962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B3D5A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BD6EA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54.00</w:t>
            </w:r>
          </w:p>
        </w:tc>
      </w:tr>
      <w:tr w:rsidR="001C47A2" w:rsidRPr="000F23F0" w14:paraId="29F53A4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82FF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E944A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CE892F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C8CE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5A598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CBF21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59EF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233EA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B68A0E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27F0A6F0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F8A409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411E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B4A61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</w:tr>
      <w:tr w:rsidR="001C47A2" w:rsidRPr="000F23F0" w14:paraId="57644CA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DCAE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E18C5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</w:tr>
      <w:tr w:rsidR="001C47A2" w:rsidRPr="000F23F0" w14:paraId="10E2643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DE3F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23B88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5D6441B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82C0A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C8DF7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0F873BB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A3A632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CFA75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05197E4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0B36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3281E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E0F62C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621A6D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4C7F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4D54E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นายวีรภัทร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เย็นกูล</w:t>
            </w:r>
          </w:p>
        </w:tc>
      </w:tr>
      <w:tr w:rsidR="001C47A2" w:rsidRPr="000F23F0" w14:paraId="6F3DE32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0A61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D5775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11314</w:t>
            </w:r>
          </w:p>
        </w:tc>
      </w:tr>
      <w:tr w:rsidR="001C47A2" w:rsidRPr="000F23F0" w14:paraId="63E7E89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4000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65C09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7A5A93E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D234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539ED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311654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EA18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2BFCC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A05C5F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D6666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C7CC7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A88677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3C365E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161DB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23DB1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นายณัฐภัทร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ปลีนารัมย์</w:t>
            </w:r>
          </w:p>
        </w:tc>
      </w:tr>
      <w:tr w:rsidR="001C47A2" w:rsidRPr="000F23F0" w14:paraId="14BB71E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A2995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8698F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11339</w:t>
            </w:r>
          </w:p>
        </w:tc>
      </w:tr>
      <w:tr w:rsidR="001C47A2" w:rsidRPr="000F23F0" w14:paraId="5343F34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60D0E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6DFE63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5CC15FE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0D944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5A1E70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DD2EFF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1893C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8D065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656244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04C9D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764313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1BA37D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1FF50D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FE20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32FF6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นายแทนคุณ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ไก่แก้ว</w:t>
            </w:r>
          </w:p>
        </w:tc>
      </w:tr>
      <w:tr w:rsidR="001C47A2" w:rsidRPr="000F23F0" w14:paraId="636DA8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ACD85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996A6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11342</w:t>
            </w:r>
          </w:p>
        </w:tc>
      </w:tr>
      <w:tr w:rsidR="001C47A2" w:rsidRPr="000F23F0" w14:paraId="7B8EBF3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D3E3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BD7A9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</w:tr>
      <w:tr w:rsidR="001C47A2" w:rsidRPr="000F23F0" w14:paraId="34FE0D3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4B52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AA487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C7BCB3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4D09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36172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F87BA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3123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C1D6A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517F0F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228447A4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0B85C9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BD27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EA08F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นายภาคิน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อินทะไชย</w:t>
            </w:r>
          </w:p>
        </w:tc>
      </w:tr>
      <w:tr w:rsidR="001C47A2" w:rsidRPr="000F23F0" w14:paraId="566AB33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C51F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46449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11351</w:t>
            </w:r>
          </w:p>
        </w:tc>
      </w:tr>
      <w:tr w:rsidR="001C47A2" w:rsidRPr="000F23F0" w14:paraId="43D5A96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69D7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5882A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7648F22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D0E5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7006C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11A6E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77FF8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36191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90A0BD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DFE89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8F48E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174780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34B064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2D0D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77309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นายวิภพ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แสนอภัย</w:t>
            </w:r>
          </w:p>
        </w:tc>
      </w:tr>
      <w:tr w:rsidR="001C47A2" w:rsidRPr="000F23F0" w14:paraId="6C1CF17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3C128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BA09F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11390</w:t>
            </w:r>
          </w:p>
        </w:tc>
      </w:tr>
      <w:tr w:rsidR="001C47A2" w:rsidRPr="000F23F0" w14:paraId="4A1A0E5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D678F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904D9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0766C38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A635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77039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612905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6883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08269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FB57F2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3890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2180C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0DBA97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488B86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2D64B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20D55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นายพงศกร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ชื่นหล่อสังข์</w:t>
            </w:r>
          </w:p>
        </w:tc>
      </w:tr>
      <w:tr w:rsidR="001C47A2" w:rsidRPr="000F23F0" w14:paraId="7017FFD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C16E4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556DA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11424</w:t>
            </w:r>
          </w:p>
        </w:tc>
      </w:tr>
      <w:tr w:rsidR="001C47A2" w:rsidRPr="000F23F0" w14:paraId="161D504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3BDEE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871F0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135E8CA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D9CBE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015776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65B782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D4580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5E60E5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26DBF1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E1DD1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18F176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748BBA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89C318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530D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934C5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นายพรหมลิขิต* มีมุข</w:t>
            </w:r>
          </w:p>
        </w:tc>
      </w:tr>
      <w:tr w:rsidR="001C47A2" w:rsidRPr="000F23F0" w14:paraId="4F95A40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2518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91E6F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11425</w:t>
            </w:r>
          </w:p>
        </w:tc>
      </w:tr>
      <w:tr w:rsidR="001C47A2" w:rsidRPr="000F23F0" w14:paraId="779A866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C358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31494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21C598D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E22E7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C130C2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769148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847E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9FC19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4FD014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44C7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A9BA3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CBD7DD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C9157E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14B7D5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E524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7AA09E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นายวงศกร  กาญจนะ</w:t>
            </w:r>
          </w:p>
        </w:tc>
      </w:tr>
      <w:tr w:rsidR="001C47A2" w:rsidRPr="000F23F0" w14:paraId="06640E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813A3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481E6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11430</w:t>
            </w:r>
          </w:p>
        </w:tc>
      </w:tr>
      <w:tr w:rsidR="001C47A2" w:rsidRPr="000F23F0" w14:paraId="64FE670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88E1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943B1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3475530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EC443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A6BCB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73401F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FE32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9EA93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2E66C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3C8E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B38F3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CE9FF7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B5DF4B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FA06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DC721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นายสุริยา ไชยบำรุง</w:t>
            </w:r>
          </w:p>
        </w:tc>
      </w:tr>
      <w:tr w:rsidR="001C47A2" w:rsidRPr="000F23F0" w14:paraId="7F4C462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82AF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68389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11434</w:t>
            </w:r>
          </w:p>
        </w:tc>
      </w:tr>
      <w:tr w:rsidR="001C47A2" w:rsidRPr="000F23F0" w14:paraId="32722AF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2B93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ECCD0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462539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E773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A4C24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5F0A43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286C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2E8BE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0F1F86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BD7EA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557B6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A22EC9C" w14:textId="2F846603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B46739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8DBFF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AE5C1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นายเดชาพล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แสนเเก้ว</w:t>
            </w:r>
          </w:p>
        </w:tc>
      </w:tr>
      <w:tr w:rsidR="001C47A2" w:rsidRPr="000F23F0" w14:paraId="6A00BD0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CDFC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15C38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12771</w:t>
            </w:r>
          </w:p>
        </w:tc>
      </w:tr>
      <w:tr w:rsidR="001C47A2" w:rsidRPr="000F23F0" w14:paraId="64760C8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619D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0E6E1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7A61853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CC53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CB658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70E18B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41A6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38CAE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AA2A0A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D63C1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FCCB0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BFA35A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7F4EDE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E851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38031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นายณัฐวรพล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ปรีชาพูด</w:t>
            </w:r>
          </w:p>
        </w:tc>
      </w:tr>
      <w:tr w:rsidR="001C47A2" w:rsidRPr="000F23F0" w14:paraId="63A8E27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577F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9C132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12772</w:t>
            </w:r>
          </w:p>
        </w:tc>
      </w:tr>
      <w:tr w:rsidR="001C47A2" w:rsidRPr="000F23F0" w14:paraId="1051113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04408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B2D34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15258D0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0E67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0A8C1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27791E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CA001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17437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F95CDC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24F8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562EF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105453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23DC9C4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2AA0B3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723C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47B20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นายนันทกร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อรัญศักดิ์</w:t>
            </w:r>
          </w:p>
        </w:tc>
      </w:tr>
      <w:tr w:rsidR="001C47A2" w:rsidRPr="000F23F0" w14:paraId="0C2CF08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07E34C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4BA5A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12773</w:t>
            </w:r>
          </w:p>
        </w:tc>
      </w:tr>
      <w:tr w:rsidR="001C47A2" w:rsidRPr="000F23F0" w14:paraId="06FDA06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1443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B6CC6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</w:tr>
      <w:tr w:rsidR="001C47A2" w:rsidRPr="000F23F0" w14:paraId="5DBABB0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FF30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AE77D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995B86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A51F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CB1BC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2AE9A52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CFF9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8B676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071076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03E457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B3502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B9AE4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นายวัชรนนท์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สุดาจันทร์</w:t>
            </w:r>
          </w:p>
        </w:tc>
      </w:tr>
      <w:tr w:rsidR="001C47A2" w:rsidRPr="000F23F0" w14:paraId="0A52FC8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FCD8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1F761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12774</w:t>
            </w:r>
          </w:p>
        </w:tc>
      </w:tr>
      <w:tr w:rsidR="001C47A2" w:rsidRPr="000F23F0" w14:paraId="5088847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AE81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DAA7C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60BDDC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4E36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38217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1BC65C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ECF44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07D4B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37ACF1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98B45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44A76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0C93CB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7A77BE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A617F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0965F6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นายศุภกิตติ์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ดวงดารา</w:t>
            </w:r>
          </w:p>
        </w:tc>
      </w:tr>
      <w:tr w:rsidR="001C47A2" w:rsidRPr="000F23F0" w14:paraId="62C3BC5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F4A58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244C1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12775</w:t>
            </w:r>
          </w:p>
        </w:tc>
      </w:tr>
      <w:tr w:rsidR="001C47A2" w:rsidRPr="000F23F0" w14:paraId="3EFD753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A1CFA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14B356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46.00</w:t>
            </w:r>
          </w:p>
        </w:tc>
      </w:tr>
      <w:tr w:rsidR="001C47A2" w:rsidRPr="000F23F0" w14:paraId="7E4A842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C8728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0827EA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4B38AE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BBCDC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67604E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4EC922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6E5E6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5CD1BA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2B07B6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1C2076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79E0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999F1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นางสาวสุนิสา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ภูมิพันธ์</w:t>
            </w:r>
          </w:p>
        </w:tc>
      </w:tr>
      <w:tr w:rsidR="001C47A2" w:rsidRPr="000F23F0" w14:paraId="623368D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A28E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652D1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11270</w:t>
            </w:r>
          </w:p>
        </w:tc>
      </w:tr>
      <w:tr w:rsidR="001C47A2" w:rsidRPr="000F23F0" w14:paraId="0D5DD40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4941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A69F1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7B9160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9CF1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6E21D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725E04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22B7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5D428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2E88C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1AD3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73838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E55B96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19B609AC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5EFC77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9DC4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A96CA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นางสาวขวัญข้าว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กุมพากูล</w:t>
            </w:r>
          </w:p>
        </w:tc>
      </w:tr>
      <w:tr w:rsidR="001C47A2" w:rsidRPr="000F23F0" w14:paraId="7CF7C67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AC3C6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39DEF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11320</w:t>
            </w:r>
          </w:p>
        </w:tc>
      </w:tr>
      <w:tr w:rsidR="001C47A2" w:rsidRPr="000F23F0" w14:paraId="371119F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8502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1AC38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5F6A87F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1DFD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787CA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F2DDAE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EF85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3D78C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1D4F98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32EE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5F20C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275E17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2F1BA0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57BD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41133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นางสาวณัฎฐธิดา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ดับกระโทก</w:t>
            </w:r>
          </w:p>
        </w:tc>
      </w:tr>
      <w:tr w:rsidR="001C47A2" w:rsidRPr="000F23F0" w14:paraId="7D8093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7B44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A0218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11325</w:t>
            </w:r>
          </w:p>
        </w:tc>
      </w:tr>
      <w:tr w:rsidR="001C47A2" w:rsidRPr="000F23F0" w14:paraId="224A6F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B5DE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41485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4230188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AA38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94A4B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446E1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291A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5FADE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F69E3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58BA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CF573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C46FB7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C141BF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9ED64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33D91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นางสาวปิยดา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สิมมาลี</w:t>
            </w:r>
          </w:p>
        </w:tc>
      </w:tr>
      <w:tr w:rsidR="001C47A2" w:rsidRPr="000F23F0" w14:paraId="1B9AF03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A80ED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2F2438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11329</w:t>
            </w:r>
          </w:p>
        </w:tc>
      </w:tr>
      <w:tr w:rsidR="001C47A2" w:rsidRPr="000F23F0" w14:paraId="2B62541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1FD2F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90BF9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5DAC28C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641BB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52C4A9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63CA4A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0A549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4FFB49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2C106E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F8479A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83BA1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231952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B1446B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346B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D121D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นางสาวปิยธิดา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ตุ้มทอง</w:t>
            </w:r>
          </w:p>
        </w:tc>
      </w:tr>
      <w:tr w:rsidR="001C47A2" w:rsidRPr="000F23F0" w14:paraId="765A264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EA17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69B13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11330</w:t>
            </w:r>
          </w:p>
        </w:tc>
      </w:tr>
      <w:tr w:rsidR="001C47A2" w:rsidRPr="000F23F0" w14:paraId="70946AA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7B3E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2090F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246E629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CD44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5D200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C7F54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C960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D7780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AD70B8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BDEDF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02307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6E162F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F9EE81C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0C4320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3B6B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89680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นางสาวเกษราภรณ์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พานอุ่น</w:t>
            </w:r>
          </w:p>
        </w:tc>
      </w:tr>
      <w:tr w:rsidR="001C47A2" w:rsidRPr="000F23F0" w14:paraId="6E0CBD7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BF47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2186C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11358</w:t>
            </w:r>
          </w:p>
        </w:tc>
      </w:tr>
      <w:tr w:rsidR="001C47A2" w:rsidRPr="000F23F0" w14:paraId="7BE2D8D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CE9C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6656B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</w:tr>
      <w:tr w:rsidR="001C47A2" w:rsidRPr="000F23F0" w14:paraId="679A6BC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A5D6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D26767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24D6E1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2550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48F8E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D4CC48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F8484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9E690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51C95F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4AF98A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B2B2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67E41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นางสาวภคพร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พรมศักดิ์</w:t>
            </w:r>
          </w:p>
        </w:tc>
      </w:tr>
      <w:tr w:rsidR="001C47A2" w:rsidRPr="000F23F0" w14:paraId="74E68F2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806B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CBB34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11371</w:t>
            </w:r>
          </w:p>
        </w:tc>
      </w:tr>
      <w:tr w:rsidR="001C47A2" w:rsidRPr="000F23F0" w14:paraId="705302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0E48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AEDD0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46FE679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BA20C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2D16A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C9670C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D835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987DF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C4C9EE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71EB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757BF2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2798B3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FF5FB4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6F075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41C865C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นางสาวกัญญาพัชร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กลิ่นบุหงา</w:t>
            </w:r>
          </w:p>
        </w:tc>
      </w:tr>
      <w:tr w:rsidR="001C47A2" w:rsidRPr="000F23F0" w14:paraId="5409F94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AB6C2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303DF5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11437</w:t>
            </w:r>
          </w:p>
        </w:tc>
      </w:tr>
      <w:tr w:rsidR="001C47A2" w:rsidRPr="000F23F0" w14:paraId="313B46A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DADF9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645DC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35AA1DD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A113F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2CBF60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3D7A194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A48B7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32BDFC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043866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02925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157EE5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988D4F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17C87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5F11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7415C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นางสาวขวัญใจ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สังเสรี</w:t>
            </w:r>
          </w:p>
        </w:tc>
      </w:tr>
      <w:tr w:rsidR="001C47A2" w:rsidRPr="000F23F0" w14:paraId="3BC68DF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7080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3F7FD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12429</w:t>
            </w:r>
          </w:p>
        </w:tc>
      </w:tr>
      <w:tr w:rsidR="001C47A2" w:rsidRPr="000F23F0" w14:paraId="4EE836E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4140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14429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6BB9DC5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904C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3DE8C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CD3521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46B2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72A4C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ECAFD7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01F3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FDD10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C6A71A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2A961EB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012BF8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C24CA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A865F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นางสาวกนกพร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อาจินกิจ</w:t>
            </w:r>
          </w:p>
        </w:tc>
      </w:tr>
      <w:tr w:rsidR="001C47A2" w:rsidRPr="000F23F0" w14:paraId="7A5C2F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4991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35BF8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12776</w:t>
            </w:r>
          </w:p>
        </w:tc>
      </w:tr>
      <w:tr w:rsidR="001C47A2" w:rsidRPr="000F23F0" w14:paraId="4536FD0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9C73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600512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4B5FAF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9582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7B0F9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C83B9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0DA27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C3085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2D8A4D4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60C9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027AF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DC415D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FA8DBA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8743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E3D45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นางสาวกมลวรรณ สำราญ</w:t>
            </w:r>
          </w:p>
        </w:tc>
      </w:tr>
      <w:tr w:rsidR="001C47A2" w:rsidRPr="000F23F0" w14:paraId="59B6465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FF12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36521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12777</w:t>
            </w:r>
          </w:p>
        </w:tc>
      </w:tr>
      <w:tr w:rsidR="001C47A2" w:rsidRPr="000F23F0" w14:paraId="6442103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0B62C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7C8FA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4088F77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57562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35860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6AD68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899F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7AEC4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5D8B7B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A149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78289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60CC24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BF1107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05340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4EB24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นางสาวกัญญาณัฐ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ปานงูเหลือม</w:t>
            </w:r>
          </w:p>
        </w:tc>
      </w:tr>
      <w:tr w:rsidR="001C47A2" w:rsidRPr="000F23F0" w14:paraId="03701F2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A108B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7CC4B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12778</w:t>
            </w:r>
          </w:p>
        </w:tc>
      </w:tr>
      <w:tr w:rsidR="001C47A2" w:rsidRPr="000F23F0" w14:paraId="77AAF09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F6734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550CB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12.00</w:t>
            </w:r>
          </w:p>
        </w:tc>
      </w:tr>
      <w:tr w:rsidR="001C47A2" w:rsidRPr="000F23F0" w14:paraId="1A335F6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3DDFB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5FA9B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F826F9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FE053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1BEA88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8A1BE6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9FEA6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594574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012F12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70B5E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BB312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55A5F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นางสาวกัลย์สุดา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พุดดี</w:t>
            </w:r>
          </w:p>
        </w:tc>
      </w:tr>
      <w:tr w:rsidR="001C47A2" w:rsidRPr="000F23F0" w14:paraId="4E206E9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24AC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C0CB2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12779</w:t>
            </w:r>
          </w:p>
        </w:tc>
      </w:tr>
      <w:tr w:rsidR="001C47A2" w:rsidRPr="000F23F0" w14:paraId="719741C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3F69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4ADFB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6A1D19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C38A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2A11E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E26F3B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57ED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D4514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593A69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6118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30583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C69B7F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EC2FD16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A8B7E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73E89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EAFD5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นางสาวกาญจน์เกล้า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ขำเอนก</w:t>
            </w:r>
          </w:p>
        </w:tc>
      </w:tr>
      <w:tr w:rsidR="001C47A2" w:rsidRPr="000F23F0" w14:paraId="26BED1E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8F26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2BF0F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12780</w:t>
            </w:r>
          </w:p>
        </w:tc>
      </w:tr>
      <w:tr w:rsidR="001C47A2" w:rsidRPr="000F23F0" w14:paraId="1687037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87BC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F4EA1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2E35409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9DBB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2360A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39D42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FC22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2C8FC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6B8B03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1F7A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9A434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EFFF9D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3E504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2150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21467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นางสาวจรรยมณฑน์  สัพโส</w:t>
            </w:r>
          </w:p>
        </w:tc>
      </w:tr>
      <w:tr w:rsidR="001C47A2" w:rsidRPr="000F23F0" w14:paraId="03CD1F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FD0F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E4338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12781</w:t>
            </w:r>
          </w:p>
        </w:tc>
      </w:tr>
      <w:tr w:rsidR="001C47A2" w:rsidRPr="000F23F0" w14:paraId="6C37037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4354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51E08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5BDE0F8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8C9D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E9597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6AAB8B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058D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D112A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116B1C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7D6D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CDC78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EAFB95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07EB0D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D053C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2CE321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นางสาวจิรัชญา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แก้วพิลา</w:t>
            </w:r>
          </w:p>
        </w:tc>
      </w:tr>
      <w:tr w:rsidR="001C47A2" w:rsidRPr="000F23F0" w14:paraId="4CA1F9D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75240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698920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12782</w:t>
            </w:r>
          </w:p>
        </w:tc>
      </w:tr>
      <w:tr w:rsidR="001C47A2" w:rsidRPr="000F23F0" w14:paraId="70EA725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CFB5A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51C796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4E2BE4D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D310A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0D6DF3B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232FB0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4F6BD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8CD2C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032D29A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8D54B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9C344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6A4095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80DA6F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E0648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22608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นางสาวนัฐลดา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จันทร์พวก</w:t>
            </w:r>
          </w:p>
        </w:tc>
      </w:tr>
      <w:tr w:rsidR="001C47A2" w:rsidRPr="000F23F0" w14:paraId="1612840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CA35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E67FA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12783</w:t>
            </w:r>
          </w:p>
        </w:tc>
      </w:tr>
      <w:tr w:rsidR="001C47A2" w:rsidRPr="000F23F0" w14:paraId="31432EC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5F0AC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C2C79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332EE3F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966ED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CB7D33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C62D4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ED0F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98773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6222DA4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6722D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5434E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E1C6CA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380DF24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FF9C41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1FD42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BF924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นางสาวปรัถมา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คงตะเคียน</w:t>
            </w:r>
          </w:p>
        </w:tc>
      </w:tr>
      <w:tr w:rsidR="001C47A2" w:rsidRPr="000F23F0" w14:paraId="5EBFB2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E3DF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006C4F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12784</w:t>
            </w:r>
          </w:p>
        </w:tc>
      </w:tr>
      <w:tr w:rsidR="001C47A2" w:rsidRPr="000F23F0" w14:paraId="71FD46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2D6A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84A35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62A9AAD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91A2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A0591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E44286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0CC2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E7DE1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7EB78B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CF13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E344F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F82C5B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D40A06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E8EB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0ADF9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นางสาวพรพรรณ ปิ่นศิริ</w:t>
            </w:r>
          </w:p>
        </w:tc>
      </w:tr>
      <w:tr w:rsidR="001C47A2" w:rsidRPr="000F23F0" w14:paraId="2785BA3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57B0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616E6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12785</w:t>
            </w:r>
          </w:p>
        </w:tc>
      </w:tr>
      <w:tr w:rsidR="001C47A2" w:rsidRPr="000F23F0" w14:paraId="5D2DC7F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4519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5DF28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318B752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05E54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DEE14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89C53D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1B13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FC7A1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17C137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04A6A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1D91E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002C26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AFA6FF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8D825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7322D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นางสาวพิยดา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เสประโคน</w:t>
            </w:r>
          </w:p>
        </w:tc>
      </w:tr>
      <w:tr w:rsidR="001C47A2" w:rsidRPr="000F23F0" w14:paraId="308FCF1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4A6C8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D78DB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12786</w:t>
            </w:r>
          </w:p>
        </w:tc>
      </w:tr>
      <w:tr w:rsidR="001C47A2" w:rsidRPr="000F23F0" w14:paraId="489DBBD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8097A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EBBE0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7666510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63D20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521B24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80225C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E3F5A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6F90FB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AB9583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57011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674E87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379FC9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665169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DAFE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156B4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นางสาววิราวรรณ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ปัตะยะโส</w:t>
            </w:r>
          </w:p>
        </w:tc>
      </w:tr>
      <w:tr w:rsidR="001C47A2" w:rsidRPr="000F23F0" w14:paraId="6FDE4C0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2081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D0DA7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12787</w:t>
            </w:r>
          </w:p>
        </w:tc>
      </w:tr>
      <w:tr w:rsidR="001C47A2" w:rsidRPr="000F23F0" w14:paraId="67FD57E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18AE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3E735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038AEE7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222D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33000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AF24F7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EC11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25B7D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43404D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CE033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032B4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AAB6DB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D9C3696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DFA1F9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E6C1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BA1EC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</w:tr>
      <w:tr w:rsidR="001C47A2" w:rsidRPr="000F23F0" w14:paraId="18A71B6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9A0B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3BE5A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</w:tr>
      <w:tr w:rsidR="001C47A2" w:rsidRPr="000F23F0" w14:paraId="5ECB511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D39E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A6CE6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711771B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F2BF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3AEB9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3A6E59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72DB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048F8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1459220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67F1F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5E244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A7A493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D3A80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56CB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CD9DE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นายกิตติกร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ไกรกูล</w:t>
            </w:r>
          </w:p>
        </w:tc>
      </w:tr>
      <w:tr w:rsidR="001C47A2" w:rsidRPr="000F23F0" w14:paraId="297D1F5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863F4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DB23A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10958</w:t>
            </w:r>
          </w:p>
        </w:tc>
      </w:tr>
      <w:tr w:rsidR="001C47A2" w:rsidRPr="000F23F0" w14:paraId="00BF6E6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02850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5B58BC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2CBD7FF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FAAEC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E1091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1BA088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CE2CD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3E5CB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23236A5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E563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32164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CBAE623" w14:textId="66446E39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8609A8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91B86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0145D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นายรณกร ปานวรณ์</w:t>
            </w:r>
          </w:p>
        </w:tc>
      </w:tr>
      <w:tr w:rsidR="001C47A2" w:rsidRPr="000F23F0" w14:paraId="543724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D1436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B8764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11287</w:t>
            </w:r>
          </w:p>
        </w:tc>
      </w:tr>
      <w:tr w:rsidR="001C47A2" w:rsidRPr="000F23F0" w14:paraId="007DD54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6DCA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90A05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22.00</w:t>
            </w:r>
          </w:p>
        </w:tc>
      </w:tr>
      <w:tr w:rsidR="001C47A2" w:rsidRPr="000F23F0" w14:paraId="3C00CFA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6ABEC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824EF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64A938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62C25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6B69A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0BD8FD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60B73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06153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343256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799D77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FFEB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1F539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นายณันฐศักดิ์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โสกูล</w:t>
            </w:r>
          </w:p>
        </w:tc>
      </w:tr>
      <w:tr w:rsidR="001C47A2" w:rsidRPr="000F23F0" w14:paraId="1C6B172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EC28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5DCA3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11306</w:t>
            </w:r>
          </w:p>
        </w:tc>
      </w:tr>
      <w:tr w:rsidR="001C47A2" w:rsidRPr="000F23F0" w14:paraId="40FED0B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634D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3A661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17ADF8C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98E6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6DA16E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FD60B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82EE2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9C5AEF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5FFF65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71E8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9EF8C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79A1ED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E9D7FD6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693EE4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3DFF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48ED5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นายนิติวัชร์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เรืองอุดมเกียรติ</w:t>
            </w:r>
          </w:p>
        </w:tc>
      </w:tr>
      <w:tr w:rsidR="001C47A2" w:rsidRPr="000F23F0" w14:paraId="687FA74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2984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7D745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11310</w:t>
            </w:r>
          </w:p>
        </w:tc>
      </w:tr>
      <w:tr w:rsidR="001C47A2" w:rsidRPr="000F23F0" w14:paraId="120CB7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441668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C06F5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48.00</w:t>
            </w:r>
          </w:p>
        </w:tc>
      </w:tr>
      <w:tr w:rsidR="001C47A2" w:rsidRPr="000F23F0" w14:paraId="01956BB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F25E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9168F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6F5D82C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C519F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266732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88947C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6EE8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6E133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5943AEB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A15C11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2A533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6A604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นายวรรธนัย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ธัญญเจริญ</w:t>
            </w:r>
          </w:p>
        </w:tc>
      </w:tr>
      <w:tr w:rsidR="001C47A2" w:rsidRPr="000F23F0" w14:paraId="1F7C9E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9D86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94322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11352</w:t>
            </w:r>
          </w:p>
        </w:tc>
      </w:tr>
      <w:tr w:rsidR="001C47A2" w:rsidRPr="000F23F0" w14:paraId="6EDC9A4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CC79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15AAE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3897693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0188B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8A262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B187ED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ACC9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6B0E3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5CC421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5C797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51305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8103A3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C98005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BBA65A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8D98A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นายกิตติพงษ์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เธียรวรรณ</w:t>
            </w:r>
          </w:p>
        </w:tc>
      </w:tr>
      <w:tr w:rsidR="001C47A2" w:rsidRPr="000F23F0" w14:paraId="40C4212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E5242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4C0BA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11378</w:t>
            </w:r>
          </w:p>
        </w:tc>
      </w:tr>
      <w:tr w:rsidR="001C47A2" w:rsidRPr="000F23F0" w14:paraId="5499974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F39BD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25193F2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02C39F9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34DA1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43DD2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C830AC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5CDAC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5E5922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126F28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A402F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3B582F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E33C94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CBCF9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BCF8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394C1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นายธนพล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จามชาติ</w:t>
            </w:r>
          </w:p>
        </w:tc>
      </w:tr>
      <w:tr w:rsidR="001C47A2" w:rsidRPr="000F23F0" w14:paraId="21DD4DA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C962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0D8A2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11383</w:t>
            </w:r>
          </w:p>
        </w:tc>
      </w:tr>
      <w:tr w:rsidR="001C47A2" w:rsidRPr="000F23F0" w14:paraId="2D0888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F8CF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14772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18.00</w:t>
            </w:r>
          </w:p>
        </w:tc>
      </w:tr>
      <w:tr w:rsidR="001C47A2" w:rsidRPr="000F23F0" w14:paraId="46A00C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B5C50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F93DD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B2DD8B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1440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4E89F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4095F7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8DF6D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E6EED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44707C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4036864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AC5395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C896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73517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นายศุภณัฐ* ชุมใหม่</w:t>
            </w:r>
          </w:p>
        </w:tc>
      </w:tr>
      <w:tr w:rsidR="001C47A2" w:rsidRPr="000F23F0" w14:paraId="11BCDFB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3564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A66B8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11433</w:t>
            </w:r>
          </w:p>
        </w:tc>
      </w:tr>
      <w:tr w:rsidR="001C47A2" w:rsidRPr="000F23F0" w14:paraId="2C6A507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DE83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47375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41AE208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9DE3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53587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448DDE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233A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278ED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22727BC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A765C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9CB97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D03352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353BC7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1A9A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AA97E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นายชนาธิป เสาโร</w:t>
            </w:r>
          </w:p>
        </w:tc>
      </w:tr>
      <w:tr w:rsidR="001C47A2" w:rsidRPr="000F23F0" w14:paraId="69C4004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71DB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0F9C9E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12788</w:t>
            </w:r>
          </w:p>
        </w:tc>
      </w:tr>
      <w:tr w:rsidR="001C47A2" w:rsidRPr="000F23F0" w14:paraId="28860F3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4AAD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EE2A9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0553264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03AB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9DD996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84E35B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1EFBF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58D49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EAFB12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70CA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10959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52AE9E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EB23AC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7FC9F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018A38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นายธีรภัทร์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ภิมุขพัฒน์</w:t>
            </w:r>
          </w:p>
        </w:tc>
      </w:tr>
      <w:tr w:rsidR="001C47A2" w:rsidRPr="000F23F0" w14:paraId="7687051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68605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5E9ADFC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12789</w:t>
            </w:r>
          </w:p>
        </w:tc>
      </w:tr>
      <w:tr w:rsidR="001C47A2" w:rsidRPr="000F23F0" w14:paraId="6485BDE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4DAD2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49C9F9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56A1D14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9D257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56820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530B64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8E7AD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B090C7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0C4422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8CDBB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37A6B0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42A567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89C60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742EE1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DB4B5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นายพัณณกรณ์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พิศาลวนิชกุล</w:t>
            </w:r>
          </w:p>
        </w:tc>
      </w:tr>
      <w:tr w:rsidR="001C47A2" w:rsidRPr="000F23F0" w14:paraId="798A53F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21AA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0A29D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12790</w:t>
            </w:r>
          </w:p>
        </w:tc>
      </w:tr>
      <w:tr w:rsidR="001C47A2" w:rsidRPr="000F23F0" w14:paraId="083D55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C52C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94A73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52AA26C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0900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8626A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7CE3CB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9F7F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5DC19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233297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FD60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C6BE4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FCB596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732B391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472617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1F9D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AD766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นายพันธรักษ์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รังพงษ์</w:t>
            </w:r>
          </w:p>
        </w:tc>
      </w:tr>
      <w:tr w:rsidR="001C47A2" w:rsidRPr="000F23F0" w14:paraId="186822A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12690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454E8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12791</w:t>
            </w:r>
          </w:p>
        </w:tc>
      </w:tr>
      <w:tr w:rsidR="001C47A2" w:rsidRPr="000F23F0" w14:paraId="3ED8A9B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E057A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32C8AE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1C5702B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F297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DAB368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615BD5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1069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DB865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3DADF1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0C6A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668F7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EACD9E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A1E8A3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316D3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B384E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นายภัทรดนัย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ทวยโพธิ์</w:t>
            </w:r>
          </w:p>
        </w:tc>
      </w:tr>
      <w:tr w:rsidR="001C47A2" w:rsidRPr="000F23F0" w14:paraId="7A3D722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0AA78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6CBF9D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12792</w:t>
            </w:r>
          </w:p>
        </w:tc>
      </w:tr>
      <w:tr w:rsidR="001C47A2" w:rsidRPr="000F23F0" w14:paraId="243728D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50D9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2A6CD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42.00</w:t>
            </w:r>
          </w:p>
        </w:tc>
      </w:tr>
      <w:tr w:rsidR="001C47A2" w:rsidRPr="000F23F0" w14:paraId="5FCD5C0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326598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14499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34B20E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519E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A41AD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C6D4BC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DF2DA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8C018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183EF69" w14:textId="3A77FAF1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687114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8455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8CE1E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นายภาคีไนย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ชำนาญไถ</w:t>
            </w:r>
          </w:p>
        </w:tc>
      </w:tr>
      <w:tr w:rsidR="001C47A2" w:rsidRPr="000F23F0" w14:paraId="350FFFB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6AE639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B2FD52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12793</w:t>
            </w:r>
          </w:p>
        </w:tc>
      </w:tr>
      <w:tr w:rsidR="001C47A2" w:rsidRPr="000F23F0" w14:paraId="23CB21A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D220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53741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4A2BCBF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D7BF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9DFCF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EDF41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3CA3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A4973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970DD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5F39C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DB811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9E1FFA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867A4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1AAB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03125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นางสาววิชญาพร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งับประโคน</w:t>
            </w:r>
          </w:p>
        </w:tc>
      </w:tr>
      <w:tr w:rsidR="001C47A2" w:rsidRPr="000F23F0" w14:paraId="45C684C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0DDE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E0D0D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11332</w:t>
            </w:r>
          </w:p>
        </w:tc>
      </w:tr>
      <w:tr w:rsidR="001C47A2" w:rsidRPr="000F23F0" w14:paraId="529FDE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BE162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07B3B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44.00</w:t>
            </w:r>
          </w:p>
        </w:tc>
      </w:tr>
      <w:tr w:rsidR="001C47A2" w:rsidRPr="000F23F0" w14:paraId="1B6A2EC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A3178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6F2CB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88AC6E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908A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B0C78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225D723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FD2D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1C9B62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5F2D05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7F2E795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07D11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F19D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44184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นางสาวศศิกา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นามกุล</w:t>
            </w:r>
          </w:p>
        </w:tc>
      </w:tr>
      <w:tr w:rsidR="001C47A2" w:rsidRPr="000F23F0" w14:paraId="69F185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1EF1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3164F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11333</w:t>
            </w:r>
          </w:p>
        </w:tc>
      </w:tr>
      <w:tr w:rsidR="001C47A2" w:rsidRPr="000F23F0" w14:paraId="35AFCB3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8B15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FC4A3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53309ED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13DE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9447B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307099F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B49D2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A0C2EE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578154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ACF02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29BFE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AD468C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F51E88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C498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E174F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นางสาวสุวีณา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สงครามรอด</w:t>
            </w:r>
          </w:p>
        </w:tc>
      </w:tr>
      <w:tr w:rsidR="001C47A2" w:rsidRPr="000F23F0" w14:paraId="7E97C69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521C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D144B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11334</w:t>
            </w:r>
          </w:p>
        </w:tc>
      </w:tr>
      <w:tr w:rsidR="001C47A2" w:rsidRPr="000F23F0" w14:paraId="651E609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A98D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69BE14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20.00</w:t>
            </w:r>
          </w:p>
        </w:tc>
      </w:tr>
      <w:tr w:rsidR="001C47A2" w:rsidRPr="000F23F0" w14:paraId="613BC79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6D88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A2BE6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BACF06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D63E3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C09B68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577FAA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8E72B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7D36F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6D8CD4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7A65B6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F04BE4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4405A5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นางสาวอมรรัตน์ ตรีเมฆ</w:t>
            </w:r>
          </w:p>
        </w:tc>
      </w:tr>
      <w:tr w:rsidR="001C47A2" w:rsidRPr="000F23F0" w14:paraId="0DCF33DE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40E08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95FDD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11337</w:t>
            </w:r>
          </w:p>
        </w:tc>
      </w:tr>
      <w:tr w:rsidR="001C47A2" w:rsidRPr="000F23F0" w14:paraId="6BB70D5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10571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28D418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56.00</w:t>
            </w:r>
          </w:p>
        </w:tc>
      </w:tr>
      <w:tr w:rsidR="001C47A2" w:rsidRPr="000F23F0" w14:paraId="264748C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88771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F1A7D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1A56FE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7BFA9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ED377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727634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2C25C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356AA4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D1853B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46E89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5155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04224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นางสาวชาลิสา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ไกรกูล</w:t>
            </w:r>
          </w:p>
        </w:tc>
      </w:tr>
      <w:tr w:rsidR="001C47A2" w:rsidRPr="000F23F0" w14:paraId="018E885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A761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3662B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11359</w:t>
            </w:r>
          </w:p>
        </w:tc>
      </w:tr>
      <w:tr w:rsidR="001C47A2" w:rsidRPr="000F23F0" w14:paraId="7C262EB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1113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E1F26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43ACB3A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DBE9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28CEE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34CFE82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748A2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8E4990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53C1AE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70AF4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A52600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DE2037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2ACA2F6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9E7D6B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F474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437C0A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นางสาวสกุนทิพย์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ทิพย์อักษร</w:t>
            </w:r>
          </w:p>
        </w:tc>
      </w:tr>
      <w:tr w:rsidR="001C47A2" w:rsidRPr="000F23F0" w14:paraId="0E5AF59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E24D5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61F00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11408</w:t>
            </w:r>
          </w:p>
        </w:tc>
      </w:tr>
      <w:tr w:rsidR="001C47A2" w:rsidRPr="000F23F0" w14:paraId="14DFD4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8C927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5DC06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20F30E3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E3F3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90C891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65BE4D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7763BC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DE070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079405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65FB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9655B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6A58E4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B8F391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4F7F9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CDDFF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นางสาวจอมสุรางค์ สงวนตั้ง</w:t>
            </w:r>
          </w:p>
        </w:tc>
      </w:tr>
      <w:tr w:rsidR="001C47A2" w:rsidRPr="000F23F0" w14:paraId="72B0AAD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8F1D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D5C22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11438</w:t>
            </w:r>
          </w:p>
        </w:tc>
      </w:tr>
      <w:tr w:rsidR="001C47A2" w:rsidRPr="000F23F0" w14:paraId="4D3EEC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E9761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09207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01A00C6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0D19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B89D4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EBDD9D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0930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F9E15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62E5B6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5A9B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30086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B76115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B83AE37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EC1E40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BF40A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51F59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นางสาวนันทนัช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กลอยไทย</w:t>
            </w:r>
          </w:p>
        </w:tc>
      </w:tr>
      <w:tr w:rsidR="001C47A2" w:rsidRPr="000F23F0" w14:paraId="5D0B38E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F54AD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E7E44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11442</w:t>
            </w:r>
          </w:p>
        </w:tc>
      </w:tr>
      <w:tr w:rsidR="001C47A2" w:rsidRPr="000F23F0" w14:paraId="7127E9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9226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BDE7B2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41C0609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25708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E5B5B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A88BC7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46E9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7733A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4A641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AB2932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FC3C6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931A9B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23916C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48A9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B9F1D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นางสาวกนกวรรณ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เสริฐกระโทก</w:t>
            </w:r>
          </w:p>
        </w:tc>
      </w:tr>
      <w:tr w:rsidR="001C47A2" w:rsidRPr="000F23F0" w14:paraId="1DFEC5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32B6F8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462D12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12794</w:t>
            </w:r>
          </w:p>
        </w:tc>
      </w:tr>
      <w:tr w:rsidR="001C47A2" w:rsidRPr="000F23F0" w14:paraId="0A750DA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DB1F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E5BFF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6C197DE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994CC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F2366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29AEA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FFFB8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F6075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451A22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C1607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43AF18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AC5F28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94676A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D44D4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493E8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นางสาวปาณิสรา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ตู่กระโทก</w:t>
            </w:r>
          </w:p>
        </w:tc>
      </w:tr>
      <w:tr w:rsidR="001C47A2" w:rsidRPr="000F23F0" w14:paraId="2706E52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F41CA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A0118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12804</w:t>
            </w:r>
          </w:p>
        </w:tc>
      </w:tr>
      <w:tr w:rsidR="001C47A2" w:rsidRPr="000F23F0" w14:paraId="46ACE14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E90FF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2BAA7DE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362160C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14B63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42B24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1F4462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98BBE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412134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53A1DA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33485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1104EE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18FE69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CCB88E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8EB3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595BE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นางสาวพิมระภัทร์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กล่อมพระทัย</w:t>
            </w:r>
          </w:p>
        </w:tc>
      </w:tr>
      <w:tr w:rsidR="001C47A2" w:rsidRPr="000F23F0" w14:paraId="4295A81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75006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40A84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12805</w:t>
            </w:r>
          </w:p>
        </w:tc>
      </w:tr>
      <w:tr w:rsidR="001C47A2" w:rsidRPr="000F23F0" w14:paraId="3768A69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5EE2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D209E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3753C6F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4CCA86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A6608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6BE9313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04C2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5B500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C31521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C10ED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084A8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B27577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F52FD31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FEEB7C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C82A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3257B0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นางสาวสุชาดา ตรีเมฆ</w:t>
            </w:r>
          </w:p>
        </w:tc>
      </w:tr>
      <w:tr w:rsidR="001C47A2" w:rsidRPr="000F23F0" w14:paraId="79BA086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40E2D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EE171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12806</w:t>
            </w:r>
          </w:p>
        </w:tc>
      </w:tr>
      <w:tr w:rsidR="001C47A2" w:rsidRPr="000F23F0" w14:paraId="4D8075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0E283E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CEC3A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52597F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2620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5AC698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98A3A3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884C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DDCC54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29B9F6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E7697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36C65A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73FE43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DC75B2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225D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656DF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คำนำหน้าชื่อ สกุล</w:t>
            </w:r>
          </w:p>
        </w:tc>
      </w:tr>
      <w:tr w:rsidR="001C47A2" w:rsidRPr="000F23F0" w14:paraId="493C5AB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00C43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C74D5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เลขประจำตัว</w:t>
            </w:r>
          </w:p>
        </w:tc>
      </w:tr>
      <w:tr w:rsidR="001C47A2" w:rsidRPr="000F23F0" w14:paraId="6A5558D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B7209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0DDDC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34AA6F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73DC8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831AC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1E75274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9971B1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4F74D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509C2D5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70D9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745EC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283C9F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9D609F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F0E23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7C72C3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นายภูรินท์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ขำวงค์</w:t>
            </w:r>
          </w:p>
        </w:tc>
      </w:tr>
      <w:tr w:rsidR="001C47A2" w:rsidRPr="000F23F0" w14:paraId="1126982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34849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073B83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11088</w:t>
            </w:r>
          </w:p>
        </w:tc>
      </w:tr>
      <w:tr w:rsidR="001C47A2" w:rsidRPr="000F23F0" w14:paraId="5A83D84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0A7C4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F2005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35.00</w:t>
            </w:r>
          </w:p>
        </w:tc>
      </w:tr>
      <w:tr w:rsidR="001C47A2" w:rsidRPr="000F23F0" w14:paraId="567A1A8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F0DBA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CBE95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08AFA2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55799E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CB756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B7E232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EAB7C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53DA5F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117ABC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179D13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2570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B52C5C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นายเปรมศักดิ์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เสมอใจ</w:t>
            </w:r>
          </w:p>
        </w:tc>
      </w:tr>
      <w:tr w:rsidR="001C47A2" w:rsidRPr="000F23F0" w14:paraId="1B15D94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95CCD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83B040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11285</w:t>
            </w:r>
          </w:p>
        </w:tc>
      </w:tr>
      <w:tr w:rsidR="001C47A2" w:rsidRPr="000F23F0" w14:paraId="385FC22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03D721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04F2C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37.50</w:t>
            </w:r>
          </w:p>
        </w:tc>
      </w:tr>
      <w:tr w:rsidR="001C47A2" w:rsidRPr="000F23F0" w14:paraId="22B231B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A7FDE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3C549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30F6F6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28FAF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42FA6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C76140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3155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9A7FB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8EAC94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2386AE1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55D087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691B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05198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นายภูวดล* เทียนวรรณ</w:t>
            </w:r>
          </w:p>
        </w:tc>
      </w:tr>
      <w:tr w:rsidR="001C47A2" w:rsidRPr="000F23F0" w14:paraId="2AF3791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1B72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11703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11313</w:t>
            </w:r>
          </w:p>
        </w:tc>
      </w:tr>
      <w:tr w:rsidR="001C47A2" w:rsidRPr="000F23F0" w14:paraId="22901B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79C2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F170E6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28.00</w:t>
            </w:r>
          </w:p>
        </w:tc>
      </w:tr>
      <w:tr w:rsidR="001C47A2" w:rsidRPr="000F23F0" w14:paraId="2F8B8F6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6B6E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D74A9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765BCE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080F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85887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1BFDB51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0D4C3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A312FA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F191FA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7849F7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DF29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935943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นายกิตติกร* เรียบร้อย</w:t>
            </w:r>
          </w:p>
        </w:tc>
      </w:tr>
      <w:tr w:rsidR="001C47A2" w:rsidRPr="000F23F0" w14:paraId="58EB77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5E6274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97E2F5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11377</w:t>
            </w:r>
          </w:p>
        </w:tc>
      </w:tr>
      <w:tr w:rsidR="001C47A2" w:rsidRPr="000F23F0" w14:paraId="61ACCA6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C67457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0E163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6D1950A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CDDF4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A03C1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F38D39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F37C4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969E9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ECE18C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1A698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A501F5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399668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1368822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05C82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17F6C6D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นายวงศกร คงกำเนิด</w:t>
            </w:r>
          </w:p>
        </w:tc>
      </w:tr>
      <w:tr w:rsidR="001C47A2" w:rsidRPr="000F23F0" w14:paraId="370536F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411676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3AB7C4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12807</w:t>
            </w:r>
          </w:p>
        </w:tc>
      </w:tr>
      <w:tr w:rsidR="001C47A2" w:rsidRPr="000F23F0" w14:paraId="7AE5474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E1AD4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464908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460A3E5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8EC05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218D55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2E65F0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205C3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23769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0DC2C9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AD7FAB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4ABA1C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9A81B7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C6B6AD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1325F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497BE4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นายศักดิ์ดา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ปะวะโน</w:t>
            </w:r>
          </w:p>
        </w:tc>
      </w:tr>
      <w:tr w:rsidR="001C47A2" w:rsidRPr="000F23F0" w14:paraId="65F7AAA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FEE3A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14097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12808</w:t>
            </w:r>
          </w:p>
        </w:tc>
      </w:tr>
      <w:tr w:rsidR="001C47A2" w:rsidRPr="000F23F0" w14:paraId="149C0FF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5A7C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F7347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2B0A696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1C62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5EE1E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7D323E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7AF9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DB8DBC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C874F8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141B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05D76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E03CB3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4297A990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201433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50D6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6B316BC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นายสงกรานต์ งามเลิศ</w:t>
            </w:r>
          </w:p>
        </w:tc>
      </w:tr>
      <w:tr w:rsidR="001C47A2" w:rsidRPr="000F23F0" w14:paraId="1956457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57D0B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92631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12809</w:t>
            </w:r>
          </w:p>
        </w:tc>
      </w:tr>
      <w:tr w:rsidR="001C47A2" w:rsidRPr="000F23F0" w14:paraId="59BE7A1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B39D1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E9DE0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6981F05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B5DBD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6327A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8F08C2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EEE1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F5C09C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3609B4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F3DCB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0B2CA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D6977E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9B905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229E6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C8C34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นายชนนท์ โลหะชาติ</w:t>
            </w:r>
          </w:p>
        </w:tc>
      </w:tr>
      <w:tr w:rsidR="001C47A2" w:rsidRPr="000F23F0" w14:paraId="551ED17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A0556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9D4D5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191AA3B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A5788B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2B23D7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1DE1043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07B8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935BEA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C6EE14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C6B4D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B93B4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79637E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C59E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C6A5D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8EAD00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CE29B6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5BE76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6E150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นายปรเมษ โอโลรัมย์</w:t>
            </w:r>
          </w:p>
        </w:tc>
      </w:tr>
      <w:tr w:rsidR="001C47A2" w:rsidRPr="000F23F0" w14:paraId="1877D62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C70A2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80C3C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5D6624A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85F6FD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10530EA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38.00</w:t>
            </w:r>
          </w:p>
        </w:tc>
      </w:tr>
      <w:tr w:rsidR="001C47A2" w:rsidRPr="000F23F0" w14:paraId="0687990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2995B3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04DDF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68A1A1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B0718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7A35A1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58830C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B179C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43E64F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4C3B20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C2D230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291CD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E7AE8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นายกรรณชัยบดินทร์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โคตรตัสสา</w:t>
            </w:r>
          </w:p>
        </w:tc>
      </w:tr>
      <w:tr w:rsidR="001C47A2" w:rsidRPr="000F23F0" w14:paraId="2D1ECFC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A602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DADBC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142425E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153F3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427C1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7222C52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CE96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572DA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C82141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F1A8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3EB7F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78CF59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4A63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1DD72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5B638C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6AAD40F9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B23AEC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A275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A72A4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นายทักษ์ดนัย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กลิ่นสกุล</w:t>
            </w:r>
          </w:p>
        </w:tc>
      </w:tr>
      <w:tr w:rsidR="001C47A2" w:rsidRPr="000F23F0" w14:paraId="15F5CFE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F5CC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AAACF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2D8D011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353FE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FE19E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2AACD2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7060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32918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FD8CCB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301F8E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DB7D0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EED50F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32E77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AE6AFA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147EFAA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026FEF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C248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B5753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นายธนธรณ์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รังศรี</w:t>
            </w:r>
          </w:p>
        </w:tc>
      </w:tr>
      <w:tr w:rsidR="001C47A2" w:rsidRPr="000F23F0" w14:paraId="3A524A4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31029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E0900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629DB5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F97C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B302F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32.00</w:t>
            </w:r>
          </w:p>
        </w:tc>
      </w:tr>
      <w:tr w:rsidR="001C47A2" w:rsidRPr="000F23F0" w14:paraId="469EA28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73B841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14747E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704A7C8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ECD78D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BA2D17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FE9528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49806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7443D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51012CF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39D35EC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0120C8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5F7842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นายร่มเกล้า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นวลสุวรรณ์</w:t>
            </w:r>
          </w:p>
        </w:tc>
      </w:tr>
      <w:tr w:rsidR="001C47A2" w:rsidRPr="000F23F0" w14:paraId="4E744FA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12A62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320D97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12E62CC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F20B27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46ADE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6C2DECB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35110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8017D3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0573D7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8DF0F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606E3E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DC943D6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DDD25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17F7F04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D3C282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CF358E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DC6D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E5FD17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นายวรวุฒิ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พรมนอก</w:t>
            </w:r>
          </w:p>
        </w:tc>
      </w:tr>
      <w:tr w:rsidR="001C47A2" w:rsidRPr="000F23F0" w14:paraId="36E10C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EA7A42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051A2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7B8B9E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9C7CF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787354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62A90F4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64FED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365C7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63C88B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ABB3C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C12BF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2ACEDB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B54F7B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5B02C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F28351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4886767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789A28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F3A3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0E475D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นายอติวิชญ์* จระเข้</w:t>
            </w:r>
          </w:p>
        </w:tc>
      </w:tr>
      <w:tr w:rsidR="001C47A2" w:rsidRPr="000F23F0" w14:paraId="0867BE6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2D04C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81C800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28A364E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EFFF13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BD5EA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2E63CD8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F63296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A38C1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CA3C0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D063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69351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124A8D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122CF4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5F761C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66F2C6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5FE640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20770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2281BB6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นายอภิวิชญ์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อินทร์ทอง</w:t>
            </w:r>
          </w:p>
        </w:tc>
      </w:tr>
      <w:tr w:rsidR="001C47A2" w:rsidRPr="000F23F0" w14:paraId="324BA6B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B517B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300B08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3F7DC17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B48257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9D1C4F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1F08BAB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7409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CAEF56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509CFA6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CEF0F7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A300E2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3D0CC0C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3E959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8FD6B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D4B6A28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B49B90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0D0668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49D13E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นางสาววราภรณ์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แดงสันเทียะ</w:t>
            </w:r>
          </w:p>
        </w:tc>
      </w:tr>
      <w:tr w:rsidR="001C47A2" w:rsidRPr="000F23F0" w14:paraId="25C3BBD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64B319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DBAE3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11264</w:t>
            </w:r>
          </w:p>
        </w:tc>
      </w:tr>
      <w:tr w:rsidR="001C47A2" w:rsidRPr="000F23F0" w14:paraId="4CDAB201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10945C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3BC698A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2CF3B0D5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CEBB5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9AAEA8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F5BF3B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BD39D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2060DF1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51AAD4D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5A266D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24FFD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21B48AD6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5C6721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63F03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A832F9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นางสาวเมษา แซ่เสี่ย</w:t>
            </w:r>
          </w:p>
        </w:tc>
      </w:tr>
      <w:tr w:rsidR="001C47A2" w:rsidRPr="000F23F0" w14:paraId="6012B9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9132D2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FB7FA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11372</w:t>
            </w:r>
          </w:p>
        </w:tc>
      </w:tr>
      <w:tr w:rsidR="001C47A2" w:rsidRPr="000F23F0" w14:paraId="210A04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70AB7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27016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46.00</w:t>
            </w:r>
          </w:p>
        </w:tc>
      </w:tr>
      <w:tr w:rsidR="001C47A2" w:rsidRPr="000F23F0" w14:paraId="04688FC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4E1E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7F2B07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7B847D9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A60E1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1BB5A5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031CF15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D2CB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45C71FD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864657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E953032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E28859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66ADD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A2811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นางสาวกัลชนา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จอยเอกา</w:t>
            </w:r>
          </w:p>
        </w:tc>
      </w:tr>
      <w:tr w:rsidR="001C47A2" w:rsidRPr="000F23F0" w14:paraId="40932B1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98D8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9A741C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11397</w:t>
            </w:r>
          </w:p>
        </w:tc>
      </w:tr>
      <w:tr w:rsidR="001C47A2" w:rsidRPr="000F23F0" w14:paraId="5EAC97F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E8C2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489346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70C9CEA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E4E56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E58D40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0E22CF8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908CD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31AE7D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35A7DA4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7F8E3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07F7B3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36CDC9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064F7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256434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260A3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นางสาวเกตน์นิภา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นาเคน</w:t>
            </w:r>
          </w:p>
        </w:tc>
      </w:tr>
      <w:tr w:rsidR="001C47A2" w:rsidRPr="000F23F0" w14:paraId="1B9F551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C84FF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54B7A4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11398</w:t>
            </w:r>
          </w:p>
        </w:tc>
      </w:tr>
      <w:tr w:rsidR="001C47A2" w:rsidRPr="000F23F0" w14:paraId="1EEDD2E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8FC53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88CDC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258FC22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4C054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1689E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746ADA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7183B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7B8CA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47BE306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7FF06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037CCF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65322F3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3207D6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3D2FB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2FF4F32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นางสาวลัดดา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ใจหนึ่ง</w:t>
            </w:r>
          </w:p>
        </w:tc>
      </w:tr>
      <w:tr w:rsidR="001C47A2" w:rsidRPr="000F23F0" w14:paraId="1B24BA2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076A8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33609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11447</w:t>
            </w:r>
          </w:p>
        </w:tc>
      </w:tr>
      <w:tr w:rsidR="001C47A2" w:rsidRPr="000F23F0" w14:paraId="51F4CAD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B0628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6647221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36.00</w:t>
            </w:r>
          </w:p>
        </w:tc>
      </w:tr>
      <w:tr w:rsidR="001C47A2" w:rsidRPr="000F23F0" w14:paraId="6F5C429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71764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177E9D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63F9E4F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1732AD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7A3E61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6EB0DB6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1A915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1E9900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1DE383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7B958A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52067F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741F0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นางสาวอริศรา* จันทร์คง</w:t>
            </w:r>
          </w:p>
        </w:tc>
      </w:tr>
      <w:tr w:rsidR="001C47A2" w:rsidRPr="000F23F0" w14:paraId="7F524C9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C8A1A4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91E6D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11451</w:t>
            </w:r>
          </w:p>
        </w:tc>
      </w:tr>
      <w:tr w:rsidR="001C47A2" w:rsidRPr="000F23F0" w14:paraId="405A59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352733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D19C2F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5237EC6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535AF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7AAE59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26F489E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67473D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C8C21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6D1101B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E5BCC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2BA38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07B3FF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5351BE0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56B67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F3B71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7DC4793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นางสาวนวลกมล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เหมือนแสงศรี</w:t>
            </w:r>
          </w:p>
        </w:tc>
      </w:tr>
      <w:tr w:rsidR="001C47A2" w:rsidRPr="000F23F0" w14:paraId="7318377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70C0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492E9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12810</w:t>
            </w:r>
          </w:p>
        </w:tc>
      </w:tr>
      <w:tr w:rsidR="001C47A2" w:rsidRPr="000F23F0" w14:paraId="7BA11A3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313F8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02AF90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002C857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E77FD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0C53A6A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0007F91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70926A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51CE1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9EF0B0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EB8B8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355497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6287E8DC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17D29B0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FD298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152DC45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นางสาวพฤกษา เสาร์ศิริ</w:t>
            </w:r>
          </w:p>
        </w:tc>
      </w:tr>
      <w:tr w:rsidR="001C47A2" w:rsidRPr="000F23F0" w14:paraId="3A04E4E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591DE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824776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12811</w:t>
            </w:r>
          </w:p>
        </w:tc>
      </w:tr>
      <w:tr w:rsidR="001C47A2" w:rsidRPr="000F23F0" w14:paraId="7AF4019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8CD9C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30251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7EB40A3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DEE6CB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ECDF81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6FC741A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BF9854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E79BFF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2B9E560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A2E56F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ECC38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456A0C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DA3F887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83C1F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25A31D3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นางสาวรุ่งดาริน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พระโบราณเมือง</w:t>
            </w:r>
          </w:p>
        </w:tc>
      </w:tr>
      <w:tr w:rsidR="001C47A2" w:rsidRPr="000F23F0" w14:paraId="5D96C849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6824C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FBAD55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12812</w:t>
            </w:r>
          </w:p>
        </w:tc>
      </w:tr>
      <w:tr w:rsidR="001C47A2" w:rsidRPr="000F23F0" w14:paraId="409D81D8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C8E91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046C0F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751F9784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58B0B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723EFA9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1EB8A8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5804931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428CE2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FCD4A6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42F09E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0B9AE19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1AD1902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099B74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A51A4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0EEB4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นางสาวศรีสุดา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เคียงเคีย</w:t>
            </w:r>
          </w:p>
        </w:tc>
      </w:tr>
      <w:tr w:rsidR="001C47A2" w:rsidRPr="000F23F0" w14:paraId="62448BC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18936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2DDBBF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12813</w:t>
            </w:r>
          </w:p>
        </w:tc>
      </w:tr>
      <w:tr w:rsidR="001C47A2" w:rsidRPr="000F23F0" w14:paraId="7B82046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7AB364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F2FE5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3F9ED92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5EEDF6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77FCFDB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132947A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FEA9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3B6B4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57E06B3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1AEC0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81E279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577E2E1E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1EBC0885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4B662C7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E9FA51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D8C535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นางสาวธมลวรรณ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แผ้วพลสง</w:t>
            </w:r>
          </w:p>
        </w:tc>
      </w:tr>
      <w:tr w:rsidR="001C47A2" w:rsidRPr="000F23F0" w14:paraId="54A0BBE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C48E6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496B4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12824</w:t>
            </w:r>
          </w:p>
        </w:tc>
      </w:tr>
      <w:tr w:rsidR="001C47A2" w:rsidRPr="000F23F0" w14:paraId="59DA474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554A5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B5BBF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24.00</w:t>
            </w:r>
          </w:p>
        </w:tc>
      </w:tr>
      <w:tr w:rsidR="001C47A2" w:rsidRPr="000F23F0" w14:paraId="682443FD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5ED824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23AABD1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36AA260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5122B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0DACBB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0AEE6CD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881F6D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6CE7928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7D2355D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6E2CE8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56390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4D5BDE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นางสาวอาริตา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เพิ่มดี</w:t>
            </w:r>
          </w:p>
        </w:tc>
      </w:tr>
      <w:tr w:rsidR="001C47A2" w:rsidRPr="000F23F0" w14:paraId="7016C0F4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1B320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C5ABD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12825</w:t>
            </w:r>
          </w:p>
        </w:tc>
      </w:tr>
      <w:tr w:rsidR="001C47A2" w:rsidRPr="000F23F0" w14:paraId="51C6BB8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3F5375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159EC2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4876682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01474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3BD07DC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4A4F55E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867BB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F458D6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183A51D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0A06D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5A14E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063221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6D8CA93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03B5ED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20B2CFC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นางสาวกานต์ชนก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กุดดอน</w:t>
            </w:r>
          </w:p>
        </w:tc>
      </w:tr>
      <w:tr w:rsidR="001C47A2" w:rsidRPr="000F23F0" w14:paraId="227ECADB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5E02A5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43C61E2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4CE0F88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7538F87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25A1D7C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30.00</w:t>
            </w:r>
          </w:p>
        </w:tc>
      </w:tr>
      <w:tr w:rsidR="001C47A2" w:rsidRPr="000F23F0" w14:paraId="6631A9D0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DABA5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6D07FAE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C194A3A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A4C836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45AD7E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2AB651D" w14:textId="77777777" w:rsidTr="005E6784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1416B5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25BF9B0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452CFE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7C0D37C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7FE4D2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1E367A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นางสาวยมาภรณ์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คงพลปาน</w:t>
            </w:r>
          </w:p>
        </w:tc>
      </w:tr>
      <w:tr w:rsidR="001C47A2" w:rsidRPr="000F23F0" w14:paraId="5078F45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20D42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6077014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0A1D865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B423E2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4757B09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40.00</w:t>
            </w:r>
          </w:p>
        </w:tc>
      </w:tr>
      <w:tr w:rsidR="001C47A2" w:rsidRPr="000F23F0" w14:paraId="503B770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9B68A8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AECF9E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ระดับพัฒนา/ต่อยอด</w:t>
            </w:r>
          </w:p>
        </w:tc>
      </w:tr>
      <w:tr w:rsidR="001C47A2" w:rsidRPr="000F23F0" w14:paraId="36E63CD8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452CB5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474ED8F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ต่อยอดด้วยโจทย์ประยุกต์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กิจกรรมท้าทาย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และส่งเสริมการอธิบายเหตุผล</w:t>
            </w:r>
          </w:p>
        </w:tc>
      </w:tr>
      <w:tr w:rsidR="001C47A2" w:rsidRPr="000F23F0" w14:paraId="7A7D948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9B8FE6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904069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EB84920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3EDA261E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667DC2A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1F5306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464EC1A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นางสาววันใหม่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หาญสุวรรณ์</w:t>
            </w:r>
          </w:p>
        </w:tc>
      </w:tr>
      <w:tr w:rsidR="001C47A2" w:rsidRPr="000F23F0" w14:paraId="12C154E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760F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713B809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61B2CF1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E334B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3069B0D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08D4208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3BFD0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0AE46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672FFC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CEFB39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22C90FE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04E7E58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4CB7B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D55F01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F5CBFE9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69DDFE7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3B280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5C7AB0D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นางสาวชลิดา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ชำนาญเชื้อ</w:t>
            </w:r>
          </w:p>
        </w:tc>
      </w:tr>
      <w:tr w:rsidR="001C47A2" w:rsidRPr="000F23F0" w14:paraId="7632672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47812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0D6852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193581F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6ABE47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0B67690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23C4F57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4C8D38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17689FB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527AF95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60AC8D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76C72FA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10A2781B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2BBA3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0384970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43E65CC1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060319FA" w14:textId="77777777" w:rsidTr="00B51ADE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2AB2C36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6022" w:type="dxa"/>
            <w:vAlign w:val="center"/>
          </w:tcPr>
          <w:p w14:paraId="6BCBD6F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นางสาวปรารถนา* เทพเนาว์</w:t>
            </w:r>
          </w:p>
        </w:tc>
      </w:tr>
      <w:tr w:rsidR="001C47A2" w:rsidRPr="000F23F0" w14:paraId="278BAF4D" w14:textId="77777777" w:rsidTr="00B51ADE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400847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6022" w:type="dxa"/>
            <w:vAlign w:val="center"/>
          </w:tcPr>
          <w:p w14:paraId="18B309C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31DFA3E3" w14:textId="77777777" w:rsidTr="00B51ADE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34D0EEC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6022" w:type="dxa"/>
            <w:vAlign w:val="center"/>
          </w:tcPr>
          <w:p w14:paraId="4E65C91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06B33C95" w14:textId="77777777" w:rsidTr="00B51ADE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6B9F07F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6022" w:type="dxa"/>
            <w:vAlign w:val="center"/>
          </w:tcPr>
          <w:p w14:paraId="4F017A0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453170DE" w14:textId="77777777" w:rsidTr="00B51ADE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2527D20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6022" w:type="dxa"/>
            <w:vAlign w:val="center"/>
          </w:tcPr>
          <w:p w14:paraId="03B155B3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40973277" w14:textId="77777777" w:rsidTr="00B51ADE">
        <w:trPr>
          <w:jc w:val="center"/>
        </w:trPr>
        <w:tc>
          <w:tcPr>
            <w:tcW w:w="4053" w:type="dxa"/>
            <w:shd w:val="clear" w:color="auto" w:fill="EAF2F8"/>
            <w:vAlign w:val="center"/>
          </w:tcPr>
          <w:p w14:paraId="14C3E15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6022" w:type="dxa"/>
            <w:vAlign w:val="center"/>
          </w:tcPr>
          <w:p w14:paraId="39A9C27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0377DF25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5615E96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8B82EBD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3CE5C72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นางสาวรดาธาร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ยืนยาว</w:t>
            </w:r>
          </w:p>
        </w:tc>
      </w:tr>
      <w:tr w:rsidR="001C47A2" w:rsidRPr="000F23F0" w14:paraId="72D0A783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1A6E94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1B504E1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045A94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9B740A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16382E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34.00</w:t>
            </w:r>
          </w:p>
        </w:tc>
      </w:tr>
      <w:tr w:rsidR="001C47A2" w:rsidRPr="000F23F0" w14:paraId="2B57A177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220CFC9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6743B3D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1AF699C5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BDA21F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5A5571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เสริมแบบฝึกและการอธิบายวิธีคิด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ใช้เพื่อนช่วยเพื่อน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และประเมินย่อย</w:t>
            </w:r>
          </w:p>
        </w:tc>
      </w:tr>
      <w:tr w:rsidR="001C47A2" w:rsidRPr="000F23F0" w14:paraId="7702B14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175DC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219BF49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3D58ACA7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p w14:paraId="0DE46474" w14:textId="77777777" w:rsidR="001C47A2" w:rsidRPr="000F23F0" w:rsidRDefault="00000000" w:rsidP="000F23F0">
      <w:pPr>
        <w:spacing w:after="0" w:line="240" w:lineRule="auto"/>
        <w:rPr>
          <w:rFonts w:ascii="TH SarabunPSK" w:hAnsi="TH SarabunPSK" w:cs="TH SarabunPSK"/>
          <w:szCs w:val="32"/>
        </w:rPr>
      </w:pPr>
      <w:r w:rsidRPr="000F23F0">
        <w:rPr>
          <w:rFonts w:ascii="TH SarabunPSK" w:hAnsi="TH SarabunPSK" w:cs="TH SarabunPSK"/>
          <w:szCs w:val="32"/>
        </w:rPr>
        <w:br w:type="page"/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38A7CFA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0DEE6B3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lastRenderedPageBreak/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E93015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นางสาวรพีพร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*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ใสงาม</w:t>
            </w:r>
          </w:p>
        </w:tc>
      </w:tr>
      <w:tr w:rsidR="001C47A2" w:rsidRPr="000F23F0" w14:paraId="306B4151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8D54FF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4A68C57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33A55A8C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DB57BEC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565FC8C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26.00</w:t>
            </w:r>
          </w:p>
        </w:tc>
      </w:tr>
      <w:tr w:rsidR="001C47A2" w:rsidRPr="000F23F0" w14:paraId="5035DCD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98F7CC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40B3E3C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</w:t>
            </w:r>
          </w:p>
        </w:tc>
      </w:tr>
      <w:tr w:rsidR="001C47A2" w:rsidRPr="000F23F0" w14:paraId="2A169D12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D665A5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1AA43F21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ทบทวนพื้นฐานแบบทีละขั้น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ฝึกซ้ำ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และติดตามความก้าวหน้าอย่างใกล้ชิด</w:t>
            </w:r>
          </w:p>
        </w:tc>
      </w:tr>
      <w:tr w:rsidR="001C47A2" w:rsidRPr="000F23F0" w14:paraId="5C4A05A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40948B5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1DB24D3E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1EC8F354" w14:textId="77777777" w:rsidR="001C47A2" w:rsidRPr="000F23F0" w:rsidRDefault="001C47A2" w:rsidP="000F23F0">
      <w:pPr>
        <w:spacing w:after="0" w:line="240" w:lineRule="auto"/>
        <w:rPr>
          <w:rFonts w:ascii="TH SarabunPSK" w:hAnsi="TH SarabunPSK" w:cs="TH SarabunPSK"/>
          <w:szCs w:val="32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022"/>
      </w:tblGrid>
      <w:tr w:rsidR="001C47A2" w:rsidRPr="000F23F0" w14:paraId="2E3CDA06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E2B8E72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ข้อมูลผู้เรียน</w:t>
            </w:r>
          </w:p>
        </w:tc>
        <w:tc>
          <w:tcPr>
            <w:tcW w:w="4929" w:type="dxa"/>
            <w:vAlign w:val="center"/>
          </w:tcPr>
          <w:p w14:paraId="08047659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หมายเหตุนักเรียนที่ไม่มีคะแนนในช่อง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คือนักเรียนที่ยังไม่ได้สอบค่ะ</w:t>
            </w:r>
            <w:r w:rsidRPr="000F23F0">
              <w:rPr>
                <w:rFonts w:ascii="TH SarabunPSK" w:hAnsi="TH SarabunPSK" w:cs="TH SarabunPSK"/>
                <w:szCs w:val="32"/>
              </w:rPr>
              <w:t xml:space="preserve">  None</w:t>
            </w:r>
          </w:p>
        </w:tc>
      </w:tr>
      <w:tr w:rsidR="001C47A2" w:rsidRPr="000F23F0" w14:paraId="373AD569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F84D9AA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เลขประจำตัว</w:t>
            </w:r>
          </w:p>
        </w:tc>
        <w:tc>
          <w:tcPr>
            <w:tcW w:w="4929" w:type="dxa"/>
            <w:vAlign w:val="center"/>
          </w:tcPr>
          <w:p w14:paraId="569F4585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None</w:t>
            </w:r>
          </w:p>
        </w:tc>
      </w:tr>
      <w:tr w:rsidR="001C47A2" w:rsidRPr="000F23F0" w14:paraId="1B0B0F3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6719EBAB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คะแนน</w:t>
            </w:r>
          </w:p>
        </w:tc>
        <w:tc>
          <w:tcPr>
            <w:tcW w:w="4929" w:type="dxa"/>
            <w:vAlign w:val="center"/>
          </w:tcPr>
          <w:p w14:paraId="6872E6BF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ไม่มีข้อมูล</w:t>
            </w:r>
          </w:p>
        </w:tc>
      </w:tr>
      <w:tr w:rsidR="001C47A2" w:rsidRPr="000F23F0" w14:paraId="08BD356F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12549FE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ระดับการวิเคราะห์</w:t>
            </w:r>
          </w:p>
        </w:tc>
        <w:tc>
          <w:tcPr>
            <w:tcW w:w="4929" w:type="dxa"/>
            <w:vAlign w:val="center"/>
          </w:tcPr>
          <w:p w14:paraId="53874DB7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ต้องส่งเสริมเร่งด่วน</w:t>
            </w:r>
          </w:p>
        </w:tc>
      </w:tr>
      <w:tr w:rsidR="001C47A2" w:rsidRPr="000F23F0" w14:paraId="30942D70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5DB78F88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แนวทางส่งเสริม/พัฒนา</w:t>
            </w:r>
          </w:p>
        </w:tc>
        <w:tc>
          <w:tcPr>
            <w:tcW w:w="4929" w:type="dxa"/>
            <w:vAlign w:val="center"/>
          </w:tcPr>
          <w:p w14:paraId="660A34B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ตรวจสอบ</w:t>
            </w:r>
            <w:r w:rsidRPr="000F23F0">
              <w:rPr>
                <w:rFonts w:ascii="TH SarabunPSK" w:hAnsi="TH SarabunPSK" w:cs="TH SarabunPSK"/>
                <w:szCs w:val="32"/>
              </w:rPr>
              <w:t>/</w:t>
            </w:r>
            <w:r w:rsidRPr="000F23F0">
              <w:rPr>
                <w:rFonts w:ascii="TH SarabunPSK" w:hAnsi="TH SarabunPSK" w:cs="TH SarabunPSK"/>
                <w:szCs w:val="32"/>
                <w:lang w:bidi="th-TH"/>
              </w:rPr>
              <w:t>เก็บข้อมูลเพิ่มเติมก่อนวางแผนเฉพาะบุคคล</w:t>
            </w:r>
          </w:p>
        </w:tc>
      </w:tr>
      <w:tr w:rsidR="001C47A2" w:rsidRPr="000F23F0" w14:paraId="10A7C2DE" w14:textId="77777777">
        <w:trPr>
          <w:jc w:val="center"/>
        </w:trPr>
        <w:tc>
          <w:tcPr>
            <w:tcW w:w="4929" w:type="dxa"/>
            <w:shd w:val="clear" w:color="auto" w:fill="EAF2F8"/>
            <w:vAlign w:val="center"/>
          </w:tcPr>
          <w:p w14:paraId="3F9FF1F0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b/>
                <w:szCs w:val="32"/>
              </w:rPr>
              <w:t>บันทึกครู</w:t>
            </w:r>
          </w:p>
        </w:tc>
        <w:tc>
          <w:tcPr>
            <w:tcW w:w="4929" w:type="dxa"/>
            <w:vAlign w:val="center"/>
          </w:tcPr>
          <w:p w14:paraId="76114C44" w14:textId="77777777" w:rsidR="001C47A2" w:rsidRPr="000F23F0" w:rsidRDefault="00000000" w:rsidP="000F23F0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0F23F0">
              <w:rPr>
                <w:rFonts w:ascii="TH SarabunPSK" w:hAnsi="TH SarabunPSK" w:cs="TH SarabunPSK"/>
                <w:szCs w:val="32"/>
              </w:rPr>
              <w:t>................................................................................................................</w:t>
            </w:r>
          </w:p>
        </w:tc>
      </w:tr>
    </w:tbl>
    <w:p w14:paraId="7C1B298C" w14:textId="0E192128" w:rsidR="001C47A2" w:rsidRPr="000F23F0" w:rsidRDefault="001C47A2" w:rsidP="00B51ADE">
      <w:pPr>
        <w:spacing w:after="0" w:line="240" w:lineRule="auto"/>
        <w:rPr>
          <w:rFonts w:ascii="TH SarabunPSK" w:hAnsi="TH SarabunPSK" w:cs="TH SarabunPSK"/>
          <w:szCs w:val="32"/>
        </w:rPr>
      </w:pPr>
    </w:p>
    <w:sectPr w:rsidR="001C47A2" w:rsidRPr="000F23F0" w:rsidSect="00034616">
      <w:pgSz w:w="12240" w:h="15840"/>
      <w:pgMar w:top="1247" w:right="1134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F63C3" w14:textId="77777777" w:rsidR="00460125" w:rsidRDefault="0046012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C4D6F2" w14:textId="77777777" w:rsidR="00460125" w:rsidRDefault="0046012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BE55C" w14:textId="77777777" w:rsidR="00460125" w:rsidRDefault="0046012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96AC3C" w14:textId="77777777" w:rsidR="00460125" w:rsidRDefault="0046012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0354259">
    <w:abstractNumId w:val="8"/>
  </w:num>
  <w:num w:numId="2" w16cid:durableId="683435538">
    <w:abstractNumId w:val="6"/>
  </w:num>
  <w:num w:numId="3" w16cid:durableId="1530296174">
    <w:abstractNumId w:val="5"/>
  </w:num>
  <w:num w:numId="4" w16cid:durableId="552691570">
    <w:abstractNumId w:val="4"/>
  </w:num>
  <w:num w:numId="5" w16cid:durableId="2062972829">
    <w:abstractNumId w:val="7"/>
  </w:num>
  <w:num w:numId="6" w16cid:durableId="886649376">
    <w:abstractNumId w:val="3"/>
  </w:num>
  <w:num w:numId="7" w16cid:durableId="97794394">
    <w:abstractNumId w:val="2"/>
  </w:num>
  <w:num w:numId="8" w16cid:durableId="882836685">
    <w:abstractNumId w:val="1"/>
  </w:num>
  <w:num w:numId="9" w16cid:durableId="100574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875"/>
    <w:rsid w:val="00034616"/>
    <w:rsid w:val="0006063C"/>
    <w:rsid w:val="000F23F0"/>
    <w:rsid w:val="00120751"/>
    <w:rsid w:val="0015074B"/>
    <w:rsid w:val="001C47A2"/>
    <w:rsid w:val="0029639D"/>
    <w:rsid w:val="00326F90"/>
    <w:rsid w:val="004176AE"/>
    <w:rsid w:val="00460125"/>
    <w:rsid w:val="005E6784"/>
    <w:rsid w:val="00AA1D8D"/>
    <w:rsid w:val="00B47730"/>
    <w:rsid w:val="00B51ADE"/>
    <w:rsid w:val="00CB0664"/>
    <w:rsid w:val="00EA69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A3C51F"/>
  <w14:defaultImageDpi w14:val="300"/>
  <w15:docId w15:val="{C6DD993F-73C1-42B2-93B2-A70C3D31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H Sarabun New" w:hAnsi="TH Sarabun New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4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6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89</Pages>
  <Words>16609</Words>
  <Characters>94673</Characters>
  <Application>Microsoft Office Word</Application>
  <DocSecurity>0</DocSecurity>
  <Lines>788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Avs</cp:lastModifiedBy>
  <cp:revision>3</cp:revision>
  <dcterms:created xsi:type="dcterms:W3CDTF">2026-09-17T05:31:00Z</dcterms:created>
  <dcterms:modified xsi:type="dcterms:W3CDTF">2026-09-17T05:33:00Z</dcterms:modified>
  <cp:category/>
</cp:coreProperties>
</file>